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381A85" w14:textId="5312E195" w:rsidR="00CD2D39" w:rsidRPr="00C26FD8" w:rsidRDefault="00E253A2" w:rsidP="00C26FD8">
      <w:pPr>
        <w:jc w:val="center"/>
        <w:rPr>
          <w:rFonts w:ascii="Gill Sans Std ExtraBold" w:hAnsi="Gill Sans Std ExtraBold" w:cstheme="majorHAnsi"/>
          <w:b/>
          <w:color w:val="FFFFFF" w:themeColor="background1"/>
          <w:sz w:val="44"/>
          <w:szCs w:val="44"/>
        </w:rPr>
      </w:pPr>
      <w:r>
        <w:rPr>
          <w:rFonts w:ascii="Gill Sans Std ExtraBold" w:hAnsi="Gill Sans Std ExtraBold"/>
          <w:b/>
          <w:sz w:val="44"/>
        </w:rPr>
        <w:t>Treoracha maidir le</w:t>
      </w:r>
      <w:r>
        <w:rPr>
          <w:rFonts w:ascii="Gill Sans Std ExtraBold" w:hAnsi="Gill Sans Std ExtraBold"/>
          <w:b/>
          <w:sz w:val="44"/>
        </w:rPr>
        <w:br/>
      </w:r>
      <w:r>
        <w:rPr>
          <w:rFonts w:ascii="Gill Sans Std ExtraBold" w:hAnsi="Gill Sans Std ExtraBold"/>
          <w:b/>
          <w:color w:val="FFFFFF" w:themeColor="background1"/>
          <w:sz w:val="44"/>
          <w:highlight w:val="black"/>
        </w:rPr>
        <w:t>Lánpháirtiú rathúil</w:t>
      </w:r>
      <w:r>
        <w:rPr>
          <w:rFonts w:ascii="Gill Sans Std ExtraBold" w:hAnsi="Gill Sans Std ExtraBold"/>
          <w:b/>
          <w:sz w:val="44"/>
        </w:rPr>
        <w:t xml:space="preserve"> Inimirceach agus dídeanaithe</w:t>
      </w:r>
      <w:r>
        <w:rPr>
          <w:rFonts w:ascii="Gill Sans Std ExtraBold" w:hAnsi="Gill Sans Std ExtraBold"/>
          <w:b/>
          <w:sz w:val="44"/>
        </w:rPr>
        <w:br/>
      </w:r>
      <w:r>
        <w:rPr>
          <w:rFonts w:ascii="Gill Sans Std ExtraBold" w:hAnsi="Gill Sans Std ExtraBold"/>
          <w:b/>
          <w:sz w:val="44"/>
          <w:u w:val="single"/>
        </w:rPr>
        <w:t>atá san Aontas go dleathach</w:t>
      </w:r>
    </w:p>
    <w:p w14:paraId="4E81C618" w14:textId="3A37F3E9" w:rsidR="00CD2D39" w:rsidRPr="000959AC" w:rsidRDefault="00CD2D39">
      <w:pPr>
        <w:jc w:val="center"/>
        <w:rPr>
          <w:rFonts w:asciiTheme="majorHAnsi" w:hAnsiTheme="majorHAnsi" w:cstheme="majorHAnsi"/>
          <w:b/>
          <w:sz w:val="40"/>
          <w:szCs w:val="40"/>
          <w:u w:val="single"/>
        </w:rPr>
      </w:pPr>
    </w:p>
    <w:p w14:paraId="4B029ABC" w14:textId="6B42C7F5" w:rsidR="00CD2D39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b/>
          <w:sz w:val="40"/>
          <w:szCs w:val="40"/>
        </w:rPr>
      </w:pPr>
      <w:proofErr w:type="spellStart"/>
      <w:r>
        <w:rPr>
          <w:rFonts w:asciiTheme="majorHAnsi" w:hAnsiTheme="majorHAnsi"/>
          <w:b/>
          <w:sz w:val="40"/>
        </w:rPr>
        <w:t>Renew</w:t>
      </w:r>
      <w:proofErr w:type="spellEnd"/>
      <w:r>
        <w:rPr>
          <w:rFonts w:asciiTheme="majorHAnsi" w:hAnsiTheme="majorHAnsi"/>
          <w:b/>
          <w:sz w:val="40"/>
        </w:rPr>
        <w:t xml:space="preserve"> </w:t>
      </w:r>
      <w:proofErr w:type="spellStart"/>
      <w:r>
        <w:rPr>
          <w:rFonts w:asciiTheme="majorHAnsi" w:hAnsiTheme="majorHAnsi"/>
          <w:b/>
          <w:sz w:val="40"/>
        </w:rPr>
        <w:t>Europe</w:t>
      </w:r>
      <w:proofErr w:type="spellEnd"/>
      <w:r>
        <w:rPr>
          <w:rFonts w:asciiTheme="majorHAnsi" w:hAnsiTheme="majorHAnsi"/>
          <w:b/>
          <w:sz w:val="40"/>
        </w:rPr>
        <w:t xml:space="preserve"> </w:t>
      </w:r>
      <w:proofErr w:type="spellStart"/>
      <w:r>
        <w:rPr>
          <w:rFonts w:asciiTheme="majorHAnsi" w:hAnsiTheme="majorHAnsi"/>
          <w:b/>
          <w:sz w:val="40"/>
        </w:rPr>
        <w:t>CnaR</w:t>
      </w:r>
      <w:proofErr w:type="spellEnd"/>
      <w:r>
        <w:rPr>
          <w:rFonts w:asciiTheme="majorHAnsi" w:hAnsiTheme="majorHAnsi"/>
          <w:b/>
          <w:sz w:val="40"/>
        </w:rPr>
        <w:t xml:space="preserve"> </w:t>
      </w:r>
    </w:p>
    <w:p w14:paraId="5D3752D4" w14:textId="65C4024E" w:rsidR="00FA2AEB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>
        <w:rPr>
          <w:rFonts w:asciiTheme="majorHAnsi" w:hAnsiTheme="majorHAnsi"/>
          <w:b/>
          <w:sz w:val="40"/>
        </w:rPr>
        <w:t>Márta 2026</w:t>
      </w:r>
    </w:p>
    <w:p w14:paraId="490242BE" w14:textId="24C6D767" w:rsidR="00CD2D39" w:rsidRPr="000959AC" w:rsidRDefault="0005582C">
      <w:pPr>
        <w:rPr>
          <w:rFonts w:asciiTheme="majorHAnsi" w:hAnsiTheme="majorHAnsi" w:cstheme="majorHAnsi"/>
          <w:sz w:val="16"/>
          <w:szCs w:val="16"/>
        </w:rPr>
      </w:pPr>
      <w:r>
        <w:rPr>
          <w:rFonts w:asciiTheme="majorHAnsi" w:hAnsiTheme="majorHAnsi"/>
          <w:b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4FF55D6C" wp14:editId="57BE45C1">
                <wp:simplePos x="0" y="0"/>
                <wp:positionH relativeFrom="page">
                  <wp:posOffset>6846073</wp:posOffset>
                </wp:positionH>
                <wp:positionV relativeFrom="page">
                  <wp:posOffset>9493857</wp:posOffset>
                </wp:positionV>
                <wp:extent cx="667385" cy="412750"/>
                <wp:effectExtent l="0" t="0" r="0" b="6350"/>
                <wp:wrapNone/>
                <wp:docPr id="2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13F4E1" w14:textId="77777777" w:rsidR="0005582C" w:rsidRPr="00260E65" w:rsidRDefault="0005582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GA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F55D6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39.05pt;margin-top:747.55pt;width:52.55pt;height:32.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" o:allowincell="f" filled="f" stroked="f">
                <v:textbox>
                  <w:txbxContent>
                    <w:p w14:paraId="4B13F4E1" w14:textId="77777777" w:rsidR="0005582C" w:rsidRPr="00260E65" w:rsidRDefault="0005582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GA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DD2AE7" w14:textId="17B5AF8C" w:rsidR="00273113" w:rsidRPr="000959AC" w:rsidRDefault="00273113" w:rsidP="00646124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/>
          <w:b/>
          <w:noProof/>
          <w:sz w:val="32"/>
        </w:rPr>
        <w:drawing>
          <wp:inline distT="0" distB="0" distL="0" distR="0" wp14:anchorId="734AD6A8" wp14:editId="460C1D09">
            <wp:extent cx="4792042" cy="3195249"/>
            <wp:effectExtent l="0" t="0" r="8890" b="5715"/>
            <wp:docPr id="9" name="Picture 9" descr="Hold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Holding hand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766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266CF" w14:textId="4D6CDEAC" w:rsidR="007834CB" w:rsidRPr="000959AC" w:rsidRDefault="0093446A" w:rsidP="00790E27">
      <w:pPr>
        <w:ind w:left="709" w:hanging="709"/>
        <w:rPr>
          <w:rFonts w:ascii="Gill Sans Std ExtraBold" w:hAnsi="Gill Sans Std ExtraBold" w:cstheme="majorHAnsi"/>
          <w:b/>
          <w:color w:val="C00000"/>
          <w:sz w:val="36"/>
          <w:szCs w:val="36"/>
        </w:rPr>
      </w:pPr>
      <w:r>
        <w:rPr>
          <w:rFonts w:ascii="Gill Sans Std ExtraBold" w:hAnsi="Gill Sans Std ExtraBold"/>
          <w:b/>
          <w:sz w:val="28"/>
        </w:rPr>
        <w:tab/>
      </w:r>
      <w:r>
        <w:rPr>
          <w:rFonts w:ascii="Gill Sans Std ExtraBold" w:hAnsi="Gill Sans Std ExtraBold"/>
          <w:b/>
          <w:color w:val="C00000"/>
          <w:sz w:val="28"/>
        </w:rPr>
        <w:t xml:space="preserve">Is iad seo a leanas an dá choinníoll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is tábhachtaí</w:t>
      </w:r>
      <w:r>
        <w:rPr>
          <w:rFonts w:ascii="Gill Sans Std ExtraBold" w:hAnsi="Gill Sans Std ExtraBold"/>
          <w:b/>
          <w:color w:val="C00000"/>
          <w:sz w:val="28"/>
        </w:rPr>
        <w:t xml:space="preserve"> chun go n-éireoidh leis an lánpháirtiú:</w:t>
      </w:r>
    </w:p>
    <w:p w14:paraId="076D3D0A" w14:textId="67C3DD8D" w:rsidR="007834CB" w:rsidRPr="000959AC" w:rsidRDefault="0093446A">
      <w:pPr>
        <w:rPr>
          <w:rFonts w:ascii="Gill Sans Std ExtraBold" w:hAnsi="Gill Sans Std ExtraBold" w:cstheme="majorHAnsi"/>
          <w:b/>
          <w:color w:val="C00000"/>
          <w:sz w:val="28"/>
          <w:szCs w:val="28"/>
        </w:rPr>
      </w:pPr>
      <w:r>
        <w:rPr>
          <w:rFonts w:ascii="Gill Sans Std ExtraBold" w:hAnsi="Gill Sans Std ExtraBold"/>
          <w:b/>
          <w:color w:val="C00000"/>
          <w:sz w:val="28"/>
        </w:rPr>
        <w:tab/>
      </w:r>
      <w:r>
        <w:rPr>
          <w:rFonts w:ascii="Verdana" w:hAnsi="Verdana"/>
          <w:b/>
          <w:color w:val="C00000"/>
          <w:sz w:val="28"/>
        </w:rPr>
        <w:t>1</w:t>
      </w:r>
      <w:r>
        <w:rPr>
          <w:rFonts w:ascii="Gill Sans Std ExtraBold" w:hAnsi="Gill Sans Std ExtraBold"/>
          <w:b/>
          <w:color w:val="C00000"/>
          <w:sz w:val="28"/>
        </w:rPr>
        <w:t xml:space="preserve">. Ceannaireacht pholaitiúil 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thiomanta</w:t>
      </w:r>
      <w:proofErr w:type="spellEnd"/>
    </w:p>
    <w:p w14:paraId="19C1D39F" w14:textId="26D7182A" w:rsidR="007834CB" w:rsidRPr="000959AC" w:rsidRDefault="0093446A">
      <w:pPr>
        <w:rPr>
          <w:rFonts w:asciiTheme="majorHAnsi" w:hAnsiTheme="majorHAnsi" w:cstheme="majorHAnsi"/>
          <w:b/>
          <w:sz w:val="36"/>
          <w:szCs w:val="36"/>
        </w:rPr>
      </w:pPr>
      <w:r>
        <w:rPr>
          <w:rFonts w:ascii="Gill Sans Std ExtraBold" w:hAnsi="Gill Sans Std ExtraBold"/>
          <w:b/>
          <w:color w:val="C00000"/>
          <w:sz w:val="28"/>
        </w:rPr>
        <w:tab/>
        <w:t xml:space="preserve">2. Pobal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óstach</w:t>
      </w:r>
      <w:r>
        <w:rPr>
          <w:rFonts w:ascii="Gill Sans Std ExtraBold" w:hAnsi="Gill Sans Std ExtraBold"/>
          <w:b/>
          <w:color w:val="FFFFFF" w:themeColor="background1"/>
          <w:sz w:val="28"/>
        </w:rPr>
        <w:t xml:space="preserve"> </w:t>
      </w:r>
      <w:r>
        <w:rPr>
          <w:rFonts w:ascii="Gill Sans Std ExtraBold" w:hAnsi="Gill Sans Std ExtraBold"/>
          <w:b/>
          <w:color w:val="C00000"/>
          <w:sz w:val="28"/>
        </w:rPr>
        <w:t xml:space="preserve">atá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rannpháirteach go gníomhach</w:t>
      </w:r>
      <w:r>
        <w:rPr>
          <w:rFonts w:ascii="Gill Sans Std ExtraBold" w:hAnsi="Gill Sans Std ExtraBold"/>
          <w:b/>
        </w:rPr>
        <w:br w:type="page"/>
      </w:r>
    </w:p>
    <w:p w14:paraId="3C9D5F72" w14:textId="77777777" w:rsidR="00CE50D3" w:rsidRPr="000959AC" w:rsidRDefault="00CE50D3" w:rsidP="00646124">
      <w:pPr>
        <w:jc w:val="center"/>
        <w:rPr>
          <w:rFonts w:ascii="Verdana" w:hAnsi="Verdana" w:cstheme="majorHAnsi"/>
          <w:b/>
          <w:color w:val="FFFFFF" w:themeColor="background1"/>
          <w:sz w:val="32"/>
          <w:szCs w:val="32"/>
          <w:highlight w:val="black"/>
          <w:u w:val="single"/>
        </w:rPr>
      </w:pPr>
    </w:p>
    <w:p w14:paraId="41AE11FE" w14:textId="64A74AAB" w:rsidR="00646124" w:rsidRPr="000959AC" w:rsidRDefault="00803583" w:rsidP="00646124">
      <w:pPr>
        <w:jc w:val="center"/>
        <w:rPr>
          <w:rFonts w:ascii="Gill Sans Std ExtraBold" w:hAnsi="Gill Sans Std ExtraBold" w:cstheme="majorHAnsi"/>
          <w:sz w:val="36"/>
          <w:szCs w:val="36"/>
          <w:u w:val="single"/>
        </w:rPr>
      </w:pPr>
      <w:r>
        <w:rPr>
          <w:rFonts w:ascii="Verdana" w:hAnsi="Verdana"/>
          <w:b/>
          <w:color w:val="FFFFFF" w:themeColor="background1"/>
          <w:sz w:val="32"/>
          <w:highlight w:val="black"/>
          <w:u w:val="single"/>
        </w:rPr>
        <w:t>1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. Ceannaireacht: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Moltaí Praiticiúla</w:t>
      </w:r>
      <w:r>
        <w:rPr>
          <w:rFonts w:ascii="Gill Sans Std ExtraBold" w:hAnsi="Gill Sans Std ExtraBold"/>
          <w:b/>
          <w:color w:val="C00000"/>
          <w:sz w:val="32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>do Cheannairí Áitiúla</w:t>
      </w:r>
    </w:p>
    <w:p w14:paraId="3966CE3D" w14:textId="77777777" w:rsidR="00E612E2" w:rsidRPr="000959AC" w:rsidRDefault="00E612E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</w:p>
    <w:p w14:paraId="280B16FD" w14:textId="021C5DE3" w:rsidR="00646124" w:rsidRPr="000959AC" w:rsidRDefault="00273113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28"/>
        </w:rPr>
        <w:drawing>
          <wp:anchor distT="0" distB="0" distL="114300" distR="114300" simplePos="0" relativeHeight="251658240" behindDoc="0" locked="0" layoutInCell="1" allowOverlap="1" wp14:anchorId="69070FD6" wp14:editId="3229A143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427566" cy="641350"/>
            <wp:effectExtent l="19050" t="19050" r="10795" b="25400"/>
            <wp:wrapSquare wrapText="bothSides"/>
            <wp:docPr id="11" name="Picture 11" descr="Stopwatch with time motion bl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topwatch with time motion blu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566" cy="641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28"/>
        </w:rPr>
        <w:tab/>
      </w:r>
      <w:r>
        <w:rPr>
          <w:rFonts w:asciiTheme="majorHAnsi" w:hAnsiTheme="majorHAnsi"/>
          <w:i/>
          <w:sz w:val="36"/>
        </w:rPr>
        <w:t>Gníomhaíochtaí Gearrthéarmacha (0-12 mhí)</w:t>
      </w:r>
    </w:p>
    <w:p w14:paraId="01D10832" w14:textId="77777777" w:rsidR="00273113" w:rsidRPr="000959AC" w:rsidRDefault="00273113" w:rsidP="00646124">
      <w:pPr>
        <w:rPr>
          <w:rFonts w:ascii="Segoe UI Emoji" w:hAnsi="Segoe UI Emoji" w:cs="Segoe UI Emoji"/>
          <w:sz w:val="28"/>
          <w:szCs w:val="28"/>
        </w:rPr>
      </w:pPr>
    </w:p>
    <w:p w14:paraId="55E89DBC" w14:textId="6EF708B3" w:rsidR="00273113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Déan clár ‘Ambasadóir Fáilte’ a sheoladh ina mbuaileann saoránaigh áitiúla le </w:t>
      </w:r>
      <w:proofErr w:type="spellStart"/>
      <w:r>
        <w:rPr>
          <w:rFonts w:asciiTheme="majorHAnsi" w:hAnsiTheme="majorHAnsi"/>
          <w:sz w:val="28"/>
        </w:rPr>
        <w:t>hinimirceach</w:t>
      </w:r>
      <w:proofErr w:type="spellEnd"/>
      <w:r>
        <w:rPr>
          <w:rFonts w:asciiTheme="majorHAnsi" w:hAnsiTheme="majorHAnsi"/>
          <w:sz w:val="28"/>
        </w:rPr>
        <w:t xml:space="preserve"> amháin nó níos mó ar bhonn deonach chun iad a threorú thar thréimhse ama trí chomhairle a thabhairt dóibh maidir le custaim, cabhrú leo le nósanna imeachta riaracháin simplí, cabhrú leo le teanga na háite agus chun bualadh le saoránaigh áitiúla eile. Laghdaíonn sé sin an t-imeallú sóisialta. Cuir oiliúint ar fáil do na hoibrithe deonacha agus bronn teastais orthu mar aitheantas ar an oiliúint sin.</w:t>
      </w:r>
    </w:p>
    <w:p w14:paraId="773DFF2E" w14:textId="77777777" w:rsidR="009F4F12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Cuir mol </w:t>
      </w:r>
      <w:proofErr w:type="spellStart"/>
      <w:r>
        <w:rPr>
          <w:rFonts w:asciiTheme="majorHAnsi" w:hAnsiTheme="majorHAnsi"/>
          <w:sz w:val="28"/>
        </w:rPr>
        <w:t>lánpháirtíochta</w:t>
      </w:r>
      <w:proofErr w:type="spellEnd"/>
      <w:r>
        <w:rPr>
          <w:rFonts w:asciiTheme="majorHAnsi" w:hAnsiTheme="majorHAnsi"/>
          <w:sz w:val="28"/>
        </w:rPr>
        <w:t xml:space="preserve"> ilfhreastail ar bun ina gcuirfear an méid seo a leanas ar fáil do </w:t>
      </w:r>
      <w:proofErr w:type="spellStart"/>
      <w:r>
        <w:rPr>
          <w:rFonts w:asciiTheme="majorHAnsi" w:hAnsiTheme="majorHAnsi"/>
          <w:sz w:val="28"/>
        </w:rPr>
        <w:t>nuatheachtaithe</w:t>
      </w:r>
      <w:proofErr w:type="spellEnd"/>
      <w:r>
        <w:rPr>
          <w:rFonts w:asciiTheme="majorHAnsi" w:hAnsiTheme="majorHAnsi"/>
          <w:sz w:val="28"/>
        </w:rPr>
        <w:t xml:space="preserve">: </w:t>
      </w:r>
    </w:p>
    <w:p w14:paraId="467CCF46" w14:textId="16159EFC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faisnéis faoina </w:t>
      </w:r>
      <w:proofErr w:type="spellStart"/>
      <w:r>
        <w:rPr>
          <w:rFonts w:asciiTheme="majorHAnsi" w:hAnsiTheme="majorHAnsi"/>
          <w:sz w:val="28"/>
        </w:rPr>
        <w:t>bhfreagrachtaí</w:t>
      </w:r>
      <w:proofErr w:type="spellEnd"/>
      <w:r>
        <w:rPr>
          <w:rFonts w:asciiTheme="majorHAnsi" w:hAnsiTheme="majorHAnsi"/>
          <w:sz w:val="28"/>
        </w:rPr>
        <w:t xml:space="preserve"> agus faoina gcearta de réir an dlí áitiúil, réigiúnaigh, náisiúnta agus Eorpaigh; </w:t>
      </w:r>
    </w:p>
    <w:p w14:paraId="56A3B25E" w14:textId="5680F466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cúrsaí teanga atá dírithe ar an </w:t>
      </w:r>
      <w:proofErr w:type="spellStart"/>
      <w:r>
        <w:rPr>
          <w:rFonts w:asciiTheme="majorHAnsi" w:hAnsiTheme="majorHAnsi"/>
          <w:sz w:val="28"/>
        </w:rPr>
        <w:t>ngnáththeanga</w:t>
      </w:r>
      <w:proofErr w:type="spellEnd"/>
      <w:r>
        <w:rPr>
          <w:rFonts w:asciiTheme="majorHAnsi" w:hAnsiTheme="majorHAnsi"/>
          <w:sz w:val="28"/>
        </w:rPr>
        <w:t xml:space="preserve"> don saol laethúil agus ina gcuirtear san áireamh leibhéal scileanna digiteacha an duine nuathagtha; </w:t>
      </w:r>
    </w:p>
    <w:p w14:paraId="24465AFD" w14:textId="2C2CD881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tacaíocht riaracháin (ceart cónaithe, rochtain ar chúram sláinte, aitheantas dioplómaí, etc.); </w:t>
      </w:r>
    </w:p>
    <w:p w14:paraId="6266A384" w14:textId="4F7A9279" w:rsidR="00273113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ceardlanna maidir le CV a chur le chéile agus eolas faoi dheiseanna fostaíochta. </w:t>
      </w:r>
    </w:p>
    <w:p w14:paraId="77F512F1" w14:textId="051041E5" w:rsidR="009A5508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Téigh i gcomhpháirtíocht le fostóirí áitiúla (príobháideach agus poiblí) chun </w:t>
      </w:r>
      <w:proofErr w:type="spellStart"/>
      <w:r>
        <w:rPr>
          <w:rFonts w:asciiTheme="majorHAnsi" w:hAnsiTheme="majorHAnsi"/>
          <w:sz w:val="28"/>
        </w:rPr>
        <w:t>intéirneachtaí</w:t>
      </w:r>
      <w:proofErr w:type="spellEnd"/>
      <w:r>
        <w:rPr>
          <w:rFonts w:asciiTheme="majorHAnsi" w:hAnsiTheme="majorHAnsi"/>
          <w:sz w:val="28"/>
        </w:rPr>
        <w:t xml:space="preserve"> a thairiscint d’inimircigh. Is minic ról lárnach a bheith ag ceannairí gnó maidir le lánpháirtiú rathúil a éascú.</w:t>
      </w:r>
    </w:p>
    <w:p w14:paraId="4C7DB35D" w14:textId="6848F834" w:rsidR="00E612E2" w:rsidRPr="000959AC" w:rsidRDefault="00646124" w:rsidP="009D1F44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lastRenderedPageBreak/>
        <w:t>✅</w:t>
      </w:r>
      <w:r>
        <w:rPr>
          <w:rFonts w:asciiTheme="majorHAnsi" w:hAnsiTheme="majorHAnsi"/>
          <w:sz w:val="28"/>
        </w:rPr>
        <w:t>Déan fóraim phoiblí rialta a eagrú leis an daonra óstach chun plé a dhéanamh ar na deiseanna, ar an dul chun cinn agus ar na dúshláin a bhaineann leis an lánpháirtiú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>. gach 3 mhí). Bíodh ról ag na meáin áitiúla.</w:t>
      </w:r>
      <w:r>
        <w:rPr>
          <w:rFonts w:asciiTheme="majorHAnsi" w:hAnsiTheme="majorHAnsi"/>
          <w:sz w:val="28"/>
        </w:rPr>
        <w:br w:type="page"/>
      </w:r>
    </w:p>
    <w:p w14:paraId="5EF37C86" w14:textId="77777777" w:rsidR="00646124" w:rsidRPr="000959AC" w:rsidRDefault="00646124" w:rsidP="00646124">
      <w:pPr>
        <w:rPr>
          <w:rFonts w:asciiTheme="majorHAnsi" w:hAnsiTheme="majorHAnsi" w:cstheme="majorHAnsi"/>
          <w:sz w:val="28"/>
          <w:szCs w:val="28"/>
        </w:rPr>
      </w:pPr>
    </w:p>
    <w:p w14:paraId="0D56CD41" w14:textId="61FD2188" w:rsidR="00646124" w:rsidRPr="000959AC" w:rsidRDefault="009F4F12" w:rsidP="00646124">
      <w:pPr>
        <w:rPr>
          <w:rFonts w:asciiTheme="majorHAnsi" w:hAnsiTheme="majorHAnsi" w:cstheme="majorHAnsi"/>
          <w:i/>
          <w:iCs/>
          <w:sz w:val="36"/>
          <w:szCs w:val="36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59264" behindDoc="0" locked="0" layoutInCell="1" allowOverlap="1" wp14:anchorId="4EADAE48" wp14:editId="21C5EE59">
            <wp:simplePos x="0" y="0"/>
            <wp:positionH relativeFrom="column">
              <wp:posOffset>19050</wp:posOffset>
            </wp:positionH>
            <wp:positionV relativeFrom="paragraph">
              <wp:posOffset>15875</wp:posOffset>
            </wp:positionV>
            <wp:extent cx="984250" cy="659356"/>
            <wp:effectExtent l="19050" t="19050" r="25400" b="26670"/>
            <wp:wrapSquare wrapText="bothSides"/>
            <wp:docPr id="13" name="Picture 13" descr="Hourglass and a 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Hourglass and a calendar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6593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36"/>
        </w:rPr>
        <w:tab/>
        <w:t>Gníomhaíochtaí Meántéarmacha (1-3 bliana)</w:t>
      </w:r>
    </w:p>
    <w:p w14:paraId="0A7EFE12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5D8369A6" w14:textId="2C51FBFB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Déan foirne comharsanachta a chur ar bun lena dtugtar muintir na háite agus inimircigh le chéile chun dul i ngleic le dúshláin chomharsanachta i bhfochair a chéile. A mhéid a bhaineann le pobal a thógáil agus teannas a laghdú, léiríonn an fhianaise gur mór an chabhair é spásanna a chruthú inar féidir leis an daonra óstach agus inimircigh bualadh le chéile, tuiscint a fháil ar a chéile, leasanna coiteanna a aimsiú, agus teacht ar réitigh le chéile. </w:t>
      </w:r>
    </w:p>
    <w:p w14:paraId="5BF53F01" w14:textId="6C022B28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>Déan ardán digiteach a fhorbairt chun imircigh agus daoine áitiúla a mheaitseáil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 xml:space="preserve">. tithíocht, meantóireacht, scileanna, caithimh aimsire, etc.). </w:t>
      </w:r>
    </w:p>
    <w:p w14:paraId="23ADB33C" w14:textId="2EA5509A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>Déan cistiú ón Aontas/ó réigiúin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 xml:space="preserve">. AMIF, CSE) a lorg agus a fháil le haghaidh cláir fhadtéarmacha. </w:t>
      </w:r>
    </w:p>
    <w:p w14:paraId="788A9E4E" w14:textId="6AE3479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Déan deimhin de go gcuirfear oiliúint ar </w:t>
      </w:r>
      <w:proofErr w:type="spellStart"/>
      <w:r>
        <w:rPr>
          <w:rFonts w:asciiTheme="majorHAnsi" w:hAnsiTheme="majorHAnsi"/>
          <w:sz w:val="28"/>
        </w:rPr>
        <w:t>phóilíní</w:t>
      </w:r>
      <w:proofErr w:type="spellEnd"/>
      <w:r>
        <w:rPr>
          <w:rFonts w:asciiTheme="majorHAnsi" w:hAnsiTheme="majorHAnsi"/>
          <w:sz w:val="28"/>
        </w:rPr>
        <w:t xml:space="preserve">, ar mhúinteoirí agus ar oibrithe cúraim sláinte chun próiseas an lánpháirtithe a éascú trí chomhairle a chur ar fáil agus tríd an éagsúlacht sa phobal a aithint agus fáilte a chur roimpi. </w:t>
      </w:r>
    </w:p>
    <w:p w14:paraId="4144C8EC" w14:textId="11AE865F" w:rsidR="003E6EF1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>Déan ‘Féile Lánpháirtíochta’ bhliantúil a cheiliúradh arna heagrú ag inimircigh ina dtaispeántar na miasa cócaireachta, an ceol agus na saothair ealaíne is fearr leo.</w:t>
      </w:r>
    </w:p>
    <w:p w14:paraId="680F3BBC" w14:textId="77777777" w:rsidR="00E612E2" w:rsidRPr="000959AC" w:rsidRDefault="00E612E2" w:rsidP="00646124">
      <w:pPr>
        <w:rPr>
          <w:rFonts w:asciiTheme="majorHAnsi" w:hAnsiTheme="majorHAnsi" w:cstheme="majorHAnsi"/>
          <w:sz w:val="28"/>
          <w:szCs w:val="28"/>
        </w:rPr>
      </w:pPr>
    </w:p>
    <w:p w14:paraId="4C03DD6B" w14:textId="41B8B745" w:rsidR="00646124" w:rsidRPr="000959AC" w:rsidRDefault="009F4F1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60288" behindDoc="0" locked="0" layoutInCell="1" allowOverlap="1" wp14:anchorId="41EE5A39" wp14:editId="46108B8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295400" cy="863450"/>
            <wp:effectExtent l="19050" t="19050" r="19050" b="13335"/>
            <wp:wrapSquare wrapText="bothSides"/>
            <wp:docPr id="14" name="Picture 14" descr="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alenda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3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i/>
          <w:sz w:val="36"/>
        </w:rPr>
        <w:tab/>
        <w:t>Gníomhaíochtaí Fadtéarmacha (3-5 bliana)</w:t>
      </w:r>
    </w:p>
    <w:p w14:paraId="2B0F26A7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6A1EFC0F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78E3D2D4" w14:textId="48B3420D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>D’fhéadfaí ionadaíocht na n-inimirceach sa phróiseas daonlathach áitiúil a spreagadh agus a éascú. Bí cinnte go dtuigeann siad conas a oibríonn an próiseas, cad a bhfuiltear ag súil leis uathu, cad iad na cearta atá acu, cad nach gceadaítear, agus conas cur leis an saol daonlathach áitiúil. Bain triail as comhairlí comharsanachta nó scoile i dtús báire.</w:t>
      </w:r>
    </w:p>
    <w:p w14:paraId="6FFB717D" w14:textId="78B06780" w:rsidR="00904000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Cruthaigh ciste </w:t>
      </w:r>
      <w:proofErr w:type="spellStart"/>
      <w:r>
        <w:rPr>
          <w:rFonts w:asciiTheme="majorHAnsi" w:hAnsiTheme="majorHAnsi"/>
          <w:sz w:val="28"/>
        </w:rPr>
        <w:t>lánpháirtíochta</w:t>
      </w:r>
      <w:proofErr w:type="spellEnd"/>
      <w:r>
        <w:rPr>
          <w:rFonts w:asciiTheme="majorHAnsi" w:hAnsiTheme="majorHAnsi"/>
          <w:sz w:val="28"/>
        </w:rPr>
        <w:t xml:space="preserve"> bardasach le ranníocaíochtaí ó ghnólachtaí a chruthaíonn spásanna measctha le haghaidh idirghníomhaíocht idir an duine áitiúil agus an t-inimirceach (mar shampla, le haghaidh gníomhaíochtaí garraíodóireachta uirbeacha, ceardlanna cultúrtha/ceardlanna ceoil, etc.). </w:t>
      </w:r>
    </w:p>
    <w:p w14:paraId="680E0548" w14:textId="64C988B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Déan </w:t>
      </w:r>
      <w:proofErr w:type="spellStart"/>
      <w:r>
        <w:rPr>
          <w:rFonts w:asciiTheme="majorHAnsi" w:hAnsiTheme="majorHAnsi"/>
          <w:sz w:val="28"/>
        </w:rPr>
        <w:t>comhpháirtíochtaí</w:t>
      </w:r>
      <w:proofErr w:type="spellEnd"/>
      <w:r>
        <w:rPr>
          <w:rFonts w:asciiTheme="majorHAnsi" w:hAnsiTheme="majorHAnsi"/>
          <w:sz w:val="28"/>
        </w:rPr>
        <w:t xml:space="preserve"> le fostóirí áitiúla (príobháideacha agus poiblí) a leathnú chun oiliúint d’earnálacha sonracha, cuir i gcás cúram sláinte nó TF, a chur san áireamh. </w:t>
      </w:r>
    </w:p>
    <w:p w14:paraId="400F6562" w14:textId="084AE73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Déan tuarascáil bhliantúil maidir leis an lánpháirtiú a fhoilsiú ina rianófar an chaoi a </w:t>
      </w:r>
      <w:proofErr w:type="spellStart"/>
      <w:r>
        <w:rPr>
          <w:rFonts w:asciiTheme="majorHAnsi" w:hAnsiTheme="majorHAnsi"/>
          <w:sz w:val="28"/>
        </w:rPr>
        <w:t>rannchuidíonn</w:t>
      </w:r>
      <w:proofErr w:type="spellEnd"/>
      <w:r>
        <w:rPr>
          <w:rFonts w:asciiTheme="majorHAnsi" w:hAnsiTheme="majorHAnsi"/>
          <w:sz w:val="28"/>
        </w:rPr>
        <w:t xml:space="preserve"> obair dheonach an phobail </w:t>
      </w:r>
      <w:proofErr w:type="spellStart"/>
      <w:r>
        <w:rPr>
          <w:rFonts w:asciiTheme="majorHAnsi" w:hAnsiTheme="majorHAnsi"/>
          <w:sz w:val="28"/>
        </w:rPr>
        <w:t>óstaigh</w:t>
      </w:r>
      <w:proofErr w:type="spellEnd"/>
      <w:r>
        <w:rPr>
          <w:rFonts w:asciiTheme="majorHAnsi" w:hAnsiTheme="majorHAnsi"/>
          <w:sz w:val="28"/>
        </w:rPr>
        <w:t xml:space="preserve"> le torthaí rathúla. Déan an tuarascáil seo a scaipeadh go forleathan. </w:t>
      </w:r>
    </w:p>
    <w:p w14:paraId="698203EB" w14:textId="77777777" w:rsidR="00F66EDD" w:rsidRPr="000959AC" w:rsidRDefault="00646124" w:rsidP="00F66ED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Déan brústocaireacht ar an rialtas náisiúnta le haghaidh cistiú níos solúbtha do thionscnaimh </w:t>
      </w:r>
      <w:proofErr w:type="spellStart"/>
      <w:r>
        <w:rPr>
          <w:rFonts w:asciiTheme="majorHAnsi" w:hAnsiTheme="majorHAnsi"/>
          <w:sz w:val="28"/>
        </w:rPr>
        <w:t>lánpháirtíochta</w:t>
      </w:r>
      <w:proofErr w:type="spellEnd"/>
      <w:r>
        <w:rPr>
          <w:rFonts w:asciiTheme="majorHAnsi" w:hAnsiTheme="majorHAnsi"/>
          <w:sz w:val="28"/>
        </w:rPr>
        <w:t xml:space="preserve"> áitiúla.</w:t>
      </w:r>
    </w:p>
    <w:p w14:paraId="2736173F" w14:textId="2AD1E8E8" w:rsidR="00F66EDD" w:rsidRPr="000959AC" w:rsidRDefault="00F66EDD" w:rsidP="00F66EDD">
      <w:pPr>
        <w:jc w:val="both"/>
        <w:rPr>
          <w:rFonts w:asciiTheme="majorHAnsi" w:hAnsiTheme="majorHAnsi" w:cstheme="majorHAnsi"/>
          <w:b/>
          <w:bCs/>
          <w:i/>
          <w:iCs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rFonts w:asciiTheme="majorHAnsi" w:hAnsiTheme="majorHAnsi"/>
          <w:sz w:val="28"/>
        </w:rPr>
        <w:t xml:space="preserve">Seachain ‘geiteonna’ ina bhfuil líon mór inimirceach d’aon náisiúntacht ar leith cruinnithe in aon chomharsanacht amháin. Is féidir dreasachtaí, infheistíochtaí agus pleanáil uirbeach a úsáid agus is féidir dul i gcomhar le scoileanna agus le gnólachtaí chun meascán de dhaoine a áirithiú sna comharsanachtaí uile. </w:t>
      </w:r>
      <w:r>
        <w:rPr>
          <w:rFonts w:asciiTheme="majorHAnsi" w:hAnsiTheme="majorHAnsi"/>
          <w:b/>
          <w:i/>
          <w:sz w:val="28"/>
        </w:rPr>
        <w:t>Is é an cuspóir atá ann go mbraithfidh na saoránaigh uile muintearas comhroinnte leis an gcathair chéanna.</w:t>
      </w:r>
    </w:p>
    <w:p w14:paraId="3E83A034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5FD7921" w14:textId="3BE904EF" w:rsidR="00DA02CD" w:rsidRPr="000959AC" w:rsidRDefault="00803583" w:rsidP="00790E27">
      <w:pPr>
        <w:jc w:val="center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lastRenderedPageBreak/>
        <w:t xml:space="preserve">2. 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Óstaigh</w:t>
      </w:r>
      <w:proofErr w:type="spellEnd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atá rannpháirteach go 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gníomhach: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>Conas</w:t>
      </w:r>
      <w:proofErr w:type="spellEnd"/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an pobal áitiúil a spreagadh le bheith ina n-óstaigh</w:t>
      </w:r>
    </w:p>
    <w:p w14:paraId="0974444E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C00000"/>
          <w:sz w:val="20"/>
          <w:szCs w:val="20"/>
          <w:u w:val="single"/>
        </w:rPr>
      </w:pPr>
    </w:p>
    <w:p w14:paraId="269C7326" w14:textId="756F1E36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A.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 xml:space="preserve">Ní mór muinín a chothú trí bhíthin na </w:t>
      </w:r>
      <w:proofErr w:type="spellStart"/>
      <w:r>
        <w:rPr>
          <w:rFonts w:asciiTheme="majorHAnsi" w:hAnsiTheme="majorHAnsi"/>
          <w:b/>
          <w:sz w:val="32"/>
        </w:rPr>
        <w:t>trédhearcachta</w:t>
      </w:r>
      <w:proofErr w:type="spellEnd"/>
      <w:r>
        <w:rPr>
          <w:rFonts w:asciiTheme="majorHAnsi" w:hAnsiTheme="majorHAnsi"/>
          <w:b/>
          <w:sz w:val="32"/>
        </w:rPr>
        <w:t xml:space="preserve"> agus na cumarsáide</w:t>
      </w:r>
    </w:p>
    <w:p w14:paraId="2BBF514D" w14:textId="46932D62" w:rsidR="00962E88" w:rsidRPr="000959AC" w:rsidRDefault="00E253A2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Mínigh go soiléir na buntáistí a bhaineann leis an lánpháirtiú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>. fás eacnamaíoch, saibhriú cultúrtha, pobail níos láidre).</w:t>
      </w:r>
    </w:p>
    <w:p w14:paraId="7E331400" w14:textId="662EDB41" w:rsidR="00962E88" w:rsidRPr="000959AC" w:rsidRDefault="00F66C9E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Bíodh plé oscailte ar na hábhair imní atá ann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 xml:space="preserve">. ganntanas tithíochta, iomaíocht fostaíochta), agus béim á leagan ag an am céanna ar </w:t>
      </w:r>
      <w:proofErr w:type="spellStart"/>
      <w:r>
        <w:rPr>
          <w:rFonts w:asciiTheme="majorHAnsi" w:hAnsiTheme="majorHAnsi"/>
          <w:sz w:val="28"/>
        </w:rPr>
        <w:t>fhreagrachtaí</w:t>
      </w:r>
      <w:proofErr w:type="spellEnd"/>
      <w:r>
        <w:rPr>
          <w:rFonts w:asciiTheme="majorHAnsi" w:hAnsiTheme="majorHAnsi"/>
          <w:sz w:val="28"/>
        </w:rPr>
        <w:t xml:space="preserve"> agus ar chearta gach aon duine.</w:t>
      </w:r>
    </w:p>
    <w:p w14:paraId="7F369F12" w14:textId="374B3CE8" w:rsidR="00FA2AEB" w:rsidRPr="000959AC" w:rsidRDefault="00B87CD7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Téigh i gcomhar leis na meáin agus le ceannairí pobail chun cur i gcoinne na </w:t>
      </w:r>
      <w:proofErr w:type="spellStart"/>
      <w:r>
        <w:rPr>
          <w:rFonts w:asciiTheme="majorHAnsi" w:hAnsiTheme="majorHAnsi"/>
          <w:sz w:val="28"/>
        </w:rPr>
        <w:t>mífhaisnéise</w:t>
      </w:r>
      <w:proofErr w:type="spellEnd"/>
      <w:r>
        <w:rPr>
          <w:rFonts w:asciiTheme="majorHAnsi" w:hAnsiTheme="majorHAnsi"/>
          <w:sz w:val="28"/>
        </w:rPr>
        <w:t>.</w:t>
      </w:r>
    </w:p>
    <w:p w14:paraId="242DC7E1" w14:textId="6126A5F3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B.</w:t>
      </w:r>
      <w:r>
        <w:rPr>
          <w:rFonts w:asciiTheme="majorHAnsi" w:hAnsiTheme="majorHAnsi"/>
          <w:sz w:val="40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 xml:space="preserve">Cuir cláir mheantóireachta agus </w:t>
      </w:r>
      <w:proofErr w:type="spellStart"/>
      <w:r>
        <w:rPr>
          <w:rFonts w:asciiTheme="majorHAnsi" w:hAnsiTheme="majorHAnsi"/>
          <w:b/>
          <w:sz w:val="32"/>
        </w:rPr>
        <w:t>saorálaíochta</w:t>
      </w:r>
      <w:proofErr w:type="spellEnd"/>
      <w:r>
        <w:rPr>
          <w:rFonts w:asciiTheme="majorHAnsi" w:hAnsiTheme="majorHAnsi"/>
          <w:b/>
          <w:sz w:val="32"/>
        </w:rPr>
        <w:t xml:space="preserve"> ar bun agus tacaigh leis na cláir sin</w:t>
      </w:r>
    </w:p>
    <w:p w14:paraId="5CAEFC5C" w14:textId="6ACBF228" w:rsidR="00962E88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Déan na róil do mhuintir na háite a chur ar bhonn foirmiúil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 xml:space="preserve">. </w:t>
      </w:r>
      <w:proofErr w:type="spellStart"/>
      <w:r>
        <w:rPr>
          <w:rFonts w:asciiTheme="majorHAnsi" w:hAnsiTheme="majorHAnsi"/>
          <w:sz w:val="28"/>
        </w:rPr>
        <w:t>meantóirí</w:t>
      </w:r>
      <w:proofErr w:type="spellEnd"/>
      <w:r>
        <w:rPr>
          <w:rFonts w:asciiTheme="majorHAnsi" w:hAnsiTheme="majorHAnsi"/>
          <w:sz w:val="28"/>
        </w:rPr>
        <w:t xml:space="preserve">, cairde teanga, </w:t>
      </w:r>
      <w:proofErr w:type="spellStart"/>
      <w:r>
        <w:rPr>
          <w:rFonts w:asciiTheme="majorHAnsi" w:hAnsiTheme="majorHAnsi"/>
          <w:sz w:val="28"/>
        </w:rPr>
        <w:t>urraitheoirí</w:t>
      </w:r>
      <w:proofErr w:type="spellEnd"/>
      <w:r>
        <w:rPr>
          <w:rFonts w:asciiTheme="majorHAnsi" w:hAnsiTheme="majorHAnsi"/>
          <w:sz w:val="28"/>
        </w:rPr>
        <w:t xml:space="preserve"> tithíochta). Iarr íosleibhéil gealltanas ar </w:t>
      </w:r>
      <w:proofErr w:type="spellStart"/>
      <w:r>
        <w:rPr>
          <w:rFonts w:asciiTheme="majorHAnsi" w:hAnsiTheme="majorHAnsi"/>
          <w:sz w:val="28"/>
        </w:rPr>
        <w:t>shaorálaithe</w:t>
      </w:r>
      <w:proofErr w:type="spellEnd"/>
      <w:r>
        <w:rPr>
          <w:rFonts w:asciiTheme="majorHAnsi" w:hAnsiTheme="majorHAnsi"/>
          <w:sz w:val="28"/>
        </w:rPr>
        <w:t xml:space="preserve">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 xml:space="preserve">. 6 mhí), agus cuir oiliúint ar fáil dóibh chuige sin. Léiríonn an fhianaise go dtagann feabhas ar an gcomhtháthú sóisialta nuair a bhíonn saoránaigh </w:t>
      </w:r>
      <w:proofErr w:type="spellStart"/>
      <w:r>
        <w:rPr>
          <w:rFonts w:asciiTheme="majorHAnsi" w:hAnsiTheme="majorHAnsi"/>
          <w:sz w:val="28"/>
        </w:rPr>
        <w:t>óstacha</w:t>
      </w:r>
      <w:proofErr w:type="spellEnd"/>
      <w:r>
        <w:rPr>
          <w:rFonts w:asciiTheme="majorHAnsi" w:hAnsiTheme="majorHAnsi"/>
          <w:sz w:val="28"/>
        </w:rPr>
        <w:t xml:space="preserve"> ina </w:t>
      </w:r>
      <w:r>
        <w:rPr>
          <w:rFonts w:asciiTheme="majorHAnsi" w:hAnsiTheme="majorHAnsi"/>
          <w:sz w:val="28"/>
          <w:u w:val="single"/>
        </w:rPr>
        <w:t>gcomhpháirtithe</w:t>
      </w:r>
      <w:r>
        <w:rPr>
          <w:rFonts w:asciiTheme="majorHAnsi" w:hAnsiTheme="majorHAnsi"/>
          <w:sz w:val="28"/>
        </w:rPr>
        <w:t>.</w:t>
      </w:r>
    </w:p>
    <w:p w14:paraId="2199149D" w14:textId="14335C38" w:rsidR="00FA2AEB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Tá sé tábhachtach aitheantas a thabhairt don ionchur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>. teastais, aitheantas poiblí, pasanna saor in aisce chuig imeachtaí cultúrtha, deiseanna líonraithe).</w:t>
      </w:r>
    </w:p>
    <w:p w14:paraId="4C26F796" w14:textId="77777777" w:rsidR="00DA02CD" w:rsidRPr="000959AC" w:rsidRDefault="00DA02CD">
      <w:pPr>
        <w:rPr>
          <w:rFonts w:asciiTheme="majorHAnsi" w:hAnsiTheme="majorHAnsi" w:cstheme="majorHAnsi"/>
          <w:sz w:val="28"/>
          <w:szCs w:val="28"/>
        </w:rPr>
      </w:pPr>
    </w:p>
    <w:p w14:paraId="625C0E38" w14:textId="034F32DF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lastRenderedPageBreak/>
        <w:t>C.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Spásanna Comhroinnte agus Malartuithe Cultúrtha a Chothú</w:t>
      </w:r>
    </w:p>
    <w:p w14:paraId="3C8E460B" w14:textId="3F347084" w:rsidR="0019521B" w:rsidRPr="000959AC" w:rsidRDefault="0019521B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Cruthaigh deiseanna chun an chomhthuiscint a fheabhsú. De réir na fianaise, mar thoradh ar an gcomhrá, leasanna coiteanna, comhroinnt eolais, tionscadail </w:t>
      </w:r>
      <w:proofErr w:type="spellStart"/>
      <w:r>
        <w:rPr>
          <w:rFonts w:asciiTheme="majorHAnsi" w:hAnsiTheme="majorHAnsi"/>
          <w:sz w:val="28"/>
        </w:rPr>
        <w:t>chomhpháirteacha</w:t>
      </w:r>
      <w:proofErr w:type="spellEnd"/>
      <w:r>
        <w:rPr>
          <w:rFonts w:asciiTheme="majorHAnsi" w:hAnsiTheme="majorHAnsi"/>
          <w:sz w:val="28"/>
        </w:rPr>
        <w:t>, agus malartuithe cultúrtha agus cócaireachta, etc., tagann laghdú ar an gclaontacht agus cothaítear an chomhthuiscint.</w:t>
      </w:r>
    </w:p>
    <w:p w14:paraId="3551FD3C" w14:textId="57FB1235" w:rsidR="00803583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B’fhiúntach an ní é infheistíocht a dhéanamh sna spásanna fisiciúla inar gnách le muintir na háite agus inimircigh bualadh le chéile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>. ionaid phobail, páirceanna, margaí). Cinntigh go gcuirtear saoráidí cúraim leanaí ar fáil agus go gcruthaítear deiseanna le haghaidh malartuithe teanga, béilí comhroinnte, etc.</w:t>
      </w:r>
    </w:p>
    <w:p w14:paraId="23EE35D4" w14:textId="3CE6969F" w:rsidR="00FA2AEB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Cuir tacaíocht ar fáil do thionscnaimh phobail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>. clubanna spóirt, tionscadail ealaíne, gairdíní comharsanachta).</w:t>
      </w:r>
    </w:p>
    <w:p w14:paraId="59187406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17746D74" w14:textId="07EA0563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D.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Rannpháirtíocht na bhFostóirí agus na gCeardchumann</w:t>
      </w:r>
    </w:p>
    <w:p w14:paraId="2E50C5F1" w14:textId="0593249F" w:rsidR="00803583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Cuir dreasachtaí ar fáil do ghnólachtaí chun inimircigh a fhostú agus oiliúint a chur orthu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>. fóirdheontais nó buntáistí cánach a thairiscint). Cuireann an fhostaíocht dlús leis an lánpháirtiú.</w:t>
      </w:r>
    </w:p>
    <w:p w14:paraId="04C560E5" w14:textId="4BB9B490" w:rsidR="00FA2AEB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Cruthaigh </w:t>
      </w:r>
      <w:proofErr w:type="spellStart"/>
      <w:r>
        <w:rPr>
          <w:rFonts w:asciiTheme="majorHAnsi" w:hAnsiTheme="majorHAnsi"/>
          <w:sz w:val="28"/>
        </w:rPr>
        <w:t>comhpháirtíochtaí</w:t>
      </w:r>
      <w:proofErr w:type="spellEnd"/>
      <w:r>
        <w:rPr>
          <w:rFonts w:asciiTheme="majorHAnsi" w:hAnsiTheme="majorHAnsi"/>
          <w:sz w:val="28"/>
        </w:rPr>
        <w:t xml:space="preserve"> </w:t>
      </w:r>
      <w:proofErr w:type="spellStart"/>
      <w:r>
        <w:rPr>
          <w:rFonts w:asciiTheme="majorHAnsi" w:hAnsiTheme="majorHAnsi"/>
          <w:sz w:val="28"/>
        </w:rPr>
        <w:t>earnáilsonracha</w:t>
      </w:r>
      <w:proofErr w:type="spellEnd"/>
      <w:r>
        <w:rPr>
          <w:rFonts w:asciiTheme="majorHAnsi" w:hAnsiTheme="majorHAnsi"/>
          <w:sz w:val="28"/>
        </w:rPr>
        <w:t xml:space="preserve">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 xml:space="preserve">. i réimse an chúraim sláinte nó na </w:t>
      </w:r>
      <w:proofErr w:type="spellStart"/>
      <w:r>
        <w:rPr>
          <w:rFonts w:asciiTheme="majorHAnsi" w:hAnsiTheme="majorHAnsi"/>
          <w:sz w:val="28"/>
        </w:rPr>
        <w:t>lóistíochta</w:t>
      </w:r>
      <w:proofErr w:type="spellEnd"/>
      <w:r>
        <w:rPr>
          <w:rFonts w:asciiTheme="majorHAnsi" w:hAnsiTheme="majorHAnsi"/>
          <w:sz w:val="28"/>
        </w:rPr>
        <w:t>) chun scileanna inimirceach a mheaitseáil leis na riachtanais saothair.</w:t>
      </w:r>
    </w:p>
    <w:p w14:paraId="35B3EC51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69E02E39" w14:textId="2BAF737A" w:rsidR="00803583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E.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 xml:space="preserve">Institiúidí Áitiúla a </w:t>
      </w:r>
      <w:proofErr w:type="spellStart"/>
      <w:r>
        <w:rPr>
          <w:rFonts w:asciiTheme="majorHAnsi" w:hAnsiTheme="majorHAnsi"/>
          <w:b/>
          <w:sz w:val="32"/>
        </w:rPr>
        <w:t>Chumhachtú</w:t>
      </w:r>
      <w:proofErr w:type="spellEnd"/>
      <w:r>
        <w:rPr>
          <w:rFonts w:asciiTheme="majorHAnsi" w:hAnsiTheme="majorHAnsi"/>
          <w:b/>
          <w:sz w:val="32"/>
        </w:rPr>
        <w:t xml:space="preserve"> (Scoileanna, Póilíní, Cúram Sláinte)</w:t>
      </w:r>
    </w:p>
    <w:p w14:paraId="55655389" w14:textId="77777777" w:rsidR="004D10C9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lastRenderedPageBreak/>
        <w:t xml:space="preserve">Cuir oiliúint ar mhúinteoirí, ar </w:t>
      </w:r>
      <w:proofErr w:type="spellStart"/>
      <w:r>
        <w:rPr>
          <w:rFonts w:asciiTheme="majorHAnsi" w:hAnsiTheme="majorHAnsi"/>
          <w:sz w:val="28"/>
        </w:rPr>
        <w:t>phóilíní</w:t>
      </w:r>
      <w:proofErr w:type="spellEnd"/>
      <w:r>
        <w:rPr>
          <w:rFonts w:asciiTheme="majorHAnsi" w:hAnsiTheme="majorHAnsi"/>
          <w:sz w:val="28"/>
        </w:rPr>
        <w:t xml:space="preserve"> agus ar oibrithe cúraim sláinte maidir le hinniúlacht chultúrtha agus cleachtais frith-idirdhealaithe. Cuir oiliúint ar idirghabhálaithe ilteangacha a bheidh in ann oibriú sna hinstitiúidí sin. </w:t>
      </w:r>
    </w:p>
    <w:p w14:paraId="3F23AEFB" w14:textId="05F9ADD9" w:rsidR="00FA2AEB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Ba cheart inimircigh a spreagadh ról a ghlacadh sna hinstitiúidí áitiúla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>. cumainn tuismitheoirí agus múinteoirí, comhairlí comharsanachta).</w:t>
      </w:r>
    </w:p>
    <w:p w14:paraId="568EFE93" w14:textId="0080CD43" w:rsidR="002B7516" w:rsidRPr="000959AC" w:rsidRDefault="002B7516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Ba cheart cruinnithe rialta a eagrú idir na póilíní agus pobail inimirceach chun muinín a chothú agus chun aghaidh a thabhairt ar na hábhair imní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>. seisiúin faisnéise, treoir, próifíliú ciníoch a chosc, etc.).</w:t>
      </w:r>
    </w:p>
    <w:p w14:paraId="3609119B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363BF9D5" w14:textId="136EF04F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F.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Uirlisí digiteacha a úsáid chun rannpháirtíocht a éascú</w:t>
      </w:r>
    </w:p>
    <w:p w14:paraId="5BDC2641" w14:textId="5598D84F" w:rsidR="004D10C9" w:rsidRPr="000959AC" w:rsidRDefault="004D10C9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Déan ardáin/</w:t>
      </w:r>
      <w:proofErr w:type="spellStart"/>
      <w:r>
        <w:rPr>
          <w:rFonts w:asciiTheme="majorHAnsi" w:hAnsiTheme="majorHAnsi"/>
          <w:sz w:val="28"/>
        </w:rPr>
        <w:t>aipeanna</w:t>
      </w:r>
      <w:proofErr w:type="spellEnd"/>
      <w:r>
        <w:rPr>
          <w:rFonts w:asciiTheme="majorHAnsi" w:hAnsiTheme="majorHAnsi"/>
          <w:sz w:val="28"/>
        </w:rPr>
        <w:t xml:space="preserve"> ar líne a chruthú inar féidir le muintir na háite scileanna, tithíocht nó meantóireacht a chur ar fáil d’inimircigh. Cruthaigh cuntas ar na meáin shóisialta ar </w:t>
      </w:r>
      <w:proofErr w:type="spellStart"/>
      <w:r>
        <w:rPr>
          <w:rFonts w:asciiTheme="majorHAnsi" w:hAnsiTheme="majorHAnsi"/>
          <w:sz w:val="28"/>
        </w:rPr>
        <w:t>ar</w:t>
      </w:r>
      <w:proofErr w:type="spellEnd"/>
      <w:r>
        <w:rPr>
          <w:rFonts w:asciiTheme="majorHAnsi" w:hAnsiTheme="majorHAnsi"/>
          <w:sz w:val="28"/>
        </w:rPr>
        <w:t xml:space="preserve"> féidir le saoránaigh </w:t>
      </w:r>
      <w:proofErr w:type="spellStart"/>
      <w:r>
        <w:rPr>
          <w:rFonts w:asciiTheme="majorHAnsi" w:hAnsiTheme="majorHAnsi"/>
          <w:sz w:val="28"/>
        </w:rPr>
        <w:t>óstacha</w:t>
      </w:r>
      <w:proofErr w:type="spellEnd"/>
      <w:r>
        <w:rPr>
          <w:rFonts w:asciiTheme="majorHAnsi" w:hAnsiTheme="majorHAnsi"/>
          <w:sz w:val="28"/>
        </w:rPr>
        <w:t xml:space="preserve"> clárú le bheith ina </w:t>
      </w:r>
      <w:proofErr w:type="spellStart"/>
      <w:r>
        <w:rPr>
          <w:rFonts w:asciiTheme="majorHAnsi" w:hAnsiTheme="majorHAnsi"/>
          <w:sz w:val="28"/>
        </w:rPr>
        <w:t>meantóirí</w:t>
      </w:r>
      <w:proofErr w:type="spellEnd"/>
      <w:r>
        <w:rPr>
          <w:rFonts w:asciiTheme="majorHAnsi" w:hAnsiTheme="majorHAnsi"/>
          <w:sz w:val="28"/>
        </w:rPr>
        <w:t xml:space="preserve"> deonacha.</w:t>
      </w:r>
    </w:p>
    <w:p w14:paraId="0F4EC66C" w14:textId="00E492B0" w:rsidR="00FA2AEB" w:rsidRPr="000959AC" w:rsidRDefault="00E253A2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D’fhéadfaí feachtais a sheoladh ar na meáin shóisialta chun scéalta ratha a chur os comhair an phobail agus chun rannpháirtíocht a spreagadh.</w:t>
      </w:r>
    </w:p>
    <w:p w14:paraId="52FD98EE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007F45FA" w14:textId="5286DE6D" w:rsidR="00FA2AEB" w:rsidRPr="00790E27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G.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Tionchar na mbeart a thomhas agus a chur in iúl</w:t>
      </w:r>
    </w:p>
    <w:p w14:paraId="1A49D0E5" w14:textId="4FE692EF" w:rsidR="004D10C9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Déan sonraí maidir le rátaí fostaíochta, feidhmíocht leanaí ar scoil, scileanna teanga, obair dheonach na n-óstach, muinín shóisialta, etc. a rianú agus a fhoilsiú go rialta.</w:t>
      </w:r>
    </w:p>
    <w:p w14:paraId="27DCC789" w14:textId="30E6A702" w:rsidR="00FA2AEB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lastRenderedPageBreak/>
        <w:t>Ba cheart éachtaí a cheiliúradh (</w:t>
      </w:r>
      <w:proofErr w:type="spellStart"/>
      <w:r>
        <w:rPr>
          <w:rFonts w:asciiTheme="majorHAnsi" w:hAnsiTheme="majorHAnsi"/>
          <w:sz w:val="28"/>
        </w:rPr>
        <w:t>e.g</w:t>
      </w:r>
      <w:proofErr w:type="spellEnd"/>
      <w:r>
        <w:rPr>
          <w:rFonts w:asciiTheme="majorHAnsi" w:hAnsiTheme="majorHAnsi"/>
          <w:sz w:val="28"/>
        </w:rPr>
        <w:t xml:space="preserve">., ‘100 duine áitiúil a ghlac páirt sa scéim </w:t>
      </w:r>
      <w:proofErr w:type="spellStart"/>
      <w:r>
        <w:rPr>
          <w:rFonts w:asciiTheme="majorHAnsi" w:hAnsiTheme="majorHAnsi"/>
          <w:sz w:val="28"/>
        </w:rPr>
        <w:t>meantóireachta</w:t>
      </w:r>
      <w:proofErr w:type="spellEnd"/>
      <w:r>
        <w:rPr>
          <w:rFonts w:asciiTheme="majorHAnsi" w:hAnsiTheme="majorHAnsi"/>
          <w:sz w:val="28"/>
        </w:rPr>
        <w:t xml:space="preserve"> i mbliana’). Eagraigh searmanas bronnta bliantúil do na hóstaigh a dhéanann obair dheonach.</w:t>
      </w:r>
    </w:p>
    <w:p w14:paraId="180D6714" w14:textId="79B8AD8B" w:rsidR="00461D41" w:rsidRPr="000959AC" w:rsidRDefault="00461D41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Lean den idirphlé leis an bpobal óstach, leis an bpobal inimirceach, le ceannairí pobail agus leis na meáin áitiúla. </w:t>
      </w:r>
    </w:p>
    <w:p w14:paraId="38869FD8" w14:textId="77777777" w:rsidR="00FA2AEB" w:rsidRPr="000959AC" w:rsidRDefault="00FA2AEB">
      <w:pPr>
        <w:rPr>
          <w:rFonts w:asciiTheme="majorHAnsi" w:hAnsiTheme="majorHAnsi" w:cstheme="majorHAnsi"/>
          <w:sz w:val="28"/>
          <w:szCs w:val="28"/>
        </w:rPr>
      </w:pPr>
    </w:p>
    <w:p w14:paraId="4760421F" w14:textId="322CC1F9" w:rsidR="003A0792" w:rsidRPr="000959AC" w:rsidRDefault="003A0792" w:rsidP="003A0792">
      <w:pPr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Cearta agus freagrachtaí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na n-inimirceach agus na n-óstach </w:t>
      </w:r>
    </w:p>
    <w:p w14:paraId="7409C5A6" w14:textId="77777777" w:rsidR="003A0792" w:rsidRPr="000959AC" w:rsidRDefault="003A0792" w:rsidP="003A0792"/>
    <w:p w14:paraId="59AA3AF7" w14:textId="38470AD4" w:rsidR="003A0792" w:rsidRPr="000959AC" w:rsidRDefault="003A0792" w:rsidP="003A0792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>Freagrachtaí na n-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inimirceach</w:t>
      </w:r>
    </w:p>
    <w:p w14:paraId="6B5CF953" w14:textId="48CA23C2" w:rsidR="00AC3B03" w:rsidRPr="000959AC" w:rsidRDefault="00AC3B03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Foghlaim faoi dhlíthe agus rialacháin áitiúla agus cloí leo.</w:t>
      </w:r>
    </w:p>
    <w:p w14:paraId="58A7FC13" w14:textId="1598EFD1" w:rsidR="00AC3B03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Foghlaim faoi nósanna áitiúla agus noirm chultúrtha agus meas a léiriú orthu.</w:t>
      </w:r>
    </w:p>
    <w:p w14:paraId="72A50C7D" w14:textId="4CD03A64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Páirt ghníomhach a ghlacadh i gcláir teanga agus oiliúna.</w:t>
      </w:r>
    </w:p>
    <w:p w14:paraId="7C4D1A4D" w14:textId="3E38F1F1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Rannchuidiú leis an bpobal trí bheith ag obair nó trí bhíthin na hoibre deonaí nó na rannpháirtíochta sibhialta.</w:t>
      </w:r>
    </w:p>
    <w:p w14:paraId="7F245F79" w14:textId="4E79292C" w:rsidR="003A0792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Iarracht a dhéanamh chun iad féin agus an teaghlach a imeascadh agus caidreamh a chothú leis an bpobal óstach.</w:t>
      </w:r>
    </w:p>
    <w:p w14:paraId="192D6896" w14:textId="77777777" w:rsidR="000B7AFE" w:rsidRPr="000959AC" w:rsidRDefault="000B7AFE" w:rsidP="000B7AFE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35F05808" w14:textId="57BF20E0" w:rsidR="003A0792" w:rsidRPr="000959AC" w:rsidRDefault="00B90963" w:rsidP="003A0792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>Cearta na n-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inimirceach</w:t>
      </w:r>
      <w:r>
        <w:rPr>
          <w:rFonts w:asciiTheme="majorHAnsi" w:hAnsiTheme="majorHAnsi"/>
          <w:color w:val="FFFFFF" w:themeColor="background1"/>
          <w:sz w:val="24"/>
        </w:rPr>
        <w:t xml:space="preserve"> </w:t>
      </w:r>
    </w:p>
    <w:p w14:paraId="606E05F1" w14:textId="4EFF31A8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Rochtain ar sheirbhísí riachtanacha: tithíocht, cúram sláinte, oideachas agus fostaíocht.</w:t>
      </w:r>
    </w:p>
    <w:p w14:paraId="77E6E2FC" w14:textId="59755C7C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Go léireofaí meas ar a bhféiniúlacht uathúil, ar a saoirse reiligiúin agus ar a gcúlra cultúrtha.</w:t>
      </w:r>
    </w:p>
    <w:p w14:paraId="6F9EE816" w14:textId="41917ED0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Deiseanna foghlama teanga agus oiliúna.</w:t>
      </w:r>
    </w:p>
    <w:p w14:paraId="3E3A8EA6" w14:textId="78B33575" w:rsidR="003A0792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Go gcaithfí leo le dínit, saor ó idirdhealú agus ón gciníochas.</w:t>
      </w:r>
    </w:p>
    <w:p w14:paraId="677F5D7B" w14:textId="41DE3F4B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Deiseanna rannpháirtíochta i gcinnteoireacht an phobail agus i malartuithe cultúrtha.</w:t>
      </w:r>
    </w:p>
    <w:p w14:paraId="1C321619" w14:textId="77777777" w:rsidR="003A0792" w:rsidRPr="000959AC" w:rsidRDefault="003A0792" w:rsidP="003A0792">
      <w:pPr>
        <w:rPr>
          <w:rFonts w:asciiTheme="majorHAnsi" w:hAnsiTheme="majorHAnsi" w:cstheme="majorHAnsi"/>
          <w:sz w:val="24"/>
          <w:szCs w:val="24"/>
        </w:rPr>
      </w:pPr>
    </w:p>
    <w:p w14:paraId="70894341" w14:textId="31EF0128" w:rsidR="00B90963" w:rsidRPr="000959AC" w:rsidRDefault="00B90963" w:rsidP="00B90963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 xml:space="preserve">Freagrachtaí na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saoránach óstach</w:t>
      </w:r>
    </w:p>
    <w:p w14:paraId="5FDB49DA" w14:textId="59EAF422" w:rsidR="00B90963" w:rsidRPr="000959AC" w:rsidRDefault="00FC005A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Caoinfhulaingt agus meas a léiriú do gach duine nuathagtha agus dá gcearta; cloí leis an dlí.</w:t>
      </w:r>
    </w:p>
    <w:p w14:paraId="1695334B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Tuiscint agus glacadh i leith na n-inimirceach a chothú i measc an phobail.</w:t>
      </w:r>
    </w:p>
    <w:p w14:paraId="74DD8C2D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Tacú le gnólachtaí agus seirbhísí áitiúla iad féin a chur in oiriúint do mhiondifríochtaí cultúrtha.</w:t>
      </w:r>
    </w:p>
    <w:p w14:paraId="72578292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Páirt a ghlacadh i dtionscnaimh forbartha pobail lena dtugtar grúpaí éagsúla le chéile.</w:t>
      </w:r>
    </w:p>
    <w:p w14:paraId="22390E5B" w14:textId="59EFB968" w:rsidR="00B90963" w:rsidRPr="00790E27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Miotais agus mífhaisnéis maidir le hinimircigh a chomhrac.</w:t>
      </w:r>
    </w:p>
    <w:p w14:paraId="4E5E66A9" w14:textId="77777777" w:rsidR="00B90963" w:rsidRPr="00790E27" w:rsidRDefault="00B90963" w:rsidP="00B9096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7AAD145F" w14:textId="5CC4D179" w:rsidR="00B90963" w:rsidRPr="000959AC" w:rsidRDefault="00B90963" w:rsidP="00B90963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 xml:space="preserve">Cearta na 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saoránach óstach</w:t>
      </w:r>
      <w:r>
        <w:rPr>
          <w:rFonts w:asciiTheme="majorHAnsi" w:hAnsiTheme="majorHAnsi"/>
          <w:sz w:val="24"/>
        </w:rPr>
        <w:t xml:space="preserve"> </w:t>
      </w:r>
    </w:p>
    <w:p w14:paraId="5B1C244D" w14:textId="694A2037" w:rsidR="00FC005A" w:rsidRPr="000959AC" w:rsidRDefault="00FC005A" w:rsidP="00FC005A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Deiseanna rannpháirtíochta i gceapadh agus i gcur chun feidhme na mbeartas lánpháirtithe.</w:t>
      </w:r>
    </w:p>
    <w:p w14:paraId="4CBDD90A" w14:textId="77777777" w:rsidR="00FC005A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Faisnéis rialta a fháil ó na húdaráis áitiúla faoi phróiseas an lánpháirtithe. </w:t>
      </w:r>
    </w:p>
    <w:p w14:paraId="575779A2" w14:textId="4C1E01DB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Páirt a ghlacadh i malartuithe cultúrtha agus in imeachtaí pobail le hinimircigh.</w:t>
      </w:r>
    </w:p>
    <w:p w14:paraId="3CABC622" w14:textId="73B9258E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Oiliúint agus faisnéis a fháil maidir le caidreamh a chothú le </w:t>
      </w:r>
      <w:proofErr w:type="spellStart"/>
      <w:r>
        <w:rPr>
          <w:rFonts w:asciiTheme="majorHAnsi" w:hAnsiTheme="majorHAnsi"/>
          <w:sz w:val="24"/>
        </w:rPr>
        <w:t>nuatheachtaithe</w:t>
      </w:r>
      <w:proofErr w:type="spellEnd"/>
      <w:r>
        <w:rPr>
          <w:rFonts w:asciiTheme="majorHAnsi" w:hAnsiTheme="majorHAnsi"/>
          <w:sz w:val="24"/>
        </w:rPr>
        <w:t xml:space="preserve">. </w:t>
      </w:r>
    </w:p>
    <w:p w14:paraId="45BD2A10" w14:textId="34FB2E44" w:rsidR="00B90963" w:rsidRPr="000959AC" w:rsidRDefault="000A40B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Rochtain ar ghnéithe bunúsacha den chultúr áitiúil agus den mhodh maireachtála áitiúil i gcónaí.</w:t>
      </w:r>
    </w:p>
    <w:p w14:paraId="476CFA01" w14:textId="77777777" w:rsidR="002A310D" w:rsidRPr="000959AC" w:rsidRDefault="002A310D" w:rsidP="00D80E97">
      <w:pPr>
        <w:tabs>
          <w:tab w:val="left" w:pos="7230"/>
        </w:tabs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DFD70B0" w14:textId="6B8E26A2" w:rsidR="00FE0BC6" w:rsidRPr="000959AC" w:rsidRDefault="0019521B" w:rsidP="00D80E97">
      <w:pPr>
        <w:tabs>
          <w:tab w:val="left" w:pos="7230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Prionsabail liobrálacha agus dhaonlathacha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le haghaidh an lánpháirtithe </w:t>
      </w:r>
    </w:p>
    <w:p w14:paraId="7FC60824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</w:p>
    <w:p w14:paraId="3A77CACC" w14:textId="27DDB146" w:rsidR="008224B3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 xml:space="preserve">Is luachanna </w:t>
      </w:r>
      <w:proofErr w:type="spellStart"/>
      <w:r>
        <w:rPr>
          <w:rFonts w:asciiTheme="majorHAnsi" w:hAnsiTheme="majorHAnsi"/>
          <w:b/>
          <w:sz w:val="24"/>
        </w:rPr>
        <w:t>uilechoiteanna</w:t>
      </w:r>
      <w:proofErr w:type="spellEnd"/>
      <w:r>
        <w:rPr>
          <w:rFonts w:asciiTheme="majorHAnsi" w:hAnsiTheme="majorHAnsi"/>
          <w:sz w:val="24"/>
        </w:rPr>
        <w:t xml:space="preserve"> iad luachanna na saoirse agus an daonlathais – ní hamhlaidh go mbaineann siad le </w:t>
      </w:r>
      <w:proofErr w:type="spellStart"/>
      <w:r>
        <w:rPr>
          <w:rFonts w:asciiTheme="majorHAnsi" w:hAnsiTheme="majorHAnsi"/>
          <w:sz w:val="24"/>
        </w:rPr>
        <w:t>náisiúntachtaí</w:t>
      </w:r>
      <w:proofErr w:type="spellEnd"/>
      <w:r>
        <w:rPr>
          <w:rFonts w:asciiTheme="majorHAnsi" w:hAnsiTheme="majorHAnsi"/>
          <w:sz w:val="24"/>
        </w:rPr>
        <w:t xml:space="preserve">, reiligiúin nó grúpaí eitneacha áirithe amháin. </w:t>
      </w:r>
    </w:p>
    <w:p w14:paraId="678793EB" w14:textId="6C7E0AF8" w:rsidR="00B525C0" w:rsidRPr="000959AC" w:rsidRDefault="008D28DC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>Is gá, áfach, na luachanna sin a mhúineadh, a mhíniú, a chothú agus a chosaint.</w:t>
      </w:r>
    </w:p>
    <w:p w14:paraId="276E1442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3202961" w14:textId="70A209B1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 xml:space="preserve">Tá sé de cheart ag </w:t>
      </w:r>
      <w:r>
        <w:rPr>
          <w:rFonts w:asciiTheme="majorHAnsi" w:hAnsiTheme="majorHAnsi"/>
          <w:b/>
          <w:sz w:val="24"/>
        </w:rPr>
        <w:t>gach duine</w:t>
      </w:r>
      <w:r>
        <w:rPr>
          <w:rFonts w:asciiTheme="majorHAnsi" w:hAnsiTheme="majorHAnsi"/>
          <w:sz w:val="24"/>
        </w:rPr>
        <w:t xml:space="preserve"> barr a gcumais a bhaint amach sa tsochaí.</w:t>
      </w:r>
    </w:p>
    <w:p w14:paraId="7378BC9A" w14:textId="77777777" w:rsidR="008224B3" w:rsidRPr="000959AC" w:rsidRDefault="008224B3" w:rsidP="008224B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3A42944E" w14:textId="450BDF0D" w:rsidR="008D28DC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Is uirlis ríthábhachtach í an </w:t>
      </w:r>
      <w:r>
        <w:rPr>
          <w:rFonts w:asciiTheme="majorHAnsi" w:hAnsiTheme="majorHAnsi"/>
          <w:b/>
          <w:sz w:val="24"/>
        </w:rPr>
        <w:t>teanga</w:t>
      </w:r>
      <w:r>
        <w:rPr>
          <w:rFonts w:asciiTheme="majorHAnsi" w:hAnsiTheme="majorHAnsi"/>
          <w:sz w:val="24"/>
        </w:rPr>
        <w:t xml:space="preserve"> chun gur féidir le duine barr a gcumais a bhaint amach.</w:t>
      </w:r>
    </w:p>
    <w:p w14:paraId="61C62EA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5AB747" w14:textId="7EE69EF2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 xml:space="preserve">Tá an rud a bhfuil </w:t>
      </w:r>
      <w:r>
        <w:rPr>
          <w:rFonts w:asciiTheme="majorHAnsi" w:hAnsiTheme="majorHAnsi"/>
          <w:b/>
          <w:sz w:val="24"/>
        </w:rPr>
        <w:t>i gceist ag duine a bhaint amach</w:t>
      </w:r>
      <w:r>
        <w:rPr>
          <w:rFonts w:asciiTheme="majorHAnsi" w:hAnsiTheme="majorHAnsi"/>
          <w:sz w:val="24"/>
        </w:rPr>
        <w:t xml:space="preserve"> níos tábhachtaí ná cúlra an duine.</w:t>
      </w:r>
    </w:p>
    <w:p w14:paraId="1CCD24AB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7D8F72" w14:textId="3D283486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lastRenderedPageBreak/>
        <w:t xml:space="preserve">I </w:t>
      </w:r>
      <w:r>
        <w:rPr>
          <w:rFonts w:asciiTheme="majorHAnsi" w:hAnsiTheme="majorHAnsi"/>
          <w:b/>
          <w:sz w:val="24"/>
        </w:rPr>
        <w:t>sochaí chothrom</w:t>
      </w:r>
      <w:r>
        <w:rPr>
          <w:rFonts w:asciiTheme="majorHAnsi" w:hAnsiTheme="majorHAnsi"/>
          <w:sz w:val="24"/>
        </w:rPr>
        <w:t xml:space="preserve"> cuirtear deiseanna ar fáil do gach duine.</w:t>
      </w:r>
    </w:p>
    <w:p w14:paraId="177F8DCE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963FEF" w14:textId="09C7ECA5" w:rsidR="008D28DC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 xml:space="preserve">Baintear na torthaí is fearr amach nuair a dhéantar </w:t>
      </w:r>
      <w:r>
        <w:rPr>
          <w:rFonts w:asciiTheme="majorHAnsi" w:hAnsiTheme="majorHAnsi"/>
          <w:b/>
          <w:sz w:val="24"/>
        </w:rPr>
        <w:t xml:space="preserve">saoránaigh a </w:t>
      </w:r>
      <w:proofErr w:type="spellStart"/>
      <w:r>
        <w:rPr>
          <w:rFonts w:asciiTheme="majorHAnsi" w:hAnsiTheme="majorHAnsi"/>
          <w:b/>
          <w:sz w:val="24"/>
        </w:rPr>
        <w:t>chumhachtú</w:t>
      </w:r>
      <w:proofErr w:type="spellEnd"/>
      <w:r>
        <w:rPr>
          <w:rFonts w:asciiTheme="majorHAnsi" w:hAnsiTheme="majorHAnsi"/>
          <w:sz w:val="24"/>
        </w:rPr>
        <w:t xml:space="preserve"> chun a bpobal a mhúnlú.</w:t>
      </w:r>
    </w:p>
    <w:p w14:paraId="44E2B632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E876A13" w14:textId="136FD8F4" w:rsidR="00B525C0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 xml:space="preserve">Is foinse nirt don gheilleagar agus don chultúr í an </w:t>
      </w:r>
      <w:r>
        <w:rPr>
          <w:rFonts w:asciiTheme="majorHAnsi" w:hAnsiTheme="majorHAnsi"/>
          <w:b/>
          <w:sz w:val="24"/>
        </w:rPr>
        <w:t>éagsúlacht dhea-bhainistithe</w:t>
      </w:r>
    </w:p>
    <w:p w14:paraId="3963B911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9BE665" w14:textId="63AFC1AB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Ní hionann an lánpháirtiú</w:t>
      </w:r>
      <w:r>
        <w:rPr>
          <w:rFonts w:asciiTheme="majorHAnsi" w:hAnsiTheme="majorHAnsi"/>
          <w:sz w:val="24"/>
        </w:rPr>
        <w:t xml:space="preserve"> agus a rá nach mór d’inimircigh a bhféiniúlacht dúchais a thréigean; is próiseas é an lánpháirtiú a chuireann ar chumas na n-inimirceach cur leis an tsochaí nua agus meas a léiriú ar dhlíthe agus ar luachanna an bhaile nua ach go léireofar meas san am céanna dá bhféiniúlacht uathúil féin freisin. </w:t>
      </w:r>
    </w:p>
    <w:p w14:paraId="6E3D7F09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549A1455" w14:textId="41BF982B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 xml:space="preserve">Is dlúithe agus is </w:t>
      </w:r>
      <w:proofErr w:type="spellStart"/>
      <w:r>
        <w:rPr>
          <w:rFonts w:asciiTheme="majorHAnsi" w:hAnsiTheme="majorHAnsi"/>
          <w:sz w:val="24"/>
        </w:rPr>
        <w:t>athléimní</w:t>
      </w:r>
      <w:proofErr w:type="spellEnd"/>
      <w:r>
        <w:rPr>
          <w:rFonts w:asciiTheme="majorHAnsi" w:hAnsiTheme="majorHAnsi"/>
          <w:sz w:val="24"/>
        </w:rPr>
        <w:t xml:space="preserve"> na pobail áitiúla nuair a éirionn leis an lánpháirtiú. </w:t>
      </w:r>
    </w:p>
    <w:p w14:paraId="46FE7B0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6A7D30A" w14:textId="132619E4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 xml:space="preserve">Tá an </w:t>
      </w:r>
      <w:r>
        <w:rPr>
          <w:rFonts w:asciiTheme="majorHAnsi" w:hAnsiTheme="majorHAnsi"/>
          <w:b/>
          <w:sz w:val="24"/>
        </w:rPr>
        <w:t>lánpháirtiú ríthábhachtach</w:t>
      </w:r>
      <w:r>
        <w:rPr>
          <w:rFonts w:asciiTheme="majorHAnsi" w:hAnsiTheme="majorHAnsi"/>
          <w:sz w:val="24"/>
        </w:rPr>
        <w:t xml:space="preserve"> do thodhchaí an Aontais Eorpaigh toisc go bhfuiltear ag súil go dtiocfaidh laghdú ar dhaonra an Aontais agus meastar go mbeidh rátaí torthúlachta fós íseal, rud a fhágfaidh go mbeidh caighdeán maireachtála na hEorpa ag brath ar an inimirce sna blianta amach romhainn.</w:t>
      </w:r>
    </w:p>
    <w:p w14:paraId="112487A2" w14:textId="417405ED" w:rsidR="000B7AFE" w:rsidRPr="000959AC" w:rsidRDefault="000B7AFE">
      <w:pPr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br w:type="page"/>
      </w:r>
    </w:p>
    <w:p w14:paraId="6D31D813" w14:textId="77777777" w:rsidR="002A310D" w:rsidRPr="000959AC" w:rsidRDefault="002A310D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color w:val="FFFFFF" w:themeColor="background1"/>
          <w:sz w:val="18"/>
          <w:szCs w:val="18"/>
          <w:highlight w:val="black"/>
          <w:u w:val="single"/>
        </w:rPr>
      </w:pPr>
    </w:p>
    <w:p w14:paraId="1B143828" w14:textId="3ABFDA98" w:rsidR="000B7AFE" w:rsidRPr="000959AC" w:rsidRDefault="00F40965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An 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mhífhaisnéis</w:t>
      </w:r>
      <w:proofErr w:type="spellEnd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agus an 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bhréagaisnéis</w:t>
      </w:r>
      <w:proofErr w:type="spellEnd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a chomhrac: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Ceapaire na </w:t>
      </w:r>
      <w:proofErr w:type="spellStart"/>
      <w:r>
        <w:rPr>
          <w:rFonts w:ascii="Gill Sans Std ExtraBold" w:hAnsi="Gill Sans Std ExtraBold"/>
          <w:b/>
          <w:color w:val="C00000"/>
          <w:sz w:val="32"/>
          <w:u w:val="single"/>
        </w:rPr>
        <w:t>bhFíricí</w:t>
      </w:r>
      <w:proofErr w:type="spellEnd"/>
    </w:p>
    <w:p w14:paraId="6F9A2FDA" w14:textId="529B90A6" w:rsidR="00D20D14" w:rsidRPr="000959AC" w:rsidRDefault="002600C6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  <w:r>
        <w:rPr>
          <w:rFonts w:ascii="Gill Sans Std ExtraBold" w:hAnsi="Gill Sans Std ExtraBold"/>
          <w:b/>
          <w:noProof/>
          <w:color w:val="FFFFFF" w:themeColor="background1"/>
          <w:sz w:val="32"/>
          <w:u w:val="single"/>
        </w:rPr>
        <w:drawing>
          <wp:anchor distT="0" distB="0" distL="114300" distR="114300" simplePos="0" relativeHeight="251661312" behindDoc="0" locked="0" layoutInCell="1" allowOverlap="1" wp14:anchorId="120E08A3" wp14:editId="70FF0B08">
            <wp:simplePos x="0" y="0"/>
            <wp:positionH relativeFrom="column">
              <wp:posOffset>39370</wp:posOffset>
            </wp:positionH>
            <wp:positionV relativeFrom="paragraph">
              <wp:posOffset>244475</wp:posOffset>
            </wp:positionV>
            <wp:extent cx="2621280" cy="1735455"/>
            <wp:effectExtent l="19050" t="19050" r="26670" b="17145"/>
            <wp:wrapSquare wrapText="bothSides"/>
            <wp:docPr id="1" name="Picture 1" descr="Microphone and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icrophone and piano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C903B" w14:textId="77777777" w:rsidR="00DB4B67" w:rsidRPr="000959AC" w:rsidRDefault="00FF1798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 xml:space="preserve">An </w:t>
      </w:r>
      <w:proofErr w:type="spellStart"/>
      <w:r>
        <w:rPr>
          <w:rFonts w:ascii="Aptos" w:hAnsi="Aptos"/>
          <w:b/>
          <w:color w:val="000000"/>
          <w:sz w:val="24"/>
          <w:u w:val="single"/>
        </w:rPr>
        <w:t>Mhífhaisnéis</w:t>
      </w:r>
      <w:proofErr w:type="spellEnd"/>
      <w:r>
        <w:rPr>
          <w:rFonts w:ascii="Aptos" w:hAnsi="Aptos"/>
          <w:color w:val="000000"/>
          <w:sz w:val="24"/>
        </w:rPr>
        <w:t xml:space="preserve">: </w:t>
      </w:r>
    </w:p>
    <w:p w14:paraId="07F43625" w14:textId="1BAB7BAA" w:rsidR="002600C6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Faisnéis mhícheart nó mhíthreorach a sholáthar.</w:t>
      </w:r>
    </w:p>
    <w:p w14:paraId="41DB63AF" w14:textId="77777777" w:rsidR="00DB4B67" w:rsidRPr="000959AC" w:rsidRDefault="00DB4B67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3F562A74" w14:textId="77777777" w:rsidR="005D05CB" w:rsidRPr="000959AC" w:rsidRDefault="007262B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  <w:u w:val="single"/>
        </w:rPr>
        <w:t xml:space="preserve">An </w:t>
      </w:r>
      <w:proofErr w:type="spellStart"/>
      <w:r>
        <w:rPr>
          <w:rFonts w:ascii="Aptos" w:hAnsi="Aptos"/>
          <w:b/>
          <w:color w:val="000000"/>
          <w:sz w:val="24"/>
          <w:u w:val="single"/>
        </w:rPr>
        <w:t>Bhréagaisnéis</w:t>
      </w:r>
      <w:proofErr w:type="spellEnd"/>
      <w:r>
        <w:rPr>
          <w:rFonts w:ascii="Aptos" w:hAnsi="Aptos"/>
          <w:color w:val="000000"/>
          <w:sz w:val="24"/>
        </w:rPr>
        <w:t xml:space="preserve">: </w:t>
      </w:r>
    </w:p>
    <w:p w14:paraId="1E6DFF6E" w14:textId="212E259F" w:rsidR="007262BB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Faisnéis bhréagach a sholáthar d’aon ghnó.</w:t>
      </w:r>
    </w:p>
    <w:p w14:paraId="0C72F8D8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6C4DCD08" w14:textId="77777777" w:rsidR="00BD3906" w:rsidRPr="000959AC" w:rsidRDefault="00BD390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E419538" w14:textId="3867122E" w:rsidR="00B84936" w:rsidRPr="000959AC" w:rsidRDefault="00B84936" w:rsidP="004F5173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 xml:space="preserve">Tá sé cruthaithe gur modh éifeachtach é Ceapaire na </w:t>
      </w:r>
      <w:proofErr w:type="spellStart"/>
      <w:r>
        <w:rPr>
          <w:rFonts w:ascii="Aptos" w:hAnsi="Aptos"/>
          <w:b/>
          <w:color w:val="000000"/>
          <w:sz w:val="24"/>
          <w:u w:val="single"/>
        </w:rPr>
        <w:t>bhFíricí</w:t>
      </w:r>
      <w:proofErr w:type="spellEnd"/>
      <w:r>
        <w:rPr>
          <w:rFonts w:ascii="Aptos" w:hAnsi="Aptos"/>
          <w:b/>
          <w:color w:val="000000"/>
          <w:sz w:val="24"/>
          <w:u w:val="single"/>
        </w:rPr>
        <w:t>:</w:t>
      </w:r>
    </w:p>
    <w:p w14:paraId="75587422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0C74DA7A" w14:textId="5BA573CD" w:rsidR="0003269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Tosaigh leis an bhfírinne</w:t>
      </w:r>
      <w:r>
        <w:rPr>
          <w:rFonts w:ascii="Aptos" w:hAnsi="Aptos"/>
          <w:color w:val="000000"/>
          <w:sz w:val="24"/>
        </w:rPr>
        <w:t xml:space="preserve">. </w:t>
      </w:r>
    </w:p>
    <w:p w14:paraId="79278B0B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4686F740" w14:textId="6A1EB9E5" w:rsidR="00696A75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Luaigh an miotas atá i gceist</w:t>
      </w:r>
      <w:r>
        <w:rPr>
          <w:rFonts w:ascii="Aptos" w:hAnsi="Aptos"/>
          <w:color w:val="000000"/>
          <w:sz w:val="24"/>
        </w:rPr>
        <w:t xml:space="preserve"> – </w:t>
      </w:r>
      <w:r>
        <w:rPr>
          <w:rFonts w:ascii="Aptos" w:hAnsi="Aptos"/>
          <w:i/>
          <w:color w:val="000000"/>
          <w:sz w:val="24"/>
        </w:rPr>
        <w:t>ach ná déan scéal mór de ionas nach gcuirfear leis!</w:t>
      </w:r>
      <w:r>
        <w:rPr>
          <w:rFonts w:ascii="Aptos" w:hAnsi="Aptos"/>
          <w:color w:val="000000"/>
          <w:sz w:val="24"/>
        </w:rPr>
        <w:t xml:space="preserve"> </w:t>
      </w:r>
    </w:p>
    <w:p w14:paraId="2032043F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3BE07639" w14:textId="7D0E1469" w:rsidR="00696A75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 xml:space="preserve">Mínigh an </w:t>
      </w:r>
      <w:proofErr w:type="spellStart"/>
      <w:r>
        <w:rPr>
          <w:rFonts w:ascii="Aptos" w:hAnsi="Aptos"/>
          <w:b/>
          <w:color w:val="000000"/>
          <w:sz w:val="24"/>
        </w:rPr>
        <w:t>bhréag</w:t>
      </w:r>
      <w:proofErr w:type="spellEnd"/>
      <w:r>
        <w:rPr>
          <w:rFonts w:ascii="Aptos" w:hAnsi="Aptos"/>
          <w:color w:val="000000"/>
          <w:sz w:val="24"/>
        </w:rPr>
        <w:t xml:space="preserve"> atá i gceist </w:t>
      </w:r>
    </w:p>
    <w:p w14:paraId="6D0FE9EF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5D907B05" w14:textId="39D9A15B" w:rsidR="00696A75" w:rsidRPr="000959AC" w:rsidRDefault="00BD35C9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Déan fírinne an scéil a lua arís</w:t>
      </w:r>
      <w:r>
        <w:rPr>
          <w:rFonts w:ascii="Aptos" w:hAnsi="Aptos"/>
          <w:color w:val="000000"/>
          <w:sz w:val="24"/>
        </w:rPr>
        <w:t xml:space="preserve"> chun é a threisiú. </w:t>
      </w:r>
    </w:p>
    <w:p w14:paraId="3555ED8F" w14:textId="77777777" w:rsidR="00E71E8E" w:rsidRPr="000959AC" w:rsidRDefault="00E71E8E" w:rsidP="00E71E8E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05D8B866" w14:textId="670D23BE" w:rsidR="00E71E8E" w:rsidRPr="000959AC" w:rsidRDefault="00E71E8E" w:rsidP="00E71E8E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 xml:space="preserve">Conas Ceapaire na </w:t>
      </w:r>
      <w:proofErr w:type="spellStart"/>
      <w:r>
        <w:rPr>
          <w:rFonts w:ascii="Aptos" w:hAnsi="Aptos"/>
          <w:b/>
          <w:color w:val="000000"/>
          <w:sz w:val="24"/>
          <w:u w:val="single"/>
        </w:rPr>
        <w:t>bhFíricí</w:t>
      </w:r>
      <w:proofErr w:type="spellEnd"/>
      <w:r>
        <w:rPr>
          <w:rFonts w:ascii="Aptos" w:hAnsi="Aptos"/>
          <w:b/>
          <w:color w:val="000000"/>
          <w:sz w:val="24"/>
          <w:u w:val="single"/>
        </w:rPr>
        <w:t xml:space="preserve"> a chur in úsáid</w:t>
      </w:r>
    </w:p>
    <w:p w14:paraId="65950598" w14:textId="77777777" w:rsidR="00735E38" w:rsidRPr="000959AC" w:rsidRDefault="00735E38" w:rsidP="00E71E8E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</w:p>
    <w:p w14:paraId="58631459" w14:textId="1DFB4777" w:rsidR="007618F4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Abair é, abair arís é agus abair arís eile é.</w:t>
      </w:r>
      <w:r>
        <w:rPr>
          <w:rFonts w:ascii="Aptos" w:hAnsi="Aptos"/>
          <w:color w:val="000000"/>
          <w:sz w:val="24"/>
        </w:rPr>
        <w:t xml:space="preserve"> Tapaigh gach deis chun ceapaire na </w:t>
      </w:r>
      <w:proofErr w:type="spellStart"/>
      <w:r>
        <w:rPr>
          <w:rFonts w:ascii="Aptos" w:hAnsi="Aptos"/>
          <w:color w:val="000000"/>
          <w:sz w:val="24"/>
        </w:rPr>
        <w:t>bhfíricí</w:t>
      </w:r>
      <w:proofErr w:type="spellEnd"/>
      <w:r>
        <w:rPr>
          <w:rFonts w:ascii="Aptos" w:hAnsi="Aptos"/>
          <w:color w:val="000000"/>
          <w:sz w:val="24"/>
        </w:rPr>
        <w:t xml:space="preserve"> a úsáid. </w:t>
      </w:r>
    </w:p>
    <w:p w14:paraId="084B260D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613D4777" w14:textId="1735DC25" w:rsidR="006C2CA7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Bí ag obair go comhuaineach le gníomhaithe eile</w:t>
      </w:r>
      <w:r>
        <w:rPr>
          <w:rFonts w:ascii="Aptos" w:hAnsi="Aptos"/>
          <w:color w:val="000000"/>
          <w:sz w:val="24"/>
        </w:rPr>
        <w:t xml:space="preserve"> atá ar aon tuairim leat. </w:t>
      </w:r>
    </w:p>
    <w:p w14:paraId="73FCDB7D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233C24ED" w14:textId="45FF7373" w:rsidR="00D420DA" w:rsidRPr="000959AC" w:rsidRDefault="006C2CA7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 xml:space="preserve">Bíodh tuiscint agat ar do </w:t>
      </w:r>
      <w:proofErr w:type="spellStart"/>
      <w:r>
        <w:rPr>
          <w:rFonts w:ascii="Aptos" w:hAnsi="Aptos"/>
          <w:b/>
          <w:color w:val="000000"/>
          <w:sz w:val="24"/>
        </w:rPr>
        <w:t>spriocphobal</w:t>
      </w:r>
      <w:proofErr w:type="spellEnd"/>
      <w:r>
        <w:rPr>
          <w:rFonts w:ascii="Aptos" w:hAnsi="Aptos"/>
          <w:color w:val="000000"/>
          <w:sz w:val="24"/>
        </w:rPr>
        <w:t xml:space="preserve">, téigh i gcion ar a luachanna agus a mothúcháin. </w:t>
      </w:r>
    </w:p>
    <w:p w14:paraId="500036A5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4471215" w14:textId="1546D84A" w:rsidR="00454A41" w:rsidRPr="000959AC" w:rsidRDefault="00447EE0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Aimsigh urlabhraí iontaofa.</w:t>
      </w:r>
      <w:r>
        <w:rPr>
          <w:rFonts w:ascii="Aptos" w:hAnsi="Aptos"/>
          <w:color w:val="000000"/>
          <w:sz w:val="24"/>
        </w:rPr>
        <w:t xml:space="preserve"> Cinntigh gur duine é a bhfuil muinín ag an </w:t>
      </w:r>
      <w:proofErr w:type="spellStart"/>
      <w:r>
        <w:rPr>
          <w:rFonts w:ascii="Aptos" w:hAnsi="Aptos"/>
          <w:color w:val="000000"/>
          <w:sz w:val="24"/>
        </w:rPr>
        <w:t>spriocphobal</w:t>
      </w:r>
      <w:proofErr w:type="spellEnd"/>
      <w:r>
        <w:rPr>
          <w:rFonts w:ascii="Aptos" w:hAnsi="Aptos"/>
          <w:color w:val="000000"/>
          <w:sz w:val="24"/>
        </w:rPr>
        <w:t xml:space="preserve"> as agus a bhfuil dáimh acu leis a chuireann an teachtaireacht in iúl agus go gcuirfear in iúl é ar líne agus as líne. </w:t>
      </w:r>
    </w:p>
    <w:p w14:paraId="4C21C90C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EC635F6" w14:textId="333D2784" w:rsidR="00454A4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Bain úsáid as an ngreann</w:t>
      </w:r>
      <w:r>
        <w:rPr>
          <w:rFonts w:ascii="Aptos" w:hAnsi="Aptos"/>
          <w:color w:val="000000"/>
          <w:sz w:val="24"/>
        </w:rPr>
        <w:t xml:space="preserve"> chun aird a tharraingt. </w:t>
      </w:r>
    </w:p>
    <w:p w14:paraId="494488BA" w14:textId="77777777" w:rsidR="00040631" w:rsidRPr="000959AC" w:rsidRDefault="00040631" w:rsidP="00040631">
      <w:pPr>
        <w:pStyle w:val="ListParagraph"/>
        <w:rPr>
          <w:rFonts w:ascii="Aptos" w:hAnsi="Aptos"/>
          <w:b/>
          <w:bCs/>
          <w:color w:val="000000"/>
          <w:sz w:val="24"/>
          <w:szCs w:val="24"/>
        </w:rPr>
      </w:pPr>
    </w:p>
    <w:p w14:paraId="5C55C24E" w14:textId="472A9FE2" w:rsidR="0003269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b/>
          <w:bCs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Tosaigh gan a thuilleadh moille! </w:t>
      </w:r>
    </w:p>
    <w:p w14:paraId="1BA9125B" w14:textId="77777777" w:rsidR="007243B4" w:rsidRPr="000959AC" w:rsidRDefault="007243B4" w:rsidP="0019521B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5B17E064" w14:textId="10760BA2" w:rsidR="0019521B" w:rsidRPr="000959AC" w:rsidRDefault="000B7AFE" w:rsidP="0019521B">
      <w:pPr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Samplaí beartais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ó chathracha ar fud an domhain </w:t>
      </w:r>
    </w:p>
    <w:p w14:paraId="55FC13E2" w14:textId="77777777" w:rsidR="000B7AFE" w:rsidRPr="000959AC" w:rsidRDefault="000B7AFE" w:rsidP="000B7AFE">
      <w:pPr>
        <w:pStyle w:val="Heading2"/>
        <w:spacing w:line="300" w:lineRule="atLeast"/>
        <w:rPr>
          <w:rStyle w:val="Strong"/>
          <w:rFonts w:ascii="Segoe UI" w:hAnsi="Segoe UI" w:cs="Segoe UI"/>
          <w:b/>
          <w:bCs/>
        </w:rPr>
      </w:pPr>
    </w:p>
    <w:p w14:paraId="3B7A01C1" w14:textId="7F17FAC3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1. Foghlaim Teanga agus Oideachas</w:t>
      </w:r>
    </w:p>
    <w:p w14:paraId="52A20F3F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Cúrsaí teanga saor in aisce a chuirtear ar fáil i gcomharsanachtaí, in ionaid oibre agus i scoileanna, agus cúram leanaí ar fáil, cúrsaí a dhíríonn ar scileanna comhrá don saol laethúil.</w:t>
      </w:r>
    </w:p>
    <w:p w14:paraId="2E2FBE54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Cúrsaí teanga solúbtha modúlacha le roghanna digiteacha.</w:t>
      </w:r>
    </w:p>
    <w:p w14:paraId="78A55934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Dianchúrsaí teanga agus cultúrtha do leanaí ar dídeanaithe iad.</w:t>
      </w:r>
    </w:p>
    <w:p w14:paraId="7A5C2509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Moil mheasúnaithe agus tacaíochta do mhic léinn inimirceach, lena n-áirítear oiliúint teanga.</w:t>
      </w:r>
    </w:p>
    <w:p w14:paraId="3C05C1EE" w14:textId="37BBFA7F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Oideachas dátheangach a thacaíonn le teanga dhúchais leanaí </w:t>
      </w:r>
      <w:proofErr w:type="spellStart"/>
      <w:r>
        <w:rPr>
          <w:rFonts w:asciiTheme="majorHAnsi" w:hAnsiTheme="majorHAnsi"/>
          <w:sz w:val="24"/>
        </w:rPr>
        <w:t>inimirceacha</w:t>
      </w:r>
      <w:proofErr w:type="spellEnd"/>
      <w:r>
        <w:rPr>
          <w:rFonts w:asciiTheme="majorHAnsi" w:hAnsiTheme="majorHAnsi"/>
          <w:sz w:val="24"/>
        </w:rPr>
        <w:t xml:space="preserve"> mar aon leis an teanga áitiúil.</w:t>
      </w:r>
    </w:p>
    <w:p w14:paraId="43EDA472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Ranganna teanga saor in aisce atá nasctha leis an ngairmoiliúint agus le hullmhú saoránachta.</w:t>
      </w:r>
    </w:p>
    <w:p w14:paraId="0ECA9337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Tacaíocht teanga luath-óige agus cláir rannpháirtíochta tuismitheoirí.</w:t>
      </w:r>
    </w:p>
    <w:p w14:paraId="0C7E6ABE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Ranganna teanga saor in aisce i leabharlanna agus in ionaid phobail.</w:t>
      </w:r>
    </w:p>
    <w:p w14:paraId="68D1B29E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Style w:val="Emphasis"/>
          <w:rFonts w:asciiTheme="majorHAnsi" w:hAnsiTheme="majorHAnsi"/>
          <w:sz w:val="24"/>
        </w:rPr>
        <w:t>Caiféanna</w:t>
      </w:r>
      <w:proofErr w:type="spellEnd"/>
      <w:r>
        <w:rPr>
          <w:rStyle w:val="Emphasis"/>
          <w:rFonts w:asciiTheme="majorHAnsi" w:hAnsiTheme="majorHAnsi"/>
          <w:sz w:val="24"/>
        </w:rPr>
        <w:t xml:space="preserve"> teanga</w:t>
      </w:r>
      <w:r>
        <w:rPr>
          <w:rFonts w:asciiTheme="majorHAnsi" w:hAnsiTheme="majorHAnsi"/>
          <w:sz w:val="24"/>
        </w:rPr>
        <w:t xml:space="preserve"> ilteangacha i gcomharsanachtaí.</w:t>
      </w:r>
    </w:p>
    <w:p w14:paraId="4FBE4F0F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Cúrsaí teanga meara dóibh siúd atá ar thóir oibre.</w:t>
      </w:r>
    </w:p>
    <w:p w14:paraId="52EBCF5C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Cúrsaí teanga d’inimircigh san ionad oibre.</w:t>
      </w:r>
    </w:p>
    <w:p w14:paraId="3B7EDF41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Gníomhaíochtaí teanga agus cultúrtha a thacaíonn leis an lánpháirtiú.</w:t>
      </w:r>
    </w:p>
    <w:p w14:paraId="0D478A7F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Cúrsaí teanga ar líne d’fhoghlaimeoirí cianda.</w:t>
      </w:r>
    </w:p>
    <w:p w14:paraId="600A5B3D" w14:textId="77777777" w:rsidR="000B7AFE" w:rsidRPr="000959AC" w:rsidRDefault="00E7143C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45359BA">
          <v:rect id="_x0000_i1026" style="width:0;height:1.5pt" o:hralign="center" o:hrstd="t" o:hr="t" fillcolor="#a0a0a0" stroked="f"/>
        </w:pict>
      </w:r>
    </w:p>
    <w:p w14:paraId="085B24AE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2. Fostaíocht, Scileanna &amp; Lánpháirtiú Eacnamaíoch</w:t>
      </w:r>
    </w:p>
    <w:p w14:paraId="2B9AE1CE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Cláir oiliúna agus socrúcháin poist d’inimircigh, lena n-áirítear scileanna </w:t>
      </w:r>
      <w:proofErr w:type="spellStart"/>
      <w:r>
        <w:rPr>
          <w:rFonts w:asciiTheme="majorHAnsi" w:hAnsiTheme="majorHAnsi"/>
          <w:sz w:val="24"/>
        </w:rPr>
        <w:t>earnáilsonracha</w:t>
      </w:r>
      <w:proofErr w:type="spellEnd"/>
      <w:r>
        <w:rPr>
          <w:rFonts w:asciiTheme="majorHAnsi" w:hAnsiTheme="majorHAnsi"/>
          <w:sz w:val="24"/>
        </w:rPr>
        <w:t xml:space="preserve"> agus aitheantas do </w:t>
      </w:r>
      <w:proofErr w:type="spellStart"/>
      <w:r>
        <w:rPr>
          <w:rFonts w:asciiTheme="majorHAnsi" w:hAnsiTheme="majorHAnsi"/>
          <w:sz w:val="24"/>
        </w:rPr>
        <w:t>cháilíochtaí</w:t>
      </w:r>
      <w:proofErr w:type="spellEnd"/>
      <w:r>
        <w:rPr>
          <w:rFonts w:asciiTheme="majorHAnsi" w:hAnsiTheme="majorHAnsi"/>
          <w:sz w:val="24"/>
        </w:rPr>
        <w:t xml:space="preserve"> eachtracha.</w:t>
      </w:r>
    </w:p>
    <w:p w14:paraId="6FD57752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Inimircigh oilte a mheaitseáil le gairmithe áitiúla ina réimse féin le haghaidh </w:t>
      </w:r>
      <w:proofErr w:type="spellStart"/>
      <w:r>
        <w:rPr>
          <w:rFonts w:asciiTheme="majorHAnsi" w:hAnsiTheme="majorHAnsi"/>
          <w:sz w:val="24"/>
        </w:rPr>
        <w:t>meantóireachtaí</w:t>
      </w:r>
      <w:proofErr w:type="spellEnd"/>
      <w:r>
        <w:rPr>
          <w:rFonts w:asciiTheme="majorHAnsi" w:hAnsiTheme="majorHAnsi"/>
          <w:sz w:val="24"/>
        </w:rPr>
        <w:t xml:space="preserve"> gearrthéarmacha.</w:t>
      </w:r>
    </w:p>
    <w:p w14:paraId="6B4F7CAC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Cláir mheantóireachta lena ndéantar fiontraithe inimirceach a mheaitseáil le húinéirí gnó a bhfuil taithí acu.</w:t>
      </w:r>
    </w:p>
    <w:p w14:paraId="636EC44C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Oiliúint saor in aisce, </w:t>
      </w:r>
      <w:proofErr w:type="spellStart"/>
      <w:r>
        <w:rPr>
          <w:rFonts w:asciiTheme="majorHAnsi" w:hAnsiTheme="majorHAnsi"/>
          <w:sz w:val="24"/>
        </w:rPr>
        <w:t>micriasachtaí</w:t>
      </w:r>
      <w:proofErr w:type="spellEnd"/>
      <w:r>
        <w:rPr>
          <w:rFonts w:asciiTheme="majorHAnsi" w:hAnsiTheme="majorHAnsi"/>
          <w:sz w:val="24"/>
        </w:rPr>
        <w:t>, agus líonrú d’</w:t>
      </w:r>
      <w:proofErr w:type="spellStart"/>
      <w:r>
        <w:rPr>
          <w:rFonts w:asciiTheme="majorHAnsi" w:hAnsiTheme="majorHAnsi"/>
          <w:sz w:val="24"/>
        </w:rPr>
        <w:t>fhiontraithe</w:t>
      </w:r>
      <w:proofErr w:type="spellEnd"/>
      <w:r>
        <w:rPr>
          <w:rFonts w:asciiTheme="majorHAnsi" w:hAnsiTheme="majorHAnsi"/>
          <w:sz w:val="24"/>
        </w:rPr>
        <w:t xml:space="preserve"> inimirceach.</w:t>
      </w:r>
    </w:p>
    <w:p w14:paraId="2B6D9484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Gníomhaireachtaí fostaíochta ilfhreastail ina gcuirtear meaitseáil post, ceardlanna CV agus ranganna teanga ar fáil.</w:t>
      </w:r>
    </w:p>
    <w:p w14:paraId="25E75DED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Intéirneachtaí</w:t>
      </w:r>
      <w:proofErr w:type="spellEnd"/>
      <w:r>
        <w:rPr>
          <w:rFonts w:asciiTheme="majorHAnsi" w:hAnsiTheme="majorHAnsi"/>
          <w:sz w:val="24"/>
        </w:rPr>
        <w:t xml:space="preserve"> fóirdheonaithe d’inimircigh.</w:t>
      </w:r>
    </w:p>
    <w:p w14:paraId="380B1BFF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Dreasachtaí do ghnólachtaí chun inimircigh a fhostú.</w:t>
      </w:r>
    </w:p>
    <w:p w14:paraId="1D3DE9BE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Próiseas mear aitheantais do </w:t>
      </w:r>
      <w:proofErr w:type="spellStart"/>
      <w:r>
        <w:rPr>
          <w:rFonts w:asciiTheme="majorHAnsi" w:hAnsiTheme="majorHAnsi"/>
          <w:sz w:val="24"/>
        </w:rPr>
        <w:t>cháilíochtaí</w:t>
      </w:r>
      <w:proofErr w:type="spellEnd"/>
      <w:r>
        <w:rPr>
          <w:rFonts w:asciiTheme="majorHAnsi" w:hAnsiTheme="majorHAnsi"/>
          <w:sz w:val="24"/>
        </w:rPr>
        <w:t xml:space="preserve"> na n-</w:t>
      </w:r>
      <w:proofErr w:type="spellStart"/>
      <w:r>
        <w:rPr>
          <w:rFonts w:asciiTheme="majorHAnsi" w:hAnsiTheme="majorHAnsi"/>
          <w:sz w:val="24"/>
        </w:rPr>
        <w:t>inimriceach</w:t>
      </w:r>
      <w:proofErr w:type="spellEnd"/>
      <w:r>
        <w:rPr>
          <w:rFonts w:asciiTheme="majorHAnsi" w:hAnsiTheme="majorHAnsi"/>
          <w:sz w:val="24"/>
        </w:rPr>
        <w:t xml:space="preserve"> oilte.</w:t>
      </w:r>
    </w:p>
    <w:p w14:paraId="6B3CEB46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Oiliúint poist </w:t>
      </w:r>
      <w:proofErr w:type="spellStart"/>
      <w:r>
        <w:rPr>
          <w:rFonts w:asciiTheme="majorHAnsi" w:hAnsiTheme="majorHAnsi"/>
          <w:sz w:val="24"/>
        </w:rPr>
        <w:t>earnáilsonrach</w:t>
      </w:r>
      <w:proofErr w:type="spellEnd"/>
      <w:r>
        <w:rPr>
          <w:rFonts w:asciiTheme="majorHAnsi" w:hAnsiTheme="majorHAnsi"/>
          <w:sz w:val="24"/>
        </w:rPr>
        <w:t xml:space="preserve"> d’inimircigh (</w:t>
      </w:r>
      <w:proofErr w:type="spellStart"/>
      <w:r>
        <w:rPr>
          <w:rFonts w:asciiTheme="majorHAnsi" w:hAnsiTheme="majorHAnsi"/>
          <w:sz w:val="24"/>
        </w:rPr>
        <w:t>e.g</w:t>
      </w:r>
      <w:proofErr w:type="spellEnd"/>
      <w:r>
        <w:rPr>
          <w:rFonts w:asciiTheme="majorHAnsi" w:hAnsiTheme="majorHAnsi"/>
          <w:sz w:val="24"/>
        </w:rPr>
        <w:t>., cúram sláinte, TF).</w:t>
      </w:r>
    </w:p>
    <w:p w14:paraId="6C5ED4E9" w14:textId="77777777" w:rsidR="000B7AFE" w:rsidRPr="000959AC" w:rsidRDefault="00E7143C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CA5F889">
          <v:rect id="_x0000_i1027" style="width:0;height:1.5pt" o:hralign="center" o:hrstd="t" o:hr="t" fillcolor="#a0a0a0" stroked="f"/>
        </w:pict>
      </w:r>
    </w:p>
    <w:p w14:paraId="0D1AD899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3. Tithíocht &amp; Cuimsiú Uirbeach</w:t>
      </w:r>
    </w:p>
    <w:p w14:paraId="59F41310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Tithíocht bhuan agus tacaíocht shóisialta d’inimircigh gan dídean agus do dhídeanaithe.</w:t>
      </w:r>
    </w:p>
    <w:p w14:paraId="038C3079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Tithíocht shealadach a chuirtear ar fáil d’inimircigh trí </w:t>
      </w:r>
      <w:proofErr w:type="spellStart"/>
      <w:r>
        <w:rPr>
          <w:rFonts w:asciiTheme="majorHAnsi" w:hAnsiTheme="majorHAnsi"/>
          <w:sz w:val="24"/>
        </w:rPr>
        <w:t>chomhpháirtíochtaí</w:t>
      </w:r>
      <w:proofErr w:type="spellEnd"/>
      <w:r>
        <w:rPr>
          <w:rFonts w:asciiTheme="majorHAnsi" w:hAnsiTheme="majorHAnsi"/>
          <w:sz w:val="24"/>
        </w:rPr>
        <w:t xml:space="preserve"> le heagraíochtaí neamhrialtasacha áitiúla.</w:t>
      </w:r>
    </w:p>
    <w:p w14:paraId="342C3566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Cuótaí tithíochta fóirdheonaithe chun leithscaradh eitneach a chosc.</w:t>
      </w:r>
    </w:p>
    <w:p w14:paraId="1F0960AD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Tithíocht arb acmhainn do dhaoine ar ioncaim éagsúla a cheannach agus ionaid phobail i gceantair ina bhfuil daonra ard inimirceach.</w:t>
      </w:r>
    </w:p>
    <w:p w14:paraId="45CE7F6D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Pleananna lánpháirtithe atá bunaithe ar chomharsanachtaí a bhfuil </w:t>
      </w:r>
      <w:proofErr w:type="spellStart"/>
      <w:r>
        <w:rPr>
          <w:rFonts w:asciiTheme="majorHAnsi" w:hAnsiTheme="majorHAnsi"/>
          <w:sz w:val="24"/>
        </w:rPr>
        <w:t>uasghráduithe</w:t>
      </w:r>
      <w:proofErr w:type="spellEnd"/>
      <w:r>
        <w:rPr>
          <w:rFonts w:asciiTheme="majorHAnsi" w:hAnsiTheme="majorHAnsi"/>
          <w:sz w:val="24"/>
        </w:rPr>
        <w:t xml:space="preserve"> tithíochta agus seirbhísí sóisialta mar chuid díobh.</w:t>
      </w:r>
    </w:p>
    <w:p w14:paraId="1DFB4361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Fóirdheontais chíosa agus spásanna pobail chun bunú geiteonna a chosc.</w:t>
      </w:r>
    </w:p>
    <w:p w14:paraId="4B549E5A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Cabhair airgeadais do dhídeanaithe agus d’inimircigh atá i mbaol easpa dídine.</w:t>
      </w:r>
    </w:p>
    <w:p w14:paraId="084BD2CB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Stoc tithíochta poiblí lena mbaineann cuótaí d’inimircigh.</w:t>
      </w:r>
    </w:p>
    <w:p w14:paraId="5FE25F08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Tithíocht tacaithe agus urraíocht phobail do dhídeanaithe.</w:t>
      </w:r>
    </w:p>
    <w:p w14:paraId="0A6492F9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Tithíocht shealadach agus cúnamh cíosa d’iarrthóirí tearmainn.</w:t>
      </w:r>
    </w:p>
    <w:p w14:paraId="4F66FE7F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Cúnamh dlíthiúil agus cúnamh cíosa d’inimircigh gan doiciméid.</w:t>
      </w:r>
    </w:p>
    <w:p w14:paraId="3D3E3623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Comhairleoireacht dhlíthiúil agus airgeadais do thionóntaí inimirceach.</w:t>
      </w:r>
    </w:p>
    <w:p w14:paraId="16AFBB0D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Tithíocht bhuan mar aon le hobair shóisialta d’inimircigh gan dídean.</w:t>
      </w:r>
    </w:p>
    <w:p w14:paraId="320489CF" w14:textId="77777777" w:rsidR="000B7AFE" w:rsidRPr="000959AC" w:rsidRDefault="00E7143C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63C4994">
          <v:rect id="_x0000_i1028" style="width:0;height:1.5pt" o:hralign="center" o:hrstd="t" o:hr="t" fillcolor="#a0a0a0" stroked="f"/>
        </w:pict>
      </w:r>
    </w:p>
    <w:p w14:paraId="7327889D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4. An Comhtháthú Sóisialta agus Rannpháirtíocht an Phobail</w:t>
      </w:r>
    </w:p>
    <w:p w14:paraId="4EB0D4A3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Féilte</w:t>
      </w:r>
      <w:proofErr w:type="spellEnd"/>
      <w:r>
        <w:rPr>
          <w:rFonts w:asciiTheme="majorHAnsi" w:hAnsiTheme="majorHAnsi"/>
          <w:sz w:val="24"/>
        </w:rPr>
        <w:t xml:space="preserve"> bliantúla d’fhonn an éagsúlacht chultúrtha a cheiliúradh chun claontacht a laghdú agus an caidreamh idir grúpaí éagsúla a chothú.</w:t>
      </w:r>
    </w:p>
    <w:p w14:paraId="70DA56BD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Cruinnithe rialta idir na póilíní agus pobail inimirceach chun muinín a chothú agus chun aghaidh a thabhairt ar ábhair imní sábháilteachta.</w:t>
      </w:r>
    </w:p>
    <w:p w14:paraId="033E9596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Imeachtaí sóisialta ina ndéantar inimircigh a mheaitseáil le teaghlaigh áitiúla.</w:t>
      </w:r>
    </w:p>
    <w:p w14:paraId="12FD57F6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Oiliúint a chur ar mhná ilteangacha mar idirghabhálaithe pobail.</w:t>
      </w:r>
    </w:p>
    <w:p w14:paraId="1C244240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Ionaid phobail ina gcuirtear malartú cultúrtha, </w:t>
      </w:r>
      <w:proofErr w:type="spellStart"/>
      <w:r>
        <w:rPr>
          <w:rFonts w:asciiTheme="majorHAnsi" w:hAnsiTheme="majorHAnsi"/>
          <w:sz w:val="24"/>
        </w:rPr>
        <w:t>caiféanna</w:t>
      </w:r>
      <w:proofErr w:type="spellEnd"/>
      <w:r>
        <w:rPr>
          <w:rFonts w:asciiTheme="majorHAnsi" w:hAnsiTheme="majorHAnsi"/>
          <w:sz w:val="24"/>
        </w:rPr>
        <w:t xml:space="preserve"> teanga agus comhairle dlí ar fáil.</w:t>
      </w:r>
    </w:p>
    <w:p w14:paraId="360E5F7A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Cead isteach d’iarsmalanna, ticéid amharclainne agus ranganna ealaíne saor in aisce d’inimircigh.</w:t>
      </w:r>
    </w:p>
    <w:p w14:paraId="60719712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 xml:space="preserve">Comhairlí faoi stiúir an phobail chun straitéisí </w:t>
      </w:r>
      <w:proofErr w:type="spellStart"/>
      <w:r>
        <w:rPr>
          <w:rFonts w:asciiTheme="majorHAnsi" w:hAnsiTheme="majorHAnsi"/>
          <w:sz w:val="24"/>
        </w:rPr>
        <w:t>lánpháirtíochta</w:t>
      </w:r>
      <w:proofErr w:type="spellEnd"/>
      <w:r>
        <w:rPr>
          <w:rFonts w:asciiTheme="majorHAnsi" w:hAnsiTheme="majorHAnsi"/>
          <w:sz w:val="24"/>
        </w:rPr>
        <w:t xml:space="preserve"> a dhearadh.</w:t>
      </w:r>
    </w:p>
    <w:p w14:paraId="00BD7FE2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Idirghabhálaithe oilte a réitíonn aighnis i gcomharsanachtaí atá éagsúil go sóisialta.</w:t>
      </w:r>
    </w:p>
    <w:p w14:paraId="00DFBBA0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Trealamh spóirt a ligean ar cíos agus áirithintí ionaid a chur ar fáil do ghrúpaí inimirceach saor in aisce.</w:t>
      </w:r>
    </w:p>
    <w:p w14:paraId="222D9749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Moil phobail a chuireann comhairle dlí, cúrsaí teanga agus cúram leanaí ar fáil.</w:t>
      </w:r>
    </w:p>
    <w:p w14:paraId="4A11864C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An pobal ag teacht le chéile chun tacú le cearta agus seirbhísí inimirceach.</w:t>
      </w:r>
    </w:p>
    <w:p w14:paraId="1D59FAB3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Duaiseanna bliantúla do dhaoine aonair nó d’eagraíochtaí a chuireann an lánpháirtiú chun cinn.</w:t>
      </w:r>
    </w:p>
    <w:p w14:paraId="1FF3622C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Cláir dheonacha ina ndéantar muintir na háite a chónascadh le daoine nuathagtha ar imircigh iad.</w:t>
      </w:r>
    </w:p>
    <w:p w14:paraId="5709EDDA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Fóraim phoiblí inar féidir le hinimircigh ábhair imní a chur in iúl.</w:t>
      </w:r>
    </w:p>
    <w:p w14:paraId="3ADA2847" w14:textId="77777777" w:rsidR="000B7AFE" w:rsidRPr="000959AC" w:rsidRDefault="00E7143C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61DF9A3D">
          <v:rect id="_x0000_i1029" style="width:0;height:1.5pt" o:hralign="center" o:hrstd="t" o:hr="t" fillcolor="#a0a0a0" stroked="f"/>
        </w:pict>
      </w:r>
    </w:p>
    <w:p w14:paraId="5E47FD9D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5. Cuimsiú Digiteach</w:t>
      </w:r>
    </w:p>
    <w:p w14:paraId="0AD9575D" w14:textId="77777777" w:rsidR="000B7AFE" w:rsidRPr="000959AC" w:rsidRDefault="000B7AFE" w:rsidP="000B7AFE">
      <w:pPr>
        <w:numPr>
          <w:ilvl w:val="0"/>
          <w:numId w:val="34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Cúrsaí litearthachta digití saor in aisce a chuidíonn le hinimircigh seirbhísí ar líne, uirlisí cuardaigh poist agus uirlisí foghlama teanga a úsáid.</w:t>
      </w:r>
    </w:p>
    <w:p w14:paraId="4EF950C5" w14:textId="77777777" w:rsidR="000B7AFE" w:rsidRPr="000959AC" w:rsidRDefault="00E7143C" w:rsidP="000B7AFE">
      <w:pPr>
        <w:spacing w:after="0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A2D1071">
          <v:rect id="_x0000_i1030" style="width:0;height:1.5pt" o:hralign="center" o:hrstd="t" o:hr="t" fillcolor="#a0a0a0" stroked="f"/>
        </w:pict>
      </w:r>
    </w:p>
    <w:p w14:paraId="4D9C6211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6. Sláinte agus Folláine</w:t>
      </w:r>
    </w:p>
    <w:p w14:paraId="036B117A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Ceardlanna sláinte agus tacaíocht mheabhairshláinte ilteangach d’inimircigh.</w:t>
      </w:r>
    </w:p>
    <w:p w14:paraId="3D8A2CFE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Seiceálacha sláinte ar an bpointe boise agus comhairleoireacht tráma d’iarrthóirí tearmainn.</w:t>
      </w:r>
    </w:p>
    <w:p w14:paraId="78ECE489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Cúram sláinte agus seirbhísí meabhairshláinte atá íogair ó thaobh cultúir de.</w:t>
      </w:r>
    </w:p>
    <w:p w14:paraId="33085AED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Clinicí</w:t>
      </w:r>
      <w:proofErr w:type="spellEnd"/>
      <w:r>
        <w:rPr>
          <w:rFonts w:asciiTheme="majorHAnsi" w:hAnsiTheme="majorHAnsi"/>
          <w:sz w:val="24"/>
        </w:rPr>
        <w:t xml:space="preserve"> soghluaiste agus </w:t>
      </w:r>
      <w:proofErr w:type="spellStart"/>
      <w:r>
        <w:rPr>
          <w:rFonts w:asciiTheme="majorHAnsi" w:hAnsiTheme="majorHAnsi"/>
          <w:sz w:val="24"/>
        </w:rPr>
        <w:t>ateangairí</w:t>
      </w:r>
      <w:proofErr w:type="spellEnd"/>
      <w:r>
        <w:rPr>
          <w:rFonts w:asciiTheme="majorHAnsi" w:hAnsiTheme="majorHAnsi"/>
          <w:sz w:val="24"/>
        </w:rPr>
        <w:t xml:space="preserve"> in ionaid dídine.</w:t>
      </w:r>
    </w:p>
    <w:p w14:paraId="6294F303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Foirne leighis tiomnaithe do </w:t>
      </w:r>
      <w:proofErr w:type="spellStart"/>
      <w:r>
        <w:rPr>
          <w:rFonts w:asciiTheme="majorHAnsi" w:hAnsiTheme="majorHAnsi"/>
          <w:sz w:val="24"/>
        </w:rPr>
        <w:t>scagthástálacha</w:t>
      </w:r>
      <w:proofErr w:type="spellEnd"/>
      <w:r>
        <w:rPr>
          <w:rFonts w:asciiTheme="majorHAnsi" w:hAnsiTheme="majorHAnsi"/>
          <w:sz w:val="24"/>
        </w:rPr>
        <w:t xml:space="preserve"> sláinte agus cúram leantach do dhídeanaithe.</w:t>
      </w:r>
    </w:p>
    <w:p w14:paraId="073BADC8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Measúnuithe sláinte saor in aisce agus tacaíocht mheabhairshláinte saor in aisce do dhídeanaithe.</w:t>
      </w:r>
    </w:p>
    <w:p w14:paraId="17869685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Síciteiripe agus grúpaí tacaíochta a chur ar fáil atá oiriúnaithe ó thaobh cultúir de.</w:t>
      </w:r>
    </w:p>
    <w:p w14:paraId="21491D06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Rochtain ar chúram sláinte d’inimircigh gan doiciméid, lena n-áirítear cúram meabhairshláinte.</w:t>
      </w:r>
    </w:p>
    <w:p w14:paraId="0CEB2535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Cúram réamhbhreithe agus iarbhreithe saor in aisce do mháithreacha ar inimircigh iad.</w:t>
      </w:r>
    </w:p>
    <w:p w14:paraId="33FF144F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Oiliúint d’fhoirne cúraim sláinte maidir le hinniúlacht chultúrtha agus rochtain ar theangacha.</w:t>
      </w:r>
    </w:p>
    <w:p w14:paraId="2A72CFC7" w14:textId="77777777" w:rsidR="000B7AFE" w:rsidRPr="000959AC" w:rsidRDefault="00E7143C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DDCA9AD">
          <v:rect id="_x0000_i1031" style="width:0;height:1.5pt" o:hralign="center" o:hrstd="t" o:hr="t" fillcolor="#a0a0a0" stroked="f"/>
        </w:pict>
      </w:r>
    </w:p>
    <w:p w14:paraId="1199CC67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lastRenderedPageBreak/>
        <w:t>7. Bonneagar um an Lánpháirtiú agus Seirbhísí Ilfhreastail</w:t>
      </w:r>
    </w:p>
    <w:p w14:paraId="54434D5B" w14:textId="77777777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Moil lánpháirtithe ilfhreastail a chuireann seirbhísí ilteangacha ar fáil, ina measc comhairleoireacht,, réiteach fadhbanna agus seirbhísí comhordaithe.</w:t>
      </w:r>
    </w:p>
    <w:p w14:paraId="34FB6FE8" w14:textId="77777777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Oibrithe sóisialta ilteangacha agus foirne comharsanachta a chuireann tacaíocht áitiúil ar fáil in áiteanna ina bhfuil daonra mór inimirceach.</w:t>
      </w:r>
    </w:p>
    <w:p w14:paraId="1FAF050D" w14:textId="77777777" w:rsidR="00FA2AEB" w:rsidRPr="000959AC" w:rsidRDefault="00FA2AEB">
      <w:pPr>
        <w:rPr>
          <w:rFonts w:asciiTheme="majorHAnsi" w:hAnsiTheme="majorHAnsi" w:cstheme="majorHAnsi"/>
          <w:sz w:val="24"/>
          <w:szCs w:val="24"/>
        </w:rPr>
      </w:pPr>
    </w:p>
    <w:p w14:paraId="397C5450" w14:textId="77777777" w:rsidR="000227D1" w:rsidRDefault="000227D1">
      <w:pPr>
        <w:overflowPunct w:val="0"/>
        <w:autoSpaceDE w:val="0"/>
        <w:autoSpaceDN w:val="0"/>
        <w:adjustRightInd w:val="0"/>
        <w:spacing w:line="288" w:lineRule="auto"/>
        <w:jc w:val="center"/>
        <w:textAlignment w:val="baseline"/>
      </w:pPr>
      <w:r>
        <w:t>_____________</w:t>
      </w:r>
    </w:p>
    <w:p w14:paraId="71BB550E" w14:textId="77777777" w:rsidR="000227D1" w:rsidRPr="00AE57B9" w:rsidRDefault="000227D1">
      <w:pPr>
        <w:rPr>
          <w:lang w:val="nl-BE"/>
        </w:rPr>
      </w:pPr>
    </w:p>
    <w:p w14:paraId="3117D950" w14:textId="6D42DF45" w:rsidR="00FA2AEB" w:rsidRPr="00646124" w:rsidRDefault="00FA2AEB">
      <w:pPr>
        <w:rPr>
          <w:rFonts w:asciiTheme="majorHAnsi" w:hAnsiTheme="majorHAnsi" w:cstheme="majorHAnsi"/>
          <w:sz w:val="28"/>
          <w:szCs w:val="28"/>
        </w:rPr>
      </w:pPr>
    </w:p>
    <w:sectPr w:rsidR="00FA2AEB" w:rsidRPr="00646124" w:rsidSect="00E635FE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74"/>
      <w:pgMar w:top="1440" w:right="1797" w:bottom="1440" w:left="179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2A3364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endnote>
  <w:endnote w:type="continuationSeparator" w:id="0">
    <w:p w14:paraId="2F616774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Gill Sans Std ExtraBold">
    <w:altName w:val="Segoe UI Black"/>
    <w:panose1 w:val="020B0902020104020203"/>
    <w:charset w:val="00"/>
    <w:family w:val="swiss"/>
    <w:notTrueType/>
    <w:pitch w:val="variable"/>
    <w:sig w:usb0="800000AF" w:usb1="4000204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3AD781" w14:textId="77777777" w:rsidR="000227D1" w:rsidRDefault="000227D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003FE" w14:textId="548F36B0" w:rsidR="000B7AFE" w:rsidRPr="00790E27" w:rsidRDefault="00C91FA3" w:rsidP="00C91FA3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PAGE  \* Arabic  \* MERGEFORMAT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NUMPAGES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A19399" w14:textId="51B98045" w:rsidR="002026B5" w:rsidRPr="0005582C" w:rsidRDefault="002026B5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PAGE  \* Arabic  \* MERGEFORMAT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NUMPAGES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6F8FF3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footnote>
  <w:footnote w:type="continuationSeparator" w:id="0">
    <w:p w14:paraId="2601FFFD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033C6" w14:textId="77777777" w:rsidR="000227D1" w:rsidRDefault="000227D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C84A4" w14:textId="46763906" w:rsidR="00377491" w:rsidRDefault="00377491" w:rsidP="00377491">
    <w:pPr>
      <w:pStyle w:val="Header"/>
      <w:ind w:left="7513"/>
    </w:pPr>
    <w:r>
      <w:rPr>
        <w:noProof/>
      </w:rPr>
      <w:drawing>
        <wp:inline distT="0" distB="0" distL="0" distR="0" wp14:anchorId="40767ADD" wp14:editId="1C544867">
          <wp:extent cx="798946" cy="449408"/>
          <wp:effectExtent l="0" t="0" r="0" b="0"/>
          <wp:docPr id="445040843" name="Picture 4450408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6D73A" w14:textId="35FFC9A3" w:rsidR="00377491" w:rsidRDefault="00E635FE" w:rsidP="00790E27">
    <w:pPr>
      <w:pStyle w:val="Header"/>
      <w:tabs>
        <w:tab w:val="left" w:pos="0"/>
      </w:tabs>
      <w:ind w:firstLine="6946"/>
      <w:jc w:val="left"/>
    </w:pPr>
    <w:r>
      <w:rPr>
        <w:noProof/>
      </w:rPr>
      <w:drawing>
        <wp:inline distT="0" distB="0" distL="0" distR="0" wp14:anchorId="30E748E8" wp14:editId="33E4CC31">
          <wp:extent cx="798946" cy="449408"/>
          <wp:effectExtent l="0" t="0" r="0" b="0"/>
          <wp:docPr id="1444912917" name="Picture 14449129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9pt;height:11.9pt" o:bullet="t">
        <v:imagedata r:id="rId1" o:title="mso2168"/>
      </v:shape>
    </w:pict>
  </w:numPicBullet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1F53E97"/>
    <w:multiLevelType w:val="multilevel"/>
    <w:tmpl w:val="BEFA2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6048DA"/>
    <w:multiLevelType w:val="multilevel"/>
    <w:tmpl w:val="258A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072F9B"/>
    <w:multiLevelType w:val="hybridMultilevel"/>
    <w:tmpl w:val="018EFFB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1A6D16"/>
    <w:multiLevelType w:val="multilevel"/>
    <w:tmpl w:val="478AF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5F2FDA"/>
    <w:multiLevelType w:val="hybridMultilevel"/>
    <w:tmpl w:val="D4DC87C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4C0933"/>
    <w:multiLevelType w:val="multilevel"/>
    <w:tmpl w:val="1B48F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B0F4922"/>
    <w:multiLevelType w:val="hybridMultilevel"/>
    <w:tmpl w:val="B3BE029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5D7FD7"/>
    <w:multiLevelType w:val="multilevel"/>
    <w:tmpl w:val="66320A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713291"/>
    <w:multiLevelType w:val="hybridMultilevel"/>
    <w:tmpl w:val="504281E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0551C3"/>
    <w:multiLevelType w:val="hybridMultilevel"/>
    <w:tmpl w:val="5FEA28FE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15BE8D88"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E99ED80A">
      <w:numFmt w:val="bullet"/>
      <w:lvlText w:val="-"/>
      <w:lvlJc w:val="left"/>
      <w:pPr>
        <w:ind w:left="2160" w:hanging="360"/>
      </w:pPr>
      <w:rPr>
        <w:rFonts w:ascii="Calibri" w:eastAsiaTheme="minorEastAsia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6F5F11"/>
    <w:multiLevelType w:val="multilevel"/>
    <w:tmpl w:val="B8644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74253D4"/>
    <w:multiLevelType w:val="hybridMultilevel"/>
    <w:tmpl w:val="8A184CC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3436D"/>
    <w:multiLevelType w:val="hybridMultilevel"/>
    <w:tmpl w:val="C4AEEF72"/>
    <w:lvl w:ilvl="0" w:tplc="394A26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AC6350C"/>
    <w:multiLevelType w:val="hybridMultilevel"/>
    <w:tmpl w:val="9BEACD5E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01404"/>
    <w:multiLevelType w:val="multilevel"/>
    <w:tmpl w:val="0FD01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5496509"/>
    <w:multiLevelType w:val="hybridMultilevel"/>
    <w:tmpl w:val="BA14233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61525"/>
    <w:multiLevelType w:val="hybridMultilevel"/>
    <w:tmpl w:val="B94411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62702E"/>
    <w:multiLevelType w:val="hybridMultilevel"/>
    <w:tmpl w:val="A2E6F5D4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947EF4"/>
    <w:multiLevelType w:val="hybridMultilevel"/>
    <w:tmpl w:val="335C9C4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B4290D"/>
    <w:multiLevelType w:val="hybridMultilevel"/>
    <w:tmpl w:val="4016E5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262E77"/>
    <w:multiLevelType w:val="multilevel"/>
    <w:tmpl w:val="B37C4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4E6A2C"/>
    <w:multiLevelType w:val="multilevel"/>
    <w:tmpl w:val="EB60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5024C5"/>
    <w:multiLevelType w:val="hybridMultilevel"/>
    <w:tmpl w:val="89A60BE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86E3031"/>
    <w:multiLevelType w:val="hybridMultilevel"/>
    <w:tmpl w:val="19E23D72"/>
    <w:lvl w:ilvl="0" w:tplc="CCA2E1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114BA8"/>
    <w:multiLevelType w:val="hybridMultilevel"/>
    <w:tmpl w:val="48125CC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132E4"/>
    <w:multiLevelType w:val="hybridMultilevel"/>
    <w:tmpl w:val="0ECC10AA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C5DE6"/>
    <w:multiLevelType w:val="hybridMultilevel"/>
    <w:tmpl w:val="0A22FFE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C14698"/>
    <w:multiLevelType w:val="hybridMultilevel"/>
    <w:tmpl w:val="CD003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C1873"/>
    <w:multiLevelType w:val="hybridMultilevel"/>
    <w:tmpl w:val="5C8CE72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D30573"/>
    <w:multiLevelType w:val="hybridMultilevel"/>
    <w:tmpl w:val="59F4682A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38"/>
  </w:num>
  <w:num w:numId="11">
    <w:abstractNumId w:val="27"/>
  </w:num>
  <w:num w:numId="12">
    <w:abstractNumId w:val="13"/>
  </w:num>
  <w:num w:numId="13">
    <w:abstractNumId w:val="24"/>
  </w:num>
  <w:num w:numId="14">
    <w:abstractNumId w:val="37"/>
  </w:num>
  <w:num w:numId="15">
    <w:abstractNumId w:val="18"/>
  </w:num>
  <w:num w:numId="16">
    <w:abstractNumId w:val="15"/>
  </w:num>
  <w:num w:numId="17">
    <w:abstractNumId w:val="36"/>
  </w:num>
  <w:num w:numId="18">
    <w:abstractNumId w:val="28"/>
  </w:num>
  <w:num w:numId="19">
    <w:abstractNumId w:val="17"/>
  </w:num>
  <w:num w:numId="20">
    <w:abstractNumId w:val="25"/>
  </w:num>
  <w:num w:numId="21">
    <w:abstractNumId w:val="20"/>
  </w:num>
  <w:num w:numId="22">
    <w:abstractNumId w:val="33"/>
  </w:num>
  <w:num w:numId="23">
    <w:abstractNumId w:val="26"/>
  </w:num>
  <w:num w:numId="24">
    <w:abstractNumId w:val="34"/>
  </w:num>
  <w:num w:numId="25">
    <w:abstractNumId w:val="35"/>
  </w:num>
  <w:num w:numId="26">
    <w:abstractNumId w:val="11"/>
  </w:num>
  <w:num w:numId="27">
    <w:abstractNumId w:val="22"/>
  </w:num>
  <w:num w:numId="28">
    <w:abstractNumId w:val="32"/>
  </w:num>
  <w:num w:numId="29">
    <w:abstractNumId w:val="16"/>
  </w:num>
  <w:num w:numId="30">
    <w:abstractNumId w:val="10"/>
  </w:num>
  <w:num w:numId="31">
    <w:abstractNumId w:val="29"/>
  </w:num>
  <w:num w:numId="32">
    <w:abstractNumId w:val="14"/>
  </w:num>
  <w:num w:numId="33">
    <w:abstractNumId w:val="23"/>
  </w:num>
  <w:num w:numId="34">
    <w:abstractNumId w:val="12"/>
  </w:num>
  <w:num w:numId="35">
    <w:abstractNumId w:val="19"/>
  </w:num>
  <w:num w:numId="36">
    <w:abstractNumId w:val="9"/>
  </w:num>
  <w:num w:numId="37">
    <w:abstractNumId w:val="30"/>
  </w:num>
  <w:num w:numId="38">
    <w:abstractNumId w:val="31"/>
  </w:num>
  <w:num w:numId="3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removePersonalInformation/>
  <w:proofState w:spelling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730"/>
    <w:rsid w:val="000227D1"/>
    <w:rsid w:val="00032691"/>
    <w:rsid w:val="00034616"/>
    <w:rsid w:val="00040631"/>
    <w:rsid w:val="0005582C"/>
    <w:rsid w:val="0006063C"/>
    <w:rsid w:val="00071C5D"/>
    <w:rsid w:val="00073760"/>
    <w:rsid w:val="000959AC"/>
    <w:rsid w:val="000A1336"/>
    <w:rsid w:val="000A1439"/>
    <w:rsid w:val="000A40BA"/>
    <w:rsid w:val="000A78B2"/>
    <w:rsid w:val="000B7AFE"/>
    <w:rsid w:val="000D0896"/>
    <w:rsid w:val="000D1F93"/>
    <w:rsid w:val="000F7804"/>
    <w:rsid w:val="00100BF1"/>
    <w:rsid w:val="0012224A"/>
    <w:rsid w:val="0015074B"/>
    <w:rsid w:val="00174798"/>
    <w:rsid w:val="001945D2"/>
    <w:rsid w:val="0019521B"/>
    <w:rsid w:val="00196133"/>
    <w:rsid w:val="00197AF0"/>
    <w:rsid w:val="001D4E87"/>
    <w:rsid w:val="001E6584"/>
    <w:rsid w:val="001F7814"/>
    <w:rsid w:val="002026B5"/>
    <w:rsid w:val="002600C6"/>
    <w:rsid w:val="00263D8B"/>
    <w:rsid w:val="00267838"/>
    <w:rsid w:val="00273113"/>
    <w:rsid w:val="0029639D"/>
    <w:rsid w:val="002A310D"/>
    <w:rsid w:val="002A4E46"/>
    <w:rsid w:val="002A798E"/>
    <w:rsid w:val="002B7516"/>
    <w:rsid w:val="0030215B"/>
    <w:rsid w:val="00326F90"/>
    <w:rsid w:val="003733F7"/>
    <w:rsid w:val="00376058"/>
    <w:rsid w:val="00377491"/>
    <w:rsid w:val="003851AF"/>
    <w:rsid w:val="003A0792"/>
    <w:rsid w:val="003C6C95"/>
    <w:rsid w:val="003D12C6"/>
    <w:rsid w:val="003D19DA"/>
    <w:rsid w:val="003D567D"/>
    <w:rsid w:val="003D5954"/>
    <w:rsid w:val="003E6EF1"/>
    <w:rsid w:val="00445334"/>
    <w:rsid w:val="00447EE0"/>
    <w:rsid w:val="00454A41"/>
    <w:rsid w:val="00461D41"/>
    <w:rsid w:val="00491458"/>
    <w:rsid w:val="004A21FF"/>
    <w:rsid w:val="004D10C9"/>
    <w:rsid w:val="004F5173"/>
    <w:rsid w:val="00507752"/>
    <w:rsid w:val="00540FCF"/>
    <w:rsid w:val="00593B48"/>
    <w:rsid w:val="005A2026"/>
    <w:rsid w:val="005D05CB"/>
    <w:rsid w:val="006244D3"/>
    <w:rsid w:val="00646124"/>
    <w:rsid w:val="00654B6F"/>
    <w:rsid w:val="00670010"/>
    <w:rsid w:val="00674E1E"/>
    <w:rsid w:val="00683FBA"/>
    <w:rsid w:val="00691AE7"/>
    <w:rsid w:val="00696A75"/>
    <w:rsid w:val="006A5279"/>
    <w:rsid w:val="006C2CA7"/>
    <w:rsid w:val="006D01A8"/>
    <w:rsid w:val="007243B4"/>
    <w:rsid w:val="007262BB"/>
    <w:rsid w:val="00735E38"/>
    <w:rsid w:val="007457A7"/>
    <w:rsid w:val="007618F4"/>
    <w:rsid w:val="0077280A"/>
    <w:rsid w:val="007834CB"/>
    <w:rsid w:val="00790E27"/>
    <w:rsid w:val="007B4A5A"/>
    <w:rsid w:val="007C62F2"/>
    <w:rsid w:val="007C7736"/>
    <w:rsid w:val="007D251D"/>
    <w:rsid w:val="007D7CFE"/>
    <w:rsid w:val="007F15E5"/>
    <w:rsid w:val="00803583"/>
    <w:rsid w:val="008164F6"/>
    <w:rsid w:val="008224B3"/>
    <w:rsid w:val="00833239"/>
    <w:rsid w:val="0083765F"/>
    <w:rsid w:val="00840026"/>
    <w:rsid w:val="0086494D"/>
    <w:rsid w:val="008949B7"/>
    <w:rsid w:val="008A3DBC"/>
    <w:rsid w:val="008A6698"/>
    <w:rsid w:val="008D28DC"/>
    <w:rsid w:val="008E5E6C"/>
    <w:rsid w:val="008F2AC9"/>
    <w:rsid w:val="008F3180"/>
    <w:rsid w:val="00904000"/>
    <w:rsid w:val="00914F22"/>
    <w:rsid w:val="00923FD5"/>
    <w:rsid w:val="0093446A"/>
    <w:rsid w:val="00936EE8"/>
    <w:rsid w:val="00941221"/>
    <w:rsid w:val="0095619D"/>
    <w:rsid w:val="00960F91"/>
    <w:rsid w:val="00962E88"/>
    <w:rsid w:val="009830A2"/>
    <w:rsid w:val="009951AE"/>
    <w:rsid w:val="009A5508"/>
    <w:rsid w:val="009B4230"/>
    <w:rsid w:val="009D1F44"/>
    <w:rsid w:val="009F38F7"/>
    <w:rsid w:val="009F4F12"/>
    <w:rsid w:val="00A24C28"/>
    <w:rsid w:val="00A467A7"/>
    <w:rsid w:val="00A50A6B"/>
    <w:rsid w:val="00A844C9"/>
    <w:rsid w:val="00AA1D8D"/>
    <w:rsid w:val="00AA3111"/>
    <w:rsid w:val="00AB2BEA"/>
    <w:rsid w:val="00AC3B03"/>
    <w:rsid w:val="00B47730"/>
    <w:rsid w:val="00B525C0"/>
    <w:rsid w:val="00B84936"/>
    <w:rsid w:val="00B87CD7"/>
    <w:rsid w:val="00B90963"/>
    <w:rsid w:val="00BD1A79"/>
    <w:rsid w:val="00BD35C9"/>
    <w:rsid w:val="00BD3906"/>
    <w:rsid w:val="00BE544F"/>
    <w:rsid w:val="00C26FD8"/>
    <w:rsid w:val="00C27688"/>
    <w:rsid w:val="00C46C6D"/>
    <w:rsid w:val="00C91FA3"/>
    <w:rsid w:val="00CA2DED"/>
    <w:rsid w:val="00CB0664"/>
    <w:rsid w:val="00CC726D"/>
    <w:rsid w:val="00CD2D39"/>
    <w:rsid w:val="00CE386B"/>
    <w:rsid w:val="00CE50D3"/>
    <w:rsid w:val="00CF0604"/>
    <w:rsid w:val="00CF7081"/>
    <w:rsid w:val="00D20348"/>
    <w:rsid w:val="00D20D14"/>
    <w:rsid w:val="00D420DA"/>
    <w:rsid w:val="00D5196C"/>
    <w:rsid w:val="00D64C5C"/>
    <w:rsid w:val="00D80E97"/>
    <w:rsid w:val="00DA02CD"/>
    <w:rsid w:val="00DB4B67"/>
    <w:rsid w:val="00E253A2"/>
    <w:rsid w:val="00E30867"/>
    <w:rsid w:val="00E32A38"/>
    <w:rsid w:val="00E612E2"/>
    <w:rsid w:val="00E62B26"/>
    <w:rsid w:val="00E635FE"/>
    <w:rsid w:val="00E7143C"/>
    <w:rsid w:val="00E71E8E"/>
    <w:rsid w:val="00E72C05"/>
    <w:rsid w:val="00E75339"/>
    <w:rsid w:val="00EC07B0"/>
    <w:rsid w:val="00EE4547"/>
    <w:rsid w:val="00F10967"/>
    <w:rsid w:val="00F33908"/>
    <w:rsid w:val="00F33B35"/>
    <w:rsid w:val="00F3611E"/>
    <w:rsid w:val="00F40965"/>
    <w:rsid w:val="00F66C9E"/>
    <w:rsid w:val="00F66EDD"/>
    <w:rsid w:val="00FA2AEB"/>
    <w:rsid w:val="00FC005A"/>
    <w:rsid w:val="00FC693F"/>
    <w:rsid w:val="00FE0BC6"/>
    <w:rsid w:val="00FF1798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A76FA5D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ga-I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E618BF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E618BF"/>
    <w:rPr>
      <w:rFonts w:ascii="Times New Roman" w:hAnsi="Times New Roman" w:cs="Times New Roman"/>
    </w:rPr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0B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Revision">
    <w:name w:val="Revision"/>
    <w:hidden/>
    <w:uiPriority w:val="99"/>
    <w:semiHidden/>
    <w:rsid w:val="00936EE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5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customXml" Target="../customXml/item2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customXml" Target="../customXml/item5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customXml" Target="../customXml/item4.xml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header" Target="header2.xml"/><Relationship Id="rId22" Type="http://schemas.openxmlformats.org/officeDocument/2006/relationships/customXml" Target="../customXml/item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M Document" ma:contentTypeID="0x010100EA97B91038054C99906057A708A1480A009A20C32A3A8BD84BAB55EF874378F5AC" ma:contentTypeVersion="4" ma:contentTypeDescription="Defines the documents for Document Manager V2" ma:contentTypeScope="" ma:versionID="5f81c7e1b89e1bddd23406bcf7ba5f8b">
  <xsd:schema xmlns:xsd="http://www.w3.org/2001/XMLSchema" xmlns:xs="http://www.w3.org/2001/XMLSchema" xmlns:p="http://schemas.microsoft.com/office/2006/metadata/properties" xmlns:ns2="9a374663-1dfe-4dc2-a588-c58c3844eeda" xmlns:ns3="http://schemas.microsoft.com/sharepoint/v3/fields" xmlns:ns4="2e448c8d-2e8c-4b0b-9046-cd67a24c27db" targetNamespace="http://schemas.microsoft.com/office/2006/metadata/properties" ma:root="true" ma:fieldsID="7c111dc54813f8293a3f19657abf9893" ns2:_="" ns3:_="" ns4:_="">
    <xsd:import namespace="9a374663-1dfe-4dc2-a588-c58c3844eeda"/>
    <xsd:import namespace="http://schemas.microsoft.com/sharepoint/v3/fields"/>
    <xsd:import namespace="2e448c8d-2e8c-4b0b-9046-cd67a24c27d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ProductionDate" minOccurs="0"/>
                <xsd:element ref="ns2:OriginalSender" minOccurs="0"/>
                <xsd:element ref="ns3:DocumentLanguage_0" minOccurs="0"/>
                <xsd:element ref="ns2:DossierNumber" minOccurs="0"/>
                <xsd:element ref="ns4:MeetingNumber" minOccurs="0"/>
                <xsd:element ref="ns2:Rapporteur" minOccurs="0"/>
                <xsd:element ref="ns2:AdoptionDate" minOccurs="0"/>
                <xsd:element ref="ns3:Confidentiality_0" minOccurs="0"/>
                <xsd:element ref="ns2:TaxCatchAll" minOccurs="0"/>
                <xsd:element ref="ns2:TaxCatchAllLabel" minOccurs="0"/>
                <xsd:element ref="ns3:DocumentSource_0" minOccurs="0"/>
                <xsd:element ref="ns4:DocumentNumber" minOccurs="0"/>
                <xsd:element ref="ns2:MeetingDate" minOccurs="0"/>
                <xsd:element ref="ns3:OriginalLanguage_0" minOccurs="0"/>
                <xsd:element ref="ns2:Procedure" minOccurs="0"/>
                <xsd:element ref="ns3:VersionStatus_0" minOccurs="0"/>
                <xsd:element ref="ns3:DocumentStatus_0" minOccurs="0"/>
                <xsd:element ref="ns2:DocumentYear"/>
                <xsd:element ref="ns3:DocumentType_0" minOccurs="0"/>
                <xsd:element ref="ns2:DocumentPart" minOccurs="0"/>
                <xsd:element ref="ns3:MeetingName_0" minOccurs="0"/>
                <xsd:element ref="ns3:AvailableTranslations_0" minOccurs="0"/>
                <xsd:element ref="ns2:FicheYear" minOccurs="0"/>
                <xsd:element ref="ns2:RequestingService" minOccurs="0"/>
                <xsd:element ref="ns2:FicheNumber" minOccurs="0"/>
                <xsd:element ref="ns3:DossierName_0" minOccurs="0"/>
                <xsd:element ref="ns2:DocumentVers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374663-1dfe-4dc2-a588-c58c3844ee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ductionDate" ma:index="12" nillable="true" ma:displayName="Production Date" ma:format="DateOnly" ma:internalName="ProductionDate">
      <xsd:simpleType>
        <xsd:restriction base="dms:DateTime"/>
      </xsd:simpleType>
    </xsd:element>
    <xsd:element name="OriginalSender" ma:index="13" nillable="true" ma:displayName="Original Sender" ma:internalName="OriginalSend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ossierNumber" ma:index="15" nillable="true" ma:displayName="Dossier Number" ma:decimals="0" ma:internalName="DossierNumber">
      <xsd:simpleType>
        <xsd:restriction base="dms:Unknown"/>
      </xsd:simpleType>
    </xsd:element>
    <xsd:element name="Rapporteur" ma:index="17" nillable="true" ma:displayName="Rapporteur" ma:internalName="Rapporteur">
      <xsd:simpleType>
        <xsd:restriction base="dms:Text"/>
      </xsd:simpleType>
    </xsd:element>
    <xsd:element name="AdoptionDate" ma:index="18" nillable="true" ma:displayName="Adoption Date" ma:format="DateOnly" ma:internalName="AdoptionDate">
      <xsd:simpleType>
        <xsd:restriction base="dms:DateTime"/>
      </xsd:simpleType>
    </xsd:element>
    <xsd:element name="TaxCatchAll" ma:index="20" nillable="true" ma:displayName="Taxonomy Catch All Column" ma:hidden="true" ma:list="{2e134b8f-48ae-44ea-99f5-ad3e1f81c02d}" ma:internalName="TaxCatchAll" ma:showField="CatchAllData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2e134b8f-48ae-44ea-99f5-ad3e1f81c02d}" ma:internalName="TaxCatchAllLabel" ma:readOnly="true" ma:showField="CatchAllDataLabel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etingDate" ma:index="26" nillable="true" ma:displayName="Meeting Date" ma:format="DateOnly" ma:internalName="MeetingDate">
      <xsd:simpleType>
        <xsd:restriction base="dms:DateTime"/>
      </xsd:simpleType>
    </xsd:element>
    <xsd:element name="Procedure" ma:index="29" nillable="true" ma:displayName="Procedure" ma:internalName="Procedure">
      <xsd:simpleType>
        <xsd:restriction base="dms:Text"/>
      </xsd:simpleType>
    </xsd:element>
    <xsd:element name="DocumentYear" ma:index="34" ma:displayName="Document Year" ma:decimals="0" ma:internalName="DocumentYear">
      <xsd:simpleType>
        <xsd:restriction base="dms:Unknown"/>
      </xsd:simpleType>
    </xsd:element>
    <xsd:element name="DocumentPart" ma:index="37" nillable="true" ma:displayName="Document Part" ma:decimals="0" ma:internalName="DocumentPart">
      <xsd:simpleType>
        <xsd:restriction base="dms:Unknown"/>
      </xsd:simpleType>
    </xsd:element>
    <xsd:element name="FicheYear" ma:index="42" nillable="true" ma:displayName="Fiche Year" ma:decimals="0" ma:internalName="FicheYear">
      <xsd:simpleType>
        <xsd:restriction base="dms:Unknown"/>
      </xsd:simpleType>
    </xsd:element>
    <xsd:element name="RequestingService" ma:index="43" nillable="true" ma:displayName="Requesting Service" ma:internalName="RequestingService">
      <xsd:simpleType>
        <xsd:restriction base="dms:Text"/>
      </xsd:simpleType>
    </xsd:element>
    <xsd:element name="FicheNumber" ma:index="44" nillable="true" ma:displayName="Fiche Number" ma:decimals="0" ma:internalName="FicheNumber">
      <xsd:simpleType>
        <xsd:restriction base="dms:Unknown"/>
      </xsd:simpleType>
    </xsd:element>
    <xsd:element name="DocumentVersion" ma:index="47" nillable="true" ma:displayName="Document Version" ma:decimals="0" ma:internalName="DocumentVersion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DocumentLanguage_0" ma:index="14" nillable="true" ma:taxonomy="true" ma:internalName="DocumentLanguage_0" ma:taxonomyFieldName="DocumentLanguage" ma:displayName="Document Language" ma:fieldId="{ee5c55ab-e8dd-441f-8840-fdce66906fe3}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nfidentiality_0" ma:index="19" nillable="true" ma:taxonomy="true" ma:internalName="Confidentiality_0" ma:taxonomyFieldName="Confidentiality" ma:displayName="Confidentiality" ma:fieldId="{ee5c4bfe-2b62-4831-9131-22edf8f3665c}" ma:sspId="5004ddca-ed1a-45fa-b2df-508b3c5dfc98" ma:termSetId="11d040ac-3a9a-4d4c-b9cf-922342a701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ource_0" ma:index="23" ma:taxonomy="true" ma:internalName="DocumentSource_0" ma:taxonomyFieldName="DocumentSource" ma:displayName="Document Source" ma:fieldId="{ee5c1c29-f257-4aae-8e5e-529c0040e17a}" ma:sspId="5004ddca-ed1a-45fa-b2df-508b3c5dfc98" ma:termSetId="ca143256-a90d-4d26-b249-02646b17c0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riginalLanguage_0" ma:index="27" nillable="true" ma:taxonomy="true" ma:internalName="OriginalLanguage_0" ma:taxonomyFieldName="OriginalLanguage" ma:displayName="Original Language" ma:fieldId="{ee5ce750-ff6c-4875-8192-ef11fb51efba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VersionStatus_0" ma:index="30" ma:taxonomy="true" ma:internalName="VersionStatus_0" ma:taxonomyFieldName="VersionStatus" ma:displayName="Version Status" ma:indexed="true" ma:fieldId="{ee5cb94b-3df1-4df3-b49b-6e47ce2a7e87}" ma:sspId="5004ddca-ed1a-45fa-b2df-508b3c5dfc98" ma:termSetId="adeca67b-2bdd-4d0f-b3af-a690b4c6d95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tatus_0" ma:index="32" nillable="true" ma:taxonomy="true" ma:internalName="DocumentStatus_0" ma:taxonomyFieldName="DocumentStatus" ma:displayName="Document Status" ma:fieldId="{ee5cab93-ac4d-4e2f-b298-e5342324388c}" ma:sspId="5004ddca-ed1a-45fa-b2df-508b3c5dfc98" ma:termSetId="54b85ca4-9023-4cbf-8e96-81af7735228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Type_0" ma:index="35" nillable="true" ma:taxonomy="true" ma:internalName="DocumentType_0" ma:taxonomyFieldName="DocumentType" ma:displayName="Document Type" ma:indexed="true" ma:fieldId="{ee5cf431-2d10-41e6-bd88-1b6bd5b84f5f}" ma:sspId="5004ddca-ed1a-45fa-b2df-508b3c5dfc98" ma:termSetId="67a76952-94e0-437b-9a60-5085083dde0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etingName_0" ma:index="38" nillable="true" ma:taxonomy="true" ma:internalName="MeetingName_0" ma:taxonomyFieldName="MeetingName" ma:displayName="Meeting Name" ma:indexed="true" ma:fieldId="{ee5c9b55-8403-4f9e-a156-b6ce5b7b9456}" ma:sspId="5004ddca-ed1a-45fa-b2df-508b3c5dfc98" ma:termSetId="a04e9634-de73-4a41-8cb5-e1efdb89060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vailableTranslations_0" ma:index="40" nillable="true" ma:taxonomy="true" ma:internalName="AvailableTranslations_0" ma:taxonomyFieldName="AvailableTranslations" ma:displayName="Available Translations" ma:fieldId="{ee5c7c01-1a65-4138-aa64-80e01e34d799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ssierName_0" ma:index="45" nillable="true" ma:taxonomy="true" ma:internalName="DossierName_0" ma:taxonomyFieldName="DossierName" ma:displayName="Dossier Name" ma:fieldId="{ee5cf7da-503b-4593-8db2-4f0e09c901fd}" ma:sspId="5004ddca-ed1a-45fa-b2df-508b3c5dfc98" ma:termSetId="2b392f04-1222-4352-87c1-6fd60ec33b64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48c8d-2e8c-4b0b-9046-cd67a24c27db" elementFormDefault="qualified">
    <xsd:import namespace="http://schemas.microsoft.com/office/2006/documentManagement/types"/>
    <xsd:import namespace="http://schemas.microsoft.com/office/infopath/2007/PartnerControls"/>
    <xsd:element name="MeetingNumber" ma:index="16" nillable="true" ma:displayName="Meeting Number" ma:decimals="0" ma:indexed="true" ma:internalName="MeetingNumber">
      <xsd:simpleType>
        <xsd:restriction base="dms:Unknown"/>
      </xsd:simpleType>
    </xsd:element>
    <xsd:element name="DocumentNumber" ma:index="25" nillable="true" ma:displayName="Document Number" ma:decimals="0" ma:indexed="true" ma:internalName="DocumentNumber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374663-1dfe-4dc2-a588-c58c3844eeda">VAQWXHKVTXAD-1275017477-4173</_dlc_DocId>
    <_dlc_DocIdUrl xmlns="9a374663-1dfe-4dc2-a588-c58c3844eeda">
      <Url>http://dm/cor/2026/_layouts/15/DocIdRedir.aspx?ID=VAQWXHKVTXAD-1275017477-4173</Url>
      <Description>VAQWXHKVTXAD-1275017477-4173</Description>
    </_dlc_DocIdUrl>
    <DocumentTyp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TCD</TermName>
          <TermId xmlns="http://schemas.microsoft.com/office/infopath/2007/PartnerControls">cd9d6eb6-3f4f-424a-b2d1-57c9d450eaaf</TermId>
        </TermInfo>
      </Terms>
    </DocumentType_0>
    <Procedure xmlns="9a374663-1dfe-4dc2-a588-c58c3844eeda" xsi:nil="true"/>
    <DocumentSourc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</TermName>
          <TermId xmlns="http://schemas.microsoft.com/office/infopath/2007/PartnerControls">cb2d75ef-4a7d-4393-b797-49ed6298a5ea</TermId>
        </TermInfo>
      </Terms>
    </DocumentSource_0>
    <ProductionDate xmlns="9a374663-1dfe-4dc2-a588-c58c3844eeda">2026-03-31T12:00:00+00:00</ProductionDate>
    <DocumentNumber xmlns="2e448c8d-2e8c-4b0b-9046-cd67a24c27db">897</DocumentNumber>
    <FicheYear xmlns="9a374663-1dfe-4dc2-a588-c58c3844eeda" xsi:nil="true"/>
    <DossierNumber xmlns="9a374663-1dfe-4dc2-a588-c58c3844eeda" xsi:nil="true"/>
    <Confidentiality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Protected</TermName>
          <TermId xmlns="http://schemas.microsoft.com/office/infopath/2007/PartnerControls">57ddab83-4635-4615-a38a-314020a42ea1</TermId>
        </TermInfo>
      </Terms>
    </Confidentiality_0>
    <MeetingDate xmlns="9a374663-1dfe-4dc2-a588-c58c3844eeda" xsi:nil="true"/>
    <TaxCatchAll xmlns="9a374663-1dfe-4dc2-a588-c58c3844eeda">
      <Value>12</Value>
      <Value>8</Value>
      <Value>7</Value>
      <Value>4</Value>
      <Value>3</Value>
      <Value>1</Value>
      <Value>34</Value>
    </TaxCatchAll>
    <Document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GA</TermName>
          <TermId xmlns="http://schemas.microsoft.com/office/infopath/2007/PartnerControls">762d2456-c427-4ecb-b312-af3dad8e258c</TermId>
        </TermInfo>
      </Terms>
    </DocumentLanguage_0>
    <Version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</TermName>
          <TermId xmlns="http://schemas.microsoft.com/office/infopath/2007/PartnerControls">ea5e6674-7b27-4bac-b091-73adbb394efe</TermId>
        </TermInfo>
      </Terms>
    </VersionStatus_0>
    <Rapporteur xmlns="9a374663-1dfe-4dc2-a588-c58c3844eeda" xsi:nil="true"/>
    <DocumentYear xmlns="9a374663-1dfe-4dc2-a588-c58c3844eeda">2026</DocumentYear>
    <FicheNumber xmlns="9a374663-1dfe-4dc2-a588-c58c3844eeda">301358</FicheNumber>
    <OriginalSender xmlns="9a374663-1dfe-4dc2-a588-c58c3844eeda">
      <UserInfo>
        <DisplayName>Healy Roisin</DisplayName>
        <AccountId>1435</AccountId>
        <AccountType/>
      </UserInfo>
    </OriginalSender>
    <DocumentPart xmlns="9a374663-1dfe-4dc2-a588-c58c3844eeda">0</DocumentPart>
    <AdoptionDate xmlns="9a374663-1dfe-4dc2-a588-c58c3844eeda" xsi:nil="true"/>
    <RequestingService xmlns="9a374663-1dfe-4dc2-a588-c58c3844eeda">Renew Europe</RequestingService>
    <MeetingName_0 xmlns="http://schemas.microsoft.com/sharepoint/v3/fields">
      <Terms xmlns="http://schemas.microsoft.com/office/infopath/2007/PartnerControls"/>
    </MeetingName_0>
    <AvailableTranslation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AvailableTranslations_0>
    <Document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TRA</TermName>
          <TermId xmlns="http://schemas.microsoft.com/office/infopath/2007/PartnerControls">150d2a88-1431-44e6-a8ca-0bb753ab8672</TermId>
        </TermInfo>
      </Terms>
    </DocumentStatus_0>
    <Original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OriginalLanguage_0>
    <MeetingNumber xmlns="2e448c8d-2e8c-4b0b-9046-cd67a24c27db" xsi:nil="true"/>
    <DossierName_0 xmlns="http://schemas.microsoft.com/sharepoint/v3/fields">
      <Terms xmlns="http://schemas.microsoft.com/office/infopath/2007/PartnerControls"/>
    </DossierName_0>
    <DocumentVersion xmlns="9a374663-1dfe-4dc2-a588-c58c3844eeda">0</DocumentVersion>
  </documentManagement>
</p:properties>
</file>

<file path=customXml/itemProps1.xml><?xml version="1.0" encoding="utf-8"?>
<ds:datastoreItem xmlns:ds="http://schemas.openxmlformats.org/officeDocument/2006/customXml" ds:itemID="{1D1D625D-7000-441B-B15D-E785E40BC2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40EBA4D-C474-4C05-B5DB-A63D9F7D69BE}"/>
</file>

<file path=customXml/itemProps3.xml><?xml version="1.0" encoding="utf-8"?>
<ds:datastoreItem xmlns:ds="http://schemas.openxmlformats.org/officeDocument/2006/customXml" ds:itemID="{E3CA454A-721A-4AA0-9D88-B992DE4BCA8A}"/>
</file>

<file path=customXml/itemProps4.xml><?xml version="1.0" encoding="utf-8"?>
<ds:datastoreItem xmlns:ds="http://schemas.openxmlformats.org/officeDocument/2006/customXml" ds:itemID="{40A3F457-925B-452A-9FC1-27725105FE6D}"/>
</file>

<file path=customXml/itemProps5.xml><?xml version="1.0" encoding="utf-8"?>
<ds:datastoreItem xmlns:ds="http://schemas.openxmlformats.org/officeDocument/2006/customXml" ds:itemID="{347D41D9-17A0-4864-8245-E9D2F04DE2F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2835</Words>
  <Characters>16165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18963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Treoracha Renew Europe CnaR maidir le Lánpháirtiú rathúil Inimirceach agus dídeanaithe atá san Aontas go dleathach </dc:title>
  <dc:subject/>
  <dc:creator/>
  <cp:keywords/>
  <dc:description>generated by python-docx</dc:description>
  <cp:lastModifiedBy/>
  <cp:revision>8</cp:revision>
  <cp:lastPrinted>2026-03-19T09:22:00Z</cp:lastPrinted>
  <dcterms:created xsi:type="dcterms:W3CDTF">2026-03-19T10:49:00Z</dcterms:created>
  <dcterms:modified xsi:type="dcterms:W3CDTF">2026-03-31T09:37:00Z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f_formatted">
    <vt:bool>true</vt:bool>
  </property>
  <property fmtid="{D5CDD505-2E9C-101B-9397-08002B2CF9AE}" pid="3" name="Pref_Date">
    <vt:lpwstr>19/03/2026</vt:lpwstr>
  </property>
  <property fmtid="{D5CDD505-2E9C-101B-9397-08002B2CF9AE}" pid="4" name="Pref_Time">
    <vt:lpwstr>11:38:10</vt:lpwstr>
  </property>
  <property fmtid="{D5CDD505-2E9C-101B-9397-08002B2CF9AE}" pid="5" name="Pref_User">
    <vt:lpwstr>jhvi</vt:lpwstr>
  </property>
  <property fmtid="{D5CDD505-2E9C-101B-9397-08002B2CF9AE}" pid="6" name="Pref_FileName">
    <vt:lpwstr>COR-2026-00897-00-00-TCD-TRA-EN-CRR.docx</vt:lpwstr>
  </property>
  <property fmtid="{D5CDD505-2E9C-101B-9397-08002B2CF9AE}" pid="7" name="ContentTypeId">
    <vt:lpwstr>0x010100EA97B91038054C99906057A708A1480A009A20C32A3A8BD84BAB55EF874378F5AC</vt:lpwstr>
  </property>
  <property fmtid="{D5CDD505-2E9C-101B-9397-08002B2CF9AE}" pid="8" name="_dlc_DocIdItemGuid">
    <vt:lpwstr>af2669be-bf1e-4fc2-a121-7bded2b01942</vt:lpwstr>
  </property>
  <property fmtid="{D5CDD505-2E9C-101B-9397-08002B2CF9AE}" pid="9" name="AvailableTranslations">
    <vt:lpwstr>4;#EN|f2175f21-25d7-44a3-96da-d6a61b075e1b</vt:lpwstr>
  </property>
  <property fmtid="{D5CDD505-2E9C-101B-9397-08002B2CF9AE}" pid="10" name="DocumentType_0">
    <vt:lpwstr>TCD|cd9d6eb6-3f4f-424a-b2d1-57c9d450eaaf</vt:lpwstr>
  </property>
  <property fmtid="{D5CDD505-2E9C-101B-9397-08002B2CF9AE}" pid="11" name="DossierName_0">
    <vt:lpwstr/>
  </property>
  <property fmtid="{D5CDD505-2E9C-101B-9397-08002B2CF9AE}" pid="12" name="DocumentSource_0">
    <vt:lpwstr>CoR|cb2d75ef-4a7d-4393-b797-49ed6298a5ea</vt:lpwstr>
  </property>
  <property fmtid="{D5CDD505-2E9C-101B-9397-08002B2CF9AE}" pid="13" name="DocumentNumber">
    <vt:i4>897</vt:i4>
  </property>
  <property fmtid="{D5CDD505-2E9C-101B-9397-08002B2CF9AE}" pid="14" name="DocumentVersion">
    <vt:i4>0</vt:i4>
  </property>
  <property fmtid="{D5CDD505-2E9C-101B-9397-08002B2CF9AE}" pid="15" name="DocumentStatus">
    <vt:lpwstr>8;#TRA|150d2a88-1431-44e6-a8ca-0bb753ab8672</vt:lpwstr>
  </property>
  <property fmtid="{D5CDD505-2E9C-101B-9397-08002B2CF9AE}" pid="16" name="DocumentPart">
    <vt:i4>0</vt:i4>
  </property>
  <property fmtid="{D5CDD505-2E9C-101B-9397-08002B2CF9AE}" pid="17" name="DossierName">
    <vt:lpwstr/>
  </property>
  <property fmtid="{D5CDD505-2E9C-101B-9397-08002B2CF9AE}" pid="18" name="DocumentSource">
    <vt:lpwstr>1;#CoR|cb2d75ef-4a7d-4393-b797-49ed6298a5ea</vt:lpwstr>
  </property>
  <property fmtid="{D5CDD505-2E9C-101B-9397-08002B2CF9AE}" pid="20" name="DocumentType">
    <vt:lpwstr>3;#TCD|cd9d6eb6-3f4f-424a-b2d1-57c9d450eaaf</vt:lpwstr>
  </property>
  <property fmtid="{D5CDD505-2E9C-101B-9397-08002B2CF9AE}" pid="21" name="RequestingService">
    <vt:lpwstr>Renew Europe</vt:lpwstr>
  </property>
  <property fmtid="{D5CDD505-2E9C-101B-9397-08002B2CF9AE}" pid="22" name="Confidentiality">
    <vt:lpwstr>12;#Protected|57ddab83-4635-4615-a38a-314020a42ea1</vt:lpwstr>
  </property>
  <property fmtid="{D5CDD505-2E9C-101B-9397-08002B2CF9AE}" pid="23" name="MeetingName_0">
    <vt:lpwstr/>
  </property>
  <property fmtid="{D5CDD505-2E9C-101B-9397-08002B2CF9AE}" pid="24" name="Confidentiality_0">
    <vt:lpwstr>Protected|57ddab83-4635-4615-a38a-314020a42ea1</vt:lpwstr>
  </property>
  <property fmtid="{D5CDD505-2E9C-101B-9397-08002B2CF9AE}" pid="25" name="OriginalLanguage">
    <vt:lpwstr>4;#EN|f2175f21-25d7-44a3-96da-d6a61b075e1b</vt:lpwstr>
  </property>
  <property fmtid="{D5CDD505-2E9C-101B-9397-08002B2CF9AE}" pid="26" name="MeetingName">
    <vt:lpwstr/>
  </property>
  <property fmtid="{D5CDD505-2E9C-101B-9397-08002B2CF9AE}" pid="28" name="AvailableTranslations_0">
    <vt:lpwstr>EN|f2175f21-25d7-44a3-96da-d6a61b075e1b</vt:lpwstr>
  </property>
  <property fmtid="{D5CDD505-2E9C-101B-9397-08002B2CF9AE}" pid="29" name="DocumentStatus_0">
    <vt:lpwstr>TRA|150d2a88-1431-44e6-a8ca-0bb753ab8672</vt:lpwstr>
  </property>
  <property fmtid="{D5CDD505-2E9C-101B-9397-08002B2CF9AE}" pid="30" name="OriginalLanguage_0">
    <vt:lpwstr>EN|f2175f21-25d7-44a3-96da-d6a61b075e1b</vt:lpwstr>
  </property>
  <property fmtid="{D5CDD505-2E9C-101B-9397-08002B2CF9AE}" pid="31" name="TaxCatchAll">
    <vt:lpwstr>12;#Protected|57ddab83-4635-4615-a38a-314020a42ea1;#8;#TRA|150d2a88-1431-44e6-a8ca-0bb753ab8672;#7;#Final|ea5e6674-7b27-4bac-b091-73adbb394efe;#4;#EN|f2175f21-25d7-44a3-96da-d6a61b075e1b;#3;#TCD|cd9d6eb6-3f4f-424a-b2d1-57c9d450eaaf;#1;#CoR|cb2d75ef-4a7d-4393-b797-49ed6298a5ea</vt:lpwstr>
  </property>
  <property fmtid="{D5CDD505-2E9C-101B-9397-08002B2CF9AE}" pid="32" name="VersionStatus_0">
    <vt:lpwstr>Final|ea5e6674-7b27-4bac-b091-73adbb394efe</vt:lpwstr>
  </property>
  <property fmtid="{D5CDD505-2E9C-101B-9397-08002B2CF9AE}" pid="33" name="VersionStatus">
    <vt:lpwstr>7;#Final|ea5e6674-7b27-4bac-b091-73adbb394efe</vt:lpwstr>
  </property>
  <property fmtid="{D5CDD505-2E9C-101B-9397-08002B2CF9AE}" pid="34" name="DocumentYear">
    <vt:i4>2026</vt:i4>
  </property>
  <property fmtid="{D5CDD505-2E9C-101B-9397-08002B2CF9AE}" pid="35" name="FicheNumber">
    <vt:i4>301358</vt:i4>
  </property>
  <property fmtid="{D5CDD505-2E9C-101B-9397-08002B2CF9AE}" pid="36" name="DocumentLanguage">
    <vt:lpwstr>34;#GA|762d2456-c427-4ecb-b312-af3dad8e258c</vt:lpwstr>
  </property>
</Properties>
</file>