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gif" ContentType="image/gif"/>
  <Default Extension="jpg" ContentType="image/jpeg"/>
  <Override PartName="/word/document.xml" ContentType="application/vnd.openxmlformats-officedocument.wordprocessingml.document.main+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theme/theme1.xml" ContentType="application/vnd.openxmlformats-officedocument.theme+xml"/>
  <Override PartName="/word/settings.xml" ContentType="application/vnd.openxmlformats-officedocument.wordprocessingml.settings+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webSettings.xml" ContentType="application/vnd.openxmlformats-officedocument.wordprocessingml.webSettings+xml"/>
  <Override PartName="/word/fontTable.xml" ContentType="application/vnd.openxmlformats-officedocument.wordprocessingml.fontTabl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customXml/itemProps4.xml" ContentType="application/vnd.openxmlformats-officedocument.customXmlProperties+xml"/>
  <Override PartName="/customXml/itemProps3.xml" ContentType="application/vnd.openxmlformats-officedocument.customXmlProperties+xml"/>
  <Override PartName="/customXml/itemProps2.xml" ContentType="application/vnd.openxmlformats-officedocument.customXmlProperties+xml"/>
  <Override PartName="/customXml/itemProps5.xml" ContentType="application/vnd.openxmlformats-officedocument.customXml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04D7F76" w14:textId="1934F6F9" w:rsidR="00803583" w:rsidRPr="000959AC" w:rsidRDefault="00E253A2" w:rsidP="000227D1">
      <w:pPr>
        <w:jc w:val="center"/>
        <w:rPr>
          <w:rFonts w:ascii="Gill Sans Std ExtraBold" w:hAnsi="Gill Sans Std ExtraBold" w:cstheme="majorHAnsi"/>
          <w:b/>
          <w:color w:val="FFFFFF" w:themeColor="background1"/>
          <w:sz w:val="44"/>
          <w:szCs w:val="44"/>
        </w:rPr>
      </w:pPr>
      <w:r>
        <w:rPr>
          <w:rFonts w:ascii="Gill Sans Std ExtraBold" w:hAnsi="Gill Sans Std ExtraBold"/>
          <w:b/>
          <w:sz w:val="44"/>
        </w:rPr>
        <w:t xml:space="preserve">Retningslinjer for </w:t>
      </w:r>
      <w:r>
        <w:rPr>
          <w:rFonts w:ascii="Gill Sans Std ExtraBold" w:hAnsi="Gill Sans Std ExtraBold"/>
          <w:b/>
          <w:sz w:val="44"/>
        </w:rPr>
        <w:br/>
      </w:r>
      <w:r>
        <w:rPr>
          <w:rFonts w:ascii="Gill Sans Std ExtraBold" w:hAnsi="Gill Sans Std ExtraBold"/>
          <w:b/>
          <w:color w:val="FFFFFF" w:themeColor="background1"/>
          <w:sz w:val="44"/>
          <w:highlight w:val="black"/>
        </w:rPr>
        <w:t>vellykket integration</w:t>
      </w:r>
    </w:p>
    <w:p w14:paraId="08381A85" w14:textId="1FF36CCD" w:rsidR="00CD2D39" w:rsidRPr="000959AC" w:rsidRDefault="00E253A2">
      <w:pPr>
        <w:jc w:val="center"/>
        <w:rPr>
          <w:rFonts w:asciiTheme="majorHAnsi" w:hAnsiTheme="majorHAnsi" w:cstheme="majorHAnsi"/>
          <w:b/>
          <w:sz w:val="48"/>
          <w:szCs w:val="48"/>
          <w:u w:val="single"/>
        </w:rPr>
      </w:pPr>
      <w:r>
        <w:rPr>
          <w:rFonts w:ascii="Gill Sans Std ExtraBold" w:hAnsi="Gill Sans Std ExtraBold"/>
          <w:b/>
          <w:sz w:val="44"/>
        </w:rPr>
        <w:t xml:space="preserve">af indvandrere og flygtninge </w:t>
      </w:r>
      <w:r>
        <w:rPr>
          <w:rFonts w:ascii="Gill Sans Std ExtraBold" w:hAnsi="Gill Sans Std ExtraBold"/>
          <w:b/>
          <w:sz w:val="44"/>
          <w:u w:val="single"/>
        </w:rPr>
        <w:t xml:space="preserve">lovligt i EU </w:t>
      </w:r>
    </w:p>
    <w:p w14:paraId="4E81C618" w14:textId="3A37F3E9" w:rsidR="00CD2D39" w:rsidRPr="000959AC" w:rsidRDefault="00CD2D39">
      <w:pPr>
        <w:jc w:val="center"/>
        <w:rPr>
          <w:rFonts w:asciiTheme="majorHAnsi" w:hAnsiTheme="majorHAnsi" w:cstheme="majorHAnsi"/>
          <w:b/>
          <w:sz w:val="40"/>
          <w:szCs w:val="40"/>
          <w:u w:val="single"/>
        </w:rPr>
      </w:pPr>
    </w:p>
    <w:p w14:paraId="4B029ABC" w14:textId="6B42C7F5" w:rsidR="00CD2D39" w:rsidRPr="000959AC" w:rsidRDefault="00E253A2" w:rsidP="009F38F7">
      <w:pPr>
        <w:spacing w:line="240" w:lineRule="auto"/>
        <w:jc w:val="center"/>
        <w:rPr>
          <w:rFonts w:asciiTheme="majorHAnsi" w:hAnsiTheme="majorHAnsi" w:cstheme="majorHAnsi"/>
          <w:b/>
          <w:sz w:val="40"/>
          <w:szCs w:val="40"/>
        </w:rPr>
      </w:pPr>
      <w:r>
        <w:rPr>
          <w:rFonts w:asciiTheme="majorHAnsi" w:hAnsiTheme="majorHAnsi"/>
          <w:b/>
          <w:sz w:val="40"/>
        </w:rPr>
        <w:t xml:space="preserve">RU's </w:t>
      </w:r>
      <w:proofErr w:type="spellStart"/>
      <w:r>
        <w:rPr>
          <w:rFonts w:asciiTheme="majorHAnsi" w:hAnsiTheme="majorHAnsi"/>
          <w:b/>
          <w:sz w:val="40"/>
        </w:rPr>
        <w:t>Renew</w:t>
      </w:r>
      <w:proofErr w:type="spellEnd"/>
      <w:r>
        <w:rPr>
          <w:rFonts w:asciiTheme="majorHAnsi" w:hAnsiTheme="majorHAnsi"/>
          <w:b/>
          <w:sz w:val="40"/>
        </w:rPr>
        <w:t xml:space="preserve"> Europe-gruppe </w:t>
      </w:r>
    </w:p>
    <w:p w14:paraId="5D3752D4" w14:textId="65C4024E" w:rsidR="00FA2AEB" w:rsidRPr="000959AC" w:rsidRDefault="00E253A2" w:rsidP="009F38F7">
      <w:pPr>
        <w:spacing w:line="240" w:lineRule="auto"/>
        <w:jc w:val="center"/>
        <w:rPr>
          <w:rFonts w:asciiTheme="majorHAnsi" w:hAnsiTheme="majorHAnsi" w:cstheme="majorHAnsi"/>
          <w:sz w:val="40"/>
          <w:szCs w:val="40"/>
          <w:u w:val="single"/>
        </w:rPr>
      </w:pPr>
      <w:r>
        <w:rPr>
          <w:rFonts w:asciiTheme="majorHAnsi" w:hAnsiTheme="majorHAnsi"/>
          <w:b/>
          <w:sz w:val="40"/>
        </w:rPr>
        <w:t>marts 2026</w:t>
      </w:r>
    </w:p>
    <w:p w14:paraId="490242BE" w14:textId="24C6D767" w:rsidR="00CD2D39" w:rsidRPr="000959AC" w:rsidRDefault="0005582C">
      <w:pPr>
        <w:rPr>
          <w:rFonts w:asciiTheme="majorHAnsi" w:hAnsiTheme="majorHAnsi" w:cstheme="majorHAnsi"/>
          <w:sz w:val="16"/>
          <w:szCs w:val="16"/>
        </w:rPr>
      </w:pPr>
      <w:r>
        <w:rPr>
          <w:rFonts w:asciiTheme="majorHAnsi" w:hAnsiTheme="majorHAnsi"/>
          <w:b/>
          <w:noProof/>
          <w:sz w:val="20"/>
          <w:u w:val="single"/>
        </w:rPr>
        <mc:AlternateContent>
          <mc:Choice Requires="wps">
            <w:drawing>
              <wp:anchor distT="0" distB="0" distL="114300" distR="114300" simplePos="0" relativeHeight="251663360" behindDoc="1" locked="0" layoutInCell="0" allowOverlap="1" wp14:anchorId="4FF55D6C" wp14:editId="57BE45C1">
                <wp:simplePos x="0" y="0"/>
                <wp:positionH relativeFrom="page">
                  <wp:posOffset>6846073</wp:posOffset>
                </wp:positionH>
                <wp:positionV relativeFrom="page">
                  <wp:posOffset>9493857</wp:posOffset>
                </wp:positionV>
                <wp:extent cx="667385" cy="412750"/>
                <wp:effectExtent l="0" t="0" r="0" b="6350"/>
                <wp:wrapNone/>
                <wp:docPr id="20" name="Text 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7385" cy="412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B13F4E1" w14:textId="77777777" w:rsidR="0005582C" w:rsidRPr="00260E65" w:rsidRDefault="0005582C">
                            <w:pPr>
                              <w:jc w:val="center"/>
                              <w:rPr>
                                <w:rFonts w:ascii="Arial" w:hAnsi="Arial" w:cs="Arial"/>
                                <w:b/>
                                <w:bCs/>
                                <w:sz w:val="48"/>
                              </w:rPr>
                            </w:pPr>
                            <w:r>
                              <w:rPr>
                                <w:rFonts w:ascii="Arial" w:hAnsi="Arial"/>
                                <w:b/>
                                <w:sz w:val="48"/>
                              </w:rPr>
                              <w:t>DA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FF55D6C" id="_x0000_t202" coordsize="21600,21600" o:spt="202" path="m,l,21600r21600,l21600,xe">
                <v:stroke joinstyle="miter"/>
                <v:path gradientshapeok="t" o:connecttype="rect"/>
              </v:shapetype>
              <v:shape id="Text Box 17" o:spid="_x0000_s1026" type="#_x0000_t202" style="position:absolute;margin-left:539.05pt;margin-top:747.55pt;width:52.55pt;height:32.5pt;z-index:-2516531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" o:allowincell="f" filled="f" stroked="f">
                <v:textbox>
                  <w:txbxContent>
                    <w:p w14:paraId="4B13F4E1" w14:textId="77777777" w:rsidR="0005582C" w:rsidRPr="00260E65" w:rsidRDefault="0005582C">
                      <w:pPr>
                        <w:jc w:val="center"/>
                        <w:rPr>
                          <w:rFonts w:ascii="Arial" w:hAnsi="Arial" w:cs="Arial"/>
                          <w:b/>
                          <w:bCs/>
                          <w:sz w:val="48"/>
                        </w:rPr>
                      </w:pPr>
                      <w:r>
                        <w:rPr>
                          <w:rFonts w:ascii="Arial" w:hAnsi="Arial"/>
                          <w:b/>
                          <w:sz w:val="48"/>
                        </w:rPr>
                        <w:t>DA</w:t>
                      </w:r>
                    </w:p>
                  </w:txbxContent>
                </v:textbox>
                <w10:wrap anchorx="page" anchory="page"/>
              </v:shape>
            </w:pict>
          </mc:Fallback>
        </mc:AlternateContent>
      </w:r>
    </w:p>
    <w:p w14:paraId="20DD2AE7" w14:textId="17B5AF8C" w:rsidR="00273113" w:rsidRPr="000959AC" w:rsidRDefault="00273113" w:rsidP="00646124">
      <w:pPr>
        <w:jc w:val="center"/>
        <w:rPr>
          <w:rFonts w:asciiTheme="majorHAnsi" w:hAnsiTheme="majorHAnsi" w:cstheme="majorHAnsi"/>
          <w:b/>
          <w:sz w:val="32"/>
          <w:szCs w:val="32"/>
          <w:u w:val="single"/>
        </w:rPr>
      </w:pPr>
      <w:r>
        <w:rPr>
          <w:rFonts w:asciiTheme="majorHAnsi" w:hAnsiTheme="majorHAnsi"/>
          <w:b/>
          <w:noProof/>
          <w:sz w:val="32"/>
        </w:rPr>
        <w:drawing>
          <wp:inline distT="0" distB="0" distL="0" distR="0" wp14:anchorId="734AD6A8" wp14:editId="460C1D09">
            <wp:extent cx="4792042" cy="3195249"/>
            <wp:effectExtent l="0" t="0" r="8890" b="5715"/>
            <wp:docPr id="9" name="Picture 9" descr="Holding han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Holding hands"/>
                    <pic:cNvPicPr/>
                  </pic:nvPicPr>
                  <pic:blipFill>
                    <a:blip r:embed="rId8"/>
                    <a:stretch>
                      <a:fillRect/>
                    </a:stretch>
                  </pic:blipFill>
                  <pic:spPr>
                    <a:xfrm>
                      <a:off x="0" y="0"/>
                      <a:ext cx="4799766" cy="3200399"/>
                    </a:xfrm>
                    <a:prstGeom prst="rect">
                      <a:avLst/>
                    </a:prstGeom>
                  </pic:spPr>
                </pic:pic>
              </a:graphicData>
            </a:graphic>
          </wp:inline>
        </w:drawing>
      </w:r>
    </w:p>
    <w:p w14:paraId="651266CF" w14:textId="4D6CDEAC" w:rsidR="007834CB" w:rsidRPr="000959AC" w:rsidRDefault="0093446A" w:rsidP="00790E27">
      <w:pPr>
        <w:ind w:left="709" w:hanging="709"/>
        <w:rPr>
          <w:rFonts w:ascii="Gill Sans Std ExtraBold" w:hAnsi="Gill Sans Std ExtraBold" w:cstheme="majorHAnsi"/>
          <w:b/>
          <w:color w:val="C00000"/>
          <w:sz w:val="36"/>
          <w:szCs w:val="36"/>
        </w:rPr>
      </w:pPr>
      <w:r>
        <w:rPr>
          <w:rFonts w:ascii="Gill Sans Std ExtraBold" w:hAnsi="Gill Sans Std ExtraBold"/>
          <w:b/>
          <w:sz w:val="28"/>
        </w:rPr>
        <w:tab/>
      </w:r>
      <w:r>
        <w:rPr>
          <w:rFonts w:ascii="Gill Sans Std ExtraBold" w:hAnsi="Gill Sans Std ExtraBold"/>
          <w:b/>
          <w:color w:val="C00000"/>
          <w:sz w:val="28"/>
        </w:rPr>
        <w:t xml:space="preserve">De to </w:t>
      </w:r>
      <w:r>
        <w:rPr>
          <w:rFonts w:ascii="Gill Sans Std ExtraBold" w:hAnsi="Gill Sans Std ExtraBold"/>
          <w:b/>
          <w:color w:val="FFFFFF" w:themeColor="background1"/>
          <w:sz w:val="28"/>
          <w:highlight w:val="black"/>
        </w:rPr>
        <w:t>vigtigste</w:t>
      </w:r>
      <w:r>
        <w:rPr>
          <w:rFonts w:ascii="Gill Sans Std ExtraBold" w:hAnsi="Gill Sans Std ExtraBold"/>
          <w:b/>
          <w:color w:val="C00000"/>
          <w:sz w:val="28"/>
        </w:rPr>
        <w:t xml:space="preserve"> forudsætninger for en vellykket integration er:</w:t>
      </w:r>
    </w:p>
    <w:p w14:paraId="076D3D0A" w14:textId="67C3DD8D" w:rsidR="007834CB" w:rsidRPr="000959AC" w:rsidRDefault="0093446A">
      <w:pPr>
        <w:rPr>
          <w:rFonts w:ascii="Gill Sans Std ExtraBold" w:hAnsi="Gill Sans Std ExtraBold" w:cstheme="majorHAnsi"/>
          <w:b/>
          <w:color w:val="C00000"/>
          <w:sz w:val="28"/>
          <w:szCs w:val="28"/>
        </w:rPr>
      </w:pPr>
      <w:r>
        <w:rPr>
          <w:rFonts w:ascii="Gill Sans Std ExtraBold" w:hAnsi="Gill Sans Std ExtraBold"/>
          <w:b/>
          <w:color w:val="C00000"/>
          <w:sz w:val="28"/>
        </w:rPr>
        <w:tab/>
      </w:r>
      <w:r>
        <w:rPr>
          <w:rFonts w:ascii="Verdana" w:hAnsi="Verdana"/>
          <w:b/>
          <w:color w:val="C00000"/>
          <w:sz w:val="28"/>
        </w:rPr>
        <w:t>1</w:t>
      </w:r>
      <w:r>
        <w:rPr>
          <w:rFonts w:ascii="Gill Sans Std ExtraBold" w:hAnsi="Gill Sans Std ExtraBold"/>
          <w:b/>
          <w:color w:val="C00000"/>
          <w:sz w:val="28"/>
        </w:rPr>
        <w:t xml:space="preserve">. </w:t>
      </w:r>
      <w:r w:rsidRPr="001D10B3">
        <w:rPr>
          <w:rFonts w:ascii="Gill Sans Std ExtraBold" w:hAnsi="Gill Sans Std ExtraBold"/>
          <w:b/>
          <w:color w:val="C00000"/>
          <w:sz w:val="28"/>
        </w:rPr>
        <w:t>Engageret politisk</w:t>
      </w:r>
      <w:r>
        <w:rPr>
          <w:b/>
          <w:bCs/>
          <w:sz w:val="28"/>
        </w:rPr>
        <w:t xml:space="preserve"> </w:t>
      </w:r>
      <w:r w:rsidRPr="001D10B3">
        <w:rPr>
          <w:rFonts w:ascii="Gill Sans Std ExtraBold" w:hAnsi="Gill Sans Std ExtraBold"/>
          <w:b/>
          <w:color w:val="FFFFFF" w:themeColor="background1"/>
          <w:sz w:val="28"/>
          <w:highlight w:val="black"/>
        </w:rPr>
        <w:t>lederskab</w:t>
      </w:r>
    </w:p>
    <w:p w14:paraId="19C1D39F" w14:textId="49955878" w:rsidR="007834CB" w:rsidRPr="000959AC" w:rsidRDefault="0093446A">
      <w:pPr>
        <w:rPr>
          <w:rFonts w:asciiTheme="majorHAnsi" w:hAnsiTheme="majorHAnsi" w:cstheme="majorHAnsi"/>
          <w:b/>
          <w:sz w:val="36"/>
          <w:szCs w:val="36"/>
        </w:rPr>
      </w:pPr>
      <w:r>
        <w:rPr>
          <w:rFonts w:ascii="Gill Sans Std ExtraBold" w:hAnsi="Gill Sans Std ExtraBold"/>
          <w:b/>
          <w:color w:val="C00000"/>
          <w:sz w:val="28"/>
        </w:rPr>
        <w:tab/>
        <w:t xml:space="preserve">2. En </w:t>
      </w:r>
      <w:r>
        <w:rPr>
          <w:rFonts w:ascii="Gill Sans Std ExtraBold" w:hAnsi="Gill Sans Std ExtraBold"/>
          <w:b/>
          <w:color w:val="FFFFFF" w:themeColor="background1"/>
          <w:sz w:val="28"/>
          <w:highlight w:val="black"/>
        </w:rPr>
        <w:t>lokalbefolkning</w:t>
      </w:r>
      <w:r>
        <w:rPr>
          <w:rFonts w:ascii="Gill Sans Std ExtraBold" w:hAnsi="Gill Sans Std ExtraBold"/>
          <w:b/>
          <w:color w:val="C00000"/>
          <w:sz w:val="28"/>
        </w:rPr>
        <w:t>, der er</w:t>
      </w:r>
      <w:r w:rsidR="008E3157">
        <w:rPr>
          <w:rFonts w:ascii="Gill Sans Std ExtraBold" w:hAnsi="Gill Sans Std ExtraBold"/>
          <w:b/>
          <w:color w:val="C00000"/>
          <w:sz w:val="28"/>
        </w:rPr>
        <w:t xml:space="preserve"> </w:t>
      </w:r>
      <w:r>
        <w:rPr>
          <w:rFonts w:ascii="Gill Sans Std ExtraBold" w:hAnsi="Gill Sans Std ExtraBold"/>
          <w:b/>
          <w:color w:val="FFFFFF" w:themeColor="background1"/>
          <w:sz w:val="28"/>
          <w:highlight w:val="black"/>
        </w:rPr>
        <w:t>aktivt involveret</w:t>
      </w:r>
      <w:r>
        <w:rPr>
          <w:rFonts w:ascii="Gill Sans Std ExtraBold" w:hAnsi="Gill Sans Std ExtraBold"/>
          <w:b/>
        </w:rPr>
        <w:br w:type="page"/>
      </w:r>
    </w:p>
    <w:p w14:paraId="3C9D5F72" w14:textId="77777777" w:rsidR="00CE50D3" w:rsidRPr="000959AC" w:rsidRDefault="00CE50D3" w:rsidP="00646124">
      <w:pPr>
        <w:jc w:val="center"/>
        <w:rPr>
          <w:rFonts w:ascii="Verdana" w:hAnsi="Verdana" w:cstheme="majorHAnsi"/>
          <w:b/>
          <w:color w:val="FFFFFF" w:themeColor="background1"/>
          <w:sz w:val="32"/>
          <w:szCs w:val="32"/>
          <w:highlight w:val="black"/>
          <w:u w:val="single"/>
        </w:rPr>
      </w:pPr>
    </w:p>
    <w:p w14:paraId="41AE11FE" w14:textId="64A74AAB" w:rsidR="00646124" w:rsidRPr="000959AC" w:rsidRDefault="00803583" w:rsidP="00646124">
      <w:pPr>
        <w:jc w:val="center"/>
        <w:rPr>
          <w:rFonts w:ascii="Gill Sans Std ExtraBold" w:hAnsi="Gill Sans Std ExtraBold" w:cstheme="majorHAnsi"/>
          <w:sz w:val="36"/>
          <w:szCs w:val="36"/>
          <w:u w:val="single"/>
        </w:rPr>
      </w:pPr>
      <w:r>
        <w:rPr>
          <w:rFonts w:ascii="Verdana" w:hAnsi="Verdana"/>
          <w:b/>
          <w:color w:val="FFFFFF" w:themeColor="background1"/>
          <w:sz w:val="32"/>
          <w:highlight w:val="black"/>
          <w:u w:val="single"/>
        </w:rPr>
        <w:t>1</w:t>
      </w:r>
      <w:r>
        <w:rPr>
          <w:rFonts w:ascii="Gill Sans Std ExtraBold" w:hAnsi="Gill Sans Std ExtraBold"/>
          <w:b/>
          <w:color w:val="FFFFFF" w:themeColor="background1"/>
          <w:sz w:val="32"/>
          <w:highlight w:val="black"/>
          <w:u w:val="single"/>
        </w:rPr>
        <w:t xml:space="preserve">. </w:t>
      </w:r>
      <w:r>
        <w:rPr>
          <w:b/>
          <w:color w:val="FFFFFF" w:themeColor="background1"/>
          <w:sz w:val="32"/>
          <w:highlight w:val="black"/>
          <w:u w:val="single"/>
        </w:rPr>
        <w:t>Lederskab:</w:t>
      </w:r>
      <w:r>
        <w:rPr>
          <w:b/>
          <w:sz w:val="32"/>
          <w:u w:val="single"/>
        </w:rPr>
        <w:t xml:space="preserve"> </w:t>
      </w:r>
      <w:r>
        <w:rPr>
          <w:rFonts w:ascii="Gill Sans Std ExtraBold" w:hAnsi="Gill Sans Std ExtraBold"/>
          <w:b/>
          <w:color w:val="C00000"/>
          <w:sz w:val="32"/>
          <w:u w:val="single"/>
        </w:rPr>
        <w:t>Praktiske anbefalinger til lokale ledere</w:t>
      </w:r>
    </w:p>
    <w:p w14:paraId="3966CE3D" w14:textId="77777777" w:rsidR="00E612E2" w:rsidRPr="000959AC" w:rsidRDefault="00E612E2" w:rsidP="00646124">
      <w:pPr>
        <w:rPr>
          <w:rFonts w:asciiTheme="majorHAnsi" w:hAnsiTheme="majorHAnsi" w:cstheme="majorHAnsi"/>
          <w:i/>
          <w:iCs/>
          <w:sz w:val="28"/>
          <w:szCs w:val="28"/>
        </w:rPr>
      </w:pPr>
    </w:p>
    <w:p w14:paraId="280B16FD" w14:textId="021C5DE3" w:rsidR="00646124" w:rsidRPr="000959AC" w:rsidRDefault="00273113" w:rsidP="00646124">
      <w:pPr>
        <w:rPr>
          <w:rFonts w:asciiTheme="majorHAnsi" w:hAnsiTheme="majorHAnsi" w:cstheme="majorHAnsi"/>
          <w:i/>
          <w:iCs/>
          <w:sz w:val="28"/>
          <w:szCs w:val="28"/>
        </w:rPr>
      </w:pPr>
      <w:r>
        <w:rPr>
          <w:rFonts w:asciiTheme="majorHAnsi" w:hAnsiTheme="majorHAnsi"/>
          <w:i/>
          <w:noProof/>
          <w:sz w:val="28"/>
        </w:rPr>
        <w:drawing>
          <wp:anchor distT="0" distB="0" distL="114300" distR="114300" simplePos="0" relativeHeight="251658240" behindDoc="0" locked="0" layoutInCell="1" allowOverlap="1" wp14:anchorId="69070FD6" wp14:editId="3229A143">
            <wp:simplePos x="0" y="0"/>
            <wp:positionH relativeFrom="column">
              <wp:posOffset>0</wp:posOffset>
            </wp:positionH>
            <wp:positionV relativeFrom="paragraph">
              <wp:posOffset>1905</wp:posOffset>
            </wp:positionV>
            <wp:extent cx="427566" cy="641350"/>
            <wp:effectExtent l="19050" t="19050" r="10795" b="25400"/>
            <wp:wrapSquare wrapText="bothSides"/>
            <wp:docPr id="11" name="Picture 11" descr="Stopwatch with time motion bl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Stopwatch with time motion blur"/>
                    <pic:cNvPicPr/>
                  </pic:nvPicPr>
                  <pic:blipFill>
                    <a:blip r:embed="rId9"/>
                    <a:stretch>
                      <a:fillRect/>
                    </a:stretch>
                  </pic:blipFill>
                  <pic:spPr>
                    <a:xfrm>
                      <a:off x="0" y="0"/>
                      <a:ext cx="427566" cy="641350"/>
                    </a:xfrm>
                    <a:prstGeom prst="rect">
                      <a:avLst/>
                    </a:prstGeom>
                    <a:ln>
                      <a:solidFill>
                        <a:schemeClr val="accent1"/>
                      </a:solidFill>
                    </a:ln>
                  </pic:spPr>
                </pic:pic>
              </a:graphicData>
            </a:graphic>
            <wp14:sizeRelH relativeFrom="page">
              <wp14:pctWidth>0</wp14:pctWidth>
            </wp14:sizeRelH>
            <wp14:sizeRelV relativeFrom="page">
              <wp14:pctHeight>0</wp14:pctHeight>
            </wp14:sizeRelV>
          </wp:anchor>
        </w:drawing>
      </w:r>
      <w:r>
        <w:rPr>
          <w:rFonts w:asciiTheme="majorHAnsi" w:hAnsiTheme="majorHAnsi"/>
          <w:i/>
          <w:sz w:val="28"/>
        </w:rPr>
        <w:tab/>
      </w:r>
      <w:r>
        <w:rPr>
          <w:rFonts w:asciiTheme="majorHAnsi" w:hAnsiTheme="majorHAnsi"/>
          <w:i/>
          <w:sz w:val="36"/>
        </w:rPr>
        <w:t>Foranstaltninger på kort sigt (0-12 måneder)</w:t>
      </w:r>
    </w:p>
    <w:p w14:paraId="01D10832" w14:textId="77777777" w:rsidR="00273113" w:rsidRPr="000959AC" w:rsidRDefault="00273113" w:rsidP="00646124">
      <w:pPr>
        <w:rPr>
          <w:rFonts w:ascii="Segoe UI Emoji" w:hAnsi="Segoe UI Emoji" w:cs="Segoe UI Emoji"/>
          <w:sz w:val="28"/>
          <w:szCs w:val="28"/>
        </w:rPr>
      </w:pPr>
    </w:p>
    <w:p w14:paraId="55E89DBC" w14:textId="6EF708B3" w:rsidR="00273113" w:rsidRPr="000959AC" w:rsidRDefault="00646124" w:rsidP="0019521B">
      <w:pPr>
        <w:jc w:val="both"/>
        <w:rPr>
          <w:rFonts w:asciiTheme="majorHAnsi" w:hAnsiTheme="majorHAnsi" w:cstheme="majorHAnsi"/>
          <w:sz w:val="28"/>
          <w:szCs w:val="28"/>
        </w:rPr>
      </w:pPr>
      <w:r>
        <w:rPr>
          <w:rFonts w:ascii="Segoe UI Emoji" w:hAnsi="Segoe UI Emoji"/>
          <w:sz w:val="28"/>
        </w:rPr>
        <w:t>✅</w:t>
      </w:r>
      <w:r>
        <w:rPr>
          <w:sz w:val="28"/>
        </w:rPr>
        <w:t xml:space="preserve"> Iværksæt et "velkomstambassadør"-program, hvor lokale borgere frivilligt mødes og vejleder en eller flere indvandrere over en periode, hvor de giver råd om skik og brug, enkle administrative procedurer, grundlæggende sproglig bistand og møder andre lokale borgere.</w:t>
      </w:r>
      <w:r>
        <w:rPr>
          <w:rFonts w:asciiTheme="majorHAnsi" w:hAnsiTheme="majorHAnsi"/>
          <w:sz w:val="28"/>
        </w:rPr>
        <w:t xml:space="preserve"> Dette mindsker isolationen. Giv de frivillige oplæring, og tilbyd diplomer som en anerkendelse af oplæringen.</w:t>
      </w:r>
    </w:p>
    <w:p w14:paraId="773DFF2E" w14:textId="77777777" w:rsidR="009F4F12" w:rsidRPr="000959AC" w:rsidRDefault="00646124" w:rsidP="0019521B">
      <w:pPr>
        <w:jc w:val="both"/>
        <w:rPr>
          <w:rFonts w:asciiTheme="majorHAnsi" w:hAnsiTheme="majorHAnsi" w:cstheme="majorHAnsi"/>
          <w:sz w:val="28"/>
          <w:szCs w:val="28"/>
        </w:rPr>
      </w:pPr>
      <w:r>
        <w:rPr>
          <w:rFonts w:ascii="Segoe UI Emoji" w:hAnsi="Segoe UI Emoji"/>
          <w:sz w:val="28"/>
        </w:rPr>
        <w:t>✅</w:t>
      </w:r>
      <w:r>
        <w:rPr>
          <w:sz w:val="28"/>
        </w:rPr>
        <w:t xml:space="preserve"> Opret et samlet integrationscenter, der tilbyder nyankomne:</w:t>
      </w:r>
      <w:r>
        <w:rPr>
          <w:rFonts w:asciiTheme="majorHAnsi" w:hAnsiTheme="majorHAnsi"/>
          <w:sz w:val="28"/>
        </w:rPr>
        <w:t xml:space="preserve"> </w:t>
      </w:r>
    </w:p>
    <w:p w14:paraId="467CCF46" w14:textId="16159EFC" w:rsidR="009F4F12" w:rsidRPr="00790E27" w:rsidRDefault="0093446A" w:rsidP="00790E27">
      <w:pPr>
        <w:pStyle w:val="ListParagraph"/>
        <w:numPr>
          <w:ilvl w:val="0"/>
          <w:numId w:val="38"/>
        </w:numPr>
        <w:ind w:left="993" w:hanging="426"/>
        <w:jc w:val="both"/>
        <w:rPr>
          <w:rFonts w:asciiTheme="majorHAnsi" w:hAnsiTheme="majorHAnsi" w:cstheme="majorHAnsi"/>
          <w:sz w:val="28"/>
          <w:szCs w:val="28"/>
        </w:rPr>
      </w:pPr>
      <w:r>
        <w:rPr>
          <w:rFonts w:asciiTheme="majorHAnsi" w:hAnsiTheme="majorHAnsi"/>
          <w:sz w:val="28"/>
        </w:rPr>
        <w:t xml:space="preserve">oplysninger om deres pligter og rettigheder i henhold til lokal, regional, national og europæisk lovgivning </w:t>
      </w:r>
    </w:p>
    <w:p w14:paraId="56A3B25E" w14:textId="5680F466" w:rsidR="009F4F12" w:rsidRPr="00790E27" w:rsidRDefault="0093446A" w:rsidP="00790E27">
      <w:pPr>
        <w:pStyle w:val="ListParagraph"/>
        <w:numPr>
          <w:ilvl w:val="0"/>
          <w:numId w:val="38"/>
        </w:numPr>
        <w:ind w:left="993" w:hanging="426"/>
        <w:jc w:val="both"/>
        <w:rPr>
          <w:rFonts w:asciiTheme="majorHAnsi" w:hAnsiTheme="majorHAnsi" w:cstheme="majorHAnsi"/>
          <w:sz w:val="28"/>
          <w:szCs w:val="28"/>
        </w:rPr>
      </w:pPr>
      <w:r>
        <w:rPr>
          <w:rFonts w:asciiTheme="majorHAnsi" w:hAnsiTheme="majorHAnsi"/>
          <w:sz w:val="28"/>
        </w:rPr>
        <w:t xml:space="preserve">sprogkurser – med fokus på talesprog til brug i hverdagen, hvor der tages hensyn til den nyankomnes digitale færdigheder </w:t>
      </w:r>
    </w:p>
    <w:p w14:paraId="24465AFD" w14:textId="2C2CD881" w:rsidR="009F4F12" w:rsidRPr="00790E27" w:rsidRDefault="0093446A" w:rsidP="00790E27">
      <w:pPr>
        <w:pStyle w:val="ListParagraph"/>
        <w:numPr>
          <w:ilvl w:val="0"/>
          <w:numId w:val="38"/>
        </w:numPr>
        <w:ind w:left="993" w:hanging="426"/>
        <w:jc w:val="both"/>
        <w:rPr>
          <w:rFonts w:asciiTheme="majorHAnsi" w:hAnsiTheme="majorHAnsi" w:cstheme="majorHAnsi"/>
          <w:sz w:val="28"/>
          <w:szCs w:val="28"/>
        </w:rPr>
      </w:pPr>
      <w:r>
        <w:rPr>
          <w:rFonts w:asciiTheme="majorHAnsi" w:hAnsiTheme="majorHAnsi"/>
          <w:sz w:val="28"/>
        </w:rPr>
        <w:t xml:space="preserve">administrativ støtte (bopæl, adgang til sundhedspleje, anerkendelse af eksamensbeviser osv.) </w:t>
      </w:r>
    </w:p>
    <w:p w14:paraId="6266A384" w14:textId="4F7A9279" w:rsidR="00273113" w:rsidRPr="00790E27" w:rsidRDefault="0093446A" w:rsidP="00790E27">
      <w:pPr>
        <w:pStyle w:val="ListParagraph"/>
        <w:numPr>
          <w:ilvl w:val="0"/>
          <w:numId w:val="38"/>
        </w:numPr>
        <w:ind w:left="993" w:hanging="426"/>
        <w:jc w:val="both"/>
        <w:rPr>
          <w:rFonts w:asciiTheme="majorHAnsi" w:hAnsiTheme="majorHAnsi" w:cstheme="majorHAnsi"/>
          <w:sz w:val="28"/>
          <w:szCs w:val="28"/>
        </w:rPr>
      </w:pPr>
      <w:r>
        <w:rPr>
          <w:rFonts w:asciiTheme="majorHAnsi" w:hAnsiTheme="majorHAnsi"/>
          <w:sz w:val="28"/>
        </w:rPr>
        <w:t xml:space="preserve">CV-workshopper og oplysninger om jobmuligheder. </w:t>
      </w:r>
    </w:p>
    <w:p w14:paraId="77F512F1" w14:textId="051041E5" w:rsidR="009A5508" w:rsidRPr="000959AC" w:rsidRDefault="00646124" w:rsidP="0019521B">
      <w:pPr>
        <w:jc w:val="both"/>
        <w:rPr>
          <w:rFonts w:asciiTheme="majorHAnsi" w:hAnsiTheme="majorHAnsi" w:cstheme="majorHAnsi"/>
          <w:sz w:val="28"/>
          <w:szCs w:val="28"/>
        </w:rPr>
      </w:pPr>
      <w:r>
        <w:rPr>
          <w:rFonts w:ascii="Segoe UI Emoji" w:hAnsi="Segoe UI Emoji"/>
          <w:sz w:val="28"/>
        </w:rPr>
        <w:t>✅</w:t>
      </w:r>
      <w:r>
        <w:rPr>
          <w:sz w:val="28"/>
        </w:rPr>
        <w:t xml:space="preserve"> Samarbejd med lokale arbejdsgivere (private og offentlige) om at tilbyde praktikophold til indvandrere.</w:t>
      </w:r>
      <w:r>
        <w:rPr>
          <w:rFonts w:asciiTheme="majorHAnsi" w:hAnsiTheme="majorHAnsi"/>
          <w:sz w:val="28"/>
        </w:rPr>
        <w:t xml:space="preserve"> Virksomhedsledere er ofte vigtige samarbejdspartnere, når det gælder om at sikre en vellykket integration.</w:t>
      </w:r>
    </w:p>
    <w:p w14:paraId="4C7DB35D" w14:textId="6848F834" w:rsidR="00E612E2" w:rsidRPr="000959AC" w:rsidRDefault="00646124" w:rsidP="009D1F44">
      <w:pPr>
        <w:jc w:val="both"/>
        <w:rPr>
          <w:rFonts w:asciiTheme="majorHAnsi" w:hAnsiTheme="majorHAnsi" w:cstheme="majorHAnsi"/>
          <w:sz w:val="28"/>
          <w:szCs w:val="28"/>
        </w:rPr>
      </w:pPr>
      <w:r>
        <w:rPr>
          <w:rFonts w:ascii="Segoe UI Emoji" w:hAnsi="Segoe UI Emoji"/>
          <w:sz w:val="28"/>
        </w:rPr>
        <w:t>✅</w:t>
      </w:r>
      <w:r>
        <w:rPr>
          <w:sz w:val="28"/>
        </w:rPr>
        <w:t xml:space="preserve"> Tilrettelæg regelmæssige offentlige møder med lokalbefolkningen for at drøfte muligheder, fremskridt og udfordringer i forbindelse med integrationsprocessen (f.eks. hver tredje måned).</w:t>
      </w:r>
      <w:r>
        <w:rPr>
          <w:rFonts w:asciiTheme="majorHAnsi" w:hAnsiTheme="majorHAnsi"/>
          <w:sz w:val="28"/>
        </w:rPr>
        <w:t xml:space="preserve"> Inddrag de lokale medier.</w:t>
      </w:r>
      <w:r>
        <w:rPr>
          <w:rFonts w:asciiTheme="majorHAnsi" w:hAnsiTheme="majorHAnsi"/>
          <w:sz w:val="28"/>
        </w:rPr>
        <w:br w:type="page"/>
      </w:r>
    </w:p>
    <w:p w14:paraId="5EF37C86" w14:textId="77777777" w:rsidR="00646124" w:rsidRPr="000959AC" w:rsidRDefault="00646124" w:rsidP="00646124">
      <w:pPr>
        <w:rPr>
          <w:rFonts w:asciiTheme="majorHAnsi" w:hAnsiTheme="majorHAnsi" w:cstheme="majorHAnsi"/>
          <w:sz w:val="28"/>
          <w:szCs w:val="28"/>
        </w:rPr>
      </w:pPr>
    </w:p>
    <w:p w14:paraId="0D56CD41" w14:textId="1C832A74" w:rsidR="00646124" w:rsidRPr="000959AC" w:rsidRDefault="009F4F12" w:rsidP="00B5434F">
      <w:pPr>
        <w:ind w:left="1440" w:hanging="1440"/>
        <w:jc w:val="both"/>
        <w:rPr>
          <w:rFonts w:asciiTheme="majorHAnsi" w:hAnsiTheme="majorHAnsi" w:cstheme="majorHAnsi"/>
          <w:i/>
          <w:iCs/>
          <w:sz w:val="36"/>
          <w:szCs w:val="36"/>
        </w:rPr>
      </w:pPr>
      <w:r>
        <w:rPr>
          <w:rFonts w:asciiTheme="majorHAnsi" w:hAnsiTheme="majorHAnsi"/>
          <w:i/>
          <w:noProof/>
          <w:sz w:val="36"/>
        </w:rPr>
        <w:drawing>
          <wp:anchor distT="0" distB="0" distL="114300" distR="114300" simplePos="0" relativeHeight="251659264" behindDoc="0" locked="0" layoutInCell="1" allowOverlap="1" wp14:anchorId="4EADAE48" wp14:editId="21C5EE59">
            <wp:simplePos x="0" y="0"/>
            <wp:positionH relativeFrom="column">
              <wp:posOffset>19050</wp:posOffset>
            </wp:positionH>
            <wp:positionV relativeFrom="paragraph">
              <wp:posOffset>15875</wp:posOffset>
            </wp:positionV>
            <wp:extent cx="984250" cy="659356"/>
            <wp:effectExtent l="19050" t="19050" r="25400" b="26670"/>
            <wp:wrapSquare wrapText="bothSides"/>
            <wp:docPr id="13" name="Picture 13" descr="Hourglass and a calend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Hourglass and a calendar"/>
                    <pic:cNvPicPr/>
                  </pic:nvPicPr>
                  <pic:blipFill>
                    <a:blip r:embed="rId10"/>
                    <a:stretch>
                      <a:fillRect/>
                    </a:stretch>
                  </pic:blipFill>
                  <pic:spPr>
                    <a:xfrm>
                      <a:off x="0" y="0"/>
                      <a:ext cx="984250" cy="659356"/>
                    </a:xfrm>
                    <a:prstGeom prst="rect">
                      <a:avLst/>
                    </a:prstGeom>
                    <a:ln>
                      <a:solidFill>
                        <a:schemeClr val="accent1"/>
                      </a:solidFill>
                    </a:ln>
                  </pic:spPr>
                </pic:pic>
              </a:graphicData>
            </a:graphic>
            <wp14:sizeRelH relativeFrom="page">
              <wp14:pctWidth>0</wp14:pctWidth>
            </wp14:sizeRelH>
            <wp14:sizeRelV relativeFrom="page">
              <wp14:pctHeight>0</wp14:pctHeight>
            </wp14:sizeRelV>
          </wp:anchor>
        </w:drawing>
      </w:r>
      <w:r>
        <w:tab/>
      </w:r>
      <w:r>
        <w:rPr>
          <w:rFonts w:asciiTheme="majorHAnsi" w:hAnsiTheme="majorHAnsi"/>
          <w:i/>
          <w:sz w:val="36"/>
        </w:rPr>
        <w:t xml:space="preserve">Foranstaltninger på mellemlang sigt </w:t>
      </w:r>
      <w:r w:rsidR="00B5434F">
        <w:rPr>
          <w:rFonts w:asciiTheme="majorHAnsi" w:hAnsiTheme="majorHAnsi"/>
          <w:i/>
          <w:sz w:val="36"/>
        </w:rPr>
        <w:tab/>
      </w:r>
      <w:r>
        <w:rPr>
          <w:rFonts w:asciiTheme="majorHAnsi" w:hAnsiTheme="majorHAnsi"/>
          <w:i/>
          <w:sz w:val="36"/>
        </w:rPr>
        <w:t>(1</w:t>
      </w:r>
      <w:r w:rsidR="00B5434F">
        <w:rPr>
          <w:rFonts w:asciiTheme="majorHAnsi" w:hAnsiTheme="majorHAnsi"/>
          <w:i/>
          <w:sz w:val="36"/>
        </w:rPr>
        <w:noBreakHyphen/>
      </w:r>
      <w:r>
        <w:rPr>
          <w:rFonts w:asciiTheme="majorHAnsi" w:hAnsiTheme="majorHAnsi"/>
          <w:i/>
          <w:sz w:val="36"/>
        </w:rPr>
        <w:t>3 år)</w:t>
      </w:r>
    </w:p>
    <w:p w14:paraId="0A7EFE12" w14:textId="77777777" w:rsidR="00E612E2" w:rsidRPr="000959AC" w:rsidRDefault="00E612E2" w:rsidP="00B5434F">
      <w:pPr>
        <w:spacing w:after="120"/>
        <w:rPr>
          <w:rFonts w:ascii="Segoe UI Emoji" w:hAnsi="Segoe UI Emoji" w:cs="Segoe UI Emoji"/>
          <w:sz w:val="28"/>
          <w:szCs w:val="28"/>
        </w:rPr>
      </w:pPr>
    </w:p>
    <w:p w14:paraId="5D8369A6" w14:textId="2C51FBFB" w:rsidR="00273113" w:rsidRPr="000959AC" w:rsidRDefault="00646124" w:rsidP="00B5434F">
      <w:pPr>
        <w:spacing w:after="120"/>
        <w:jc w:val="both"/>
        <w:rPr>
          <w:rFonts w:asciiTheme="majorHAnsi" w:hAnsiTheme="majorHAnsi" w:cstheme="majorHAnsi"/>
          <w:sz w:val="28"/>
          <w:szCs w:val="28"/>
        </w:rPr>
      </w:pPr>
      <w:r>
        <w:rPr>
          <w:rFonts w:ascii="Segoe UI Emoji" w:hAnsi="Segoe UI Emoji"/>
          <w:sz w:val="28"/>
        </w:rPr>
        <w:t>✅</w:t>
      </w:r>
      <w:r>
        <w:rPr>
          <w:sz w:val="28"/>
        </w:rPr>
        <w:t xml:space="preserve"> </w:t>
      </w:r>
      <w:r w:rsidRPr="00B5434F">
        <w:rPr>
          <w:rFonts w:ascii="Calibri" w:hAnsi="Calibri" w:cs="Calibri"/>
          <w:sz w:val="28"/>
        </w:rPr>
        <w:t>Etabler bydelsgrupper, der samler lokale og indvandrere, så de sammen kan tackle udfordringer i kvarteret. Erfaringer viser, at skabelsen af rum, hvor den lokale befolkning og indvandrere kan mødes, forstå hinanden, finde fælles interesser og skabe løsninger sammen, bidrager til at opbygge et fællesskab og mindske spændingerne.</w:t>
      </w:r>
      <w:r>
        <w:rPr>
          <w:rFonts w:asciiTheme="majorHAnsi" w:hAnsiTheme="majorHAnsi"/>
          <w:sz w:val="28"/>
        </w:rPr>
        <w:t xml:space="preserve"> </w:t>
      </w:r>
    </w:p>
    <w:p w14:paraId="5BF53F01" w14:textId="6C022B28" w:rsidR="00273113" w:rsidRPr="000959AC" w:rsidRDefault="00646124" w:rsidP="00B5434F">
      <w:pPr>
        <w:spacing w:after="120"/>
        <w:jc w:val="both"/>
        <w:rPr>
          <w:rFonts w:asciiTheme="majorHAnsi" w:hAnsiTheme="majorHAnsi" w:cstheme="majorHAnsi"/>
          <w:sz w:val="28"/>
          <w:szCs w:val="28"/>
        </w:rPr>
      </w:pPr>
      <w:r>
        <w:rPr>
          <w:rFonts w:ascii="Segoe UI Emoji" w:hAnsi="Segoe UI Emoji"/>
          <w:sz w:val="28"/>
        </w:rPr>
        <w:t>✅</w:t>
      </w:r>
      <w:r>
        <w:rPr>
          <w:sz w:val="28"/>
        </w:rPr>
        <w:t xml:space="preserve"> Udvikl en digital platform til at matche lokale og indvandrere (f.eks. bolig, mentorordninger, færdigheder, hobbyer osv.).</w:t>
      </w:r>
      <w:r>
        <w:rPr>
          <w:rFonts w:asciiTheme="majorHAnsi" w:hAnsiTheme="majorHAnsi"/>
          <w:sz w:val="28"/>
        </w:rPr>
        <w:t xml:space="preserve"> </w:t>
      </w:r>
    </w:p>
    <w:p w14:paraId="23ADB33C" w14:textId="2EA5509A" w:rsidR="00273113" w:rsidRPr="000959AC" w:rsidRDefault="00646124" w:rsidP="00B5434F">
      <w:pPr>
        <w:spacing w:after="120"/>
        <w:jc w:val="both"/>
        <w:rPr>
          <w:rFonts w:asciiTheme="majorHAnsi" w:hAnsiTheme="majorHAnsi" w:cstheme="majorHAnsi"/>
          <w:sz w:val="28"/>
          <w:szCs w:val="28"/>
        </w:rPr>
      </w:pPr>
      <w:r>
        <w:rPr>
          <w:rFonts w:ascii="Segoe UI Emoji" w:hAnsi="Segoe UI Emoji"/>
          <w:sz w:val="28"/>
        </w:rPr>
        <w:t>✅</w:t>
      </w:r>
      <w:r>
        <w:rPr>
          <w:sz w:val="28"/>
        </w:rPr>
        <w:t xml:space="preserve"> Søg og opnå EU-finansiering/regional finansiering (f.eks. Asyl- og Migrationsfonden, Den Europæiske Socialfond) til langsigtede programmer.</w:t>
      </w:r>
      <w:r>
        <w:rPr>
          <w:rFonts w:asciiTheme="majorHAnsi" w:hAnsiTheme="majorHAnsi"/>
          <w:sz w:val="28"/>
        </w:rPr>
        <w:t xml:space="preserve"> </w:t>
      </w:r>
    </w:p>
    <w:p w14:paraId="788A9E4E" w14:textId="6AE34797" w:rsidR="00273113" w:rsidRPr="000959AC" w:rsidRDefault="00646124" w:rsidP="00B5434F">
      <w:pPr>
        <w:spacing w:after="120"/>
        <w:jc w:val="both"/>
        <w:rPr>
          <w:rFonts w:asciiTheme="majorHAnsi" w:hAnsiTheme="majorHAnsi" w:cstheme="majorHAnsi"/>
          <w:sz w:val="28"/>
          <w:szCs w:val="28"/>
        </w:rPr>
      </w:pPr>
      <w:r>
        <w:rPr>
          <w:rFonts w:ascii="Segoe UI Emoji" w:hAnsi="Segoe UI Emoji"/>
          <w:sz w:val="28"/>
        </w:rPr>
        <w:t>✅</w:t>
      </w:r>
      <w:r>
        <w:rPr>
          <w:sz w:val="28"/>
        </w:rPr>
        <w:t xml:space="preserve"> Uddan politi, lærere og sundhedspersonale i at fremme integrationsprocessen ved at yde rådgivning, anerkende og byde mangfoldigheden i samfundet velkommen.</w:t>
      </w:r>
      <w:r>
        <w:rPr>
          <w:rFonts w:asciiTheme="majorHAnsi" w:hAnsiTheme="majorHAnsi"/>
          <w:sz w:val="28"/>
        </w:rPr>
        <w:t xml:space="preserve"> </w:t>
      </w:r>
    </w:p>
    <w:p w14:paraId="4144C8EC" w14:textId="11AE865F" w:rsidR="003E6EF1" w:rsidRPr="000959AC" w:rsidRDefault="00646124" w:rsidP="00B5434F">
      <w:pPr>
        <w:spacing w:after="120"/>
        <w:jc w:val="both"/>
        <w:rPr>
          <w:rFonts w:asciiTheme="majorHAnsi" w:hAnsiTheme="majorHAnsi" w:cstheme="majorHAnsi"/>
          <w:sz w:val="28"/>
          <w:szCs w:val="28"/>
        </w:rPr>
      </w:pPr>
      <w:r>
        <w:rPr>
          <w:rFonts w:ascii="Segoe UI Emoji" w:hAnsi="Segoe UI Emoji"/>
          <w:sz w:val="28"/>
        </w:rPr>
        <w:t>✅</w:t>
      </w:r>
      <w:r>
        <w:rPr>
          <w:sz w:val="28"/>
        </w:rPr>
        <w:t xml:space="preserve"> Afhold en årlig "integrationsfestival", der arrangeres af indvandrere, hvor de præsenterer deres livretter, yndlingsmusik og -kunst.</w:t>
      </w:r>
    </w:p>
    <w:p w14:paraId="680F3BBC" w14:textId="77777777" w:rsidR="00E612E2" w:rsidRPr="000959AC" w:rsidRDefault="00E612E2" w:rsidP="00646124">
      <w:pPr>
        <w:rPr>
          <w:rFonts w:asciiTheme="majorHAnsi" w:hAnsiTheme="majorHAnsi" w:cstheme="majorHAnsi"/>
          <w:sz w:val="28"/>
          <w:szCs w:val="28"/>
        </w:rPr>
      </w:pPr>
    </w:p>
    <w:p w14:paraId="4C03DD6B" w14:textId="41B8B745" w:rsidR="00646124" w:rsidRPr="000959AC" w:rsidRDefault="009F4F12" w:rsidP="00646124">
      <w:pPr>
        <w:rPr>
          <w:rFonts w:asciiTheme="majorHAnsi" w:hAnsiTheme="majorHAnsi" w:cstheme="majorHAnsi"/>
          <w:i/>
          <w:iCs/>
          <w:sz w:val="28"/>
          <w:szCs w:val="28"/>
        </w:rPr>
      </w:pPr>
      <w:r>
        <w:rPr>
          <w:rFonts w:asciiTheme="majorHAnsi" w:hAnsiTheme="majorHAnsi"/>
          <w:i/>
          <w:noProof/>
          <w:sz w:val="36"/>
        </w:rPr>
        <w:drawing>
          <wp:anchor distT="0" distB="0" distL="114300" distR="114300" simplePos="0" relativeHeight="251660288" behindDoc="0" locked="0" layoutInCell="1" allowOverlap="1" wp14:anchorId="41EE5A39" wp14:editId="46108B81">
            <wp:simplePos x="0" y="0"/>
            <wp:positionH relativeFrom="column">
              <wp:posOffset>0</wp:posOffset>
            </wp:positionH>
            <wp:positionV relativeFrom="paragraph">
              <wp:posOffset>1270</wp:posOffset>
            </wp:positionV>
            <wp:extent cx="1295400" cy="863450"/>
            <wp:effectExtent l="19050" t="19050" r="19050" b="13335"/>
            <wp:wrapSquare wrapText="bothSides"/>
            <wp:docPr id="14" name="Picture 14" descr="Calend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Calendar"/>
                    <pic:cNvPicPr/>
                  </pic:nvPicPr>
                  <pic:blipFill>
                    <a:blip r:embed="rId11"/>
                    <a:stretch>
                      <a:fillRect/>
                    </a:stretch>
                  </pic:blipFill>
                  <pic:spPr>
                    <a:xfrm>
                      <a:off x="0" y="0"/>
                      <a:ext cx="1295400" cy="863450"/>
                    </a:xfrm>
                    <a:prstGeom prst="rect">
                      <a:avLst/>
                    </a:prstGeom>
                    <a:ln>
                      <a:solidFill>
                        <a:schemeClr val="accent1"/>
                      </a:solidFill>
                    </a:ln>
                  </pic:spPr>
                </pic:pic>
              </a:graphicData>
            </a:graphic>
            <wp14:sizeRelH relativeFrom="page">
              <wp14:pctWidth>0</wp14:pctWidth>
            </wp14:sizeRelH>
            <wp14:sizeRelV relativeFrom="page">
              <wp14:pctHeight>0</wp14:pctHeight>
            </wp14:sizeRelV>
          </wp:anchor>
        </w:drawing>
      </w:r>
      <w:r>
        <w:tab/>
      </w:r>
      <w:r>
        <w:rPr>
          <w:rFonts w:asciiTheme="majorHAnsi" w:hAnsiTheme="majorHAnsi"/>
          <w:i/>
          <w:sz w:val="36"/>
        </w:rPr>
        <w:t>Foranstaltninger på lang sigt (3-5 år)</w:t>
      </w:r>
    </w:p>
    <w:p w14:paraId="2B0F26A7" w14:textId="77777777" w:rsidR="00E612E2" w:rsidRPr="000959AC" w:rsidRDefault="00E612E2" w:rsidP="00646124">
      <w:pPr>
        <w:rPr>
          <w:rFonts w:ascii="Segoe UI Emoji" w:hAnsi="Segoe UI Emoji" w:cs="Segoe UI Emoji"/>
          <w:sz w:val="28"/>
          <w:szCs w:val="28"/>
        </w:rPr>
      </w:pPr>
    </w:p>
    <w:p w14:paraId="6A1EFC0F" w14:textId="77777777" w:rsidR="00E612E2" w:rsidRPr="000959AC" w:rsidRDefault="00E612E2" w:rsidP="00B5434F">
      <w:pPr>
        <w:spacing w:after="120"/>
        <w:rPr>
          <w:rFonts w:ascii="Segoe UI Emoji" w:hAnsi="Segoe UI Emoji" w:cs="Segoe UI Emoji"/>
          <w:sz w:val="28"/>
          <w:szCs w:val="28"/>
        </w:rPr>
      </w:pPr>
    </w:p>
    <w:p w14:paraId="78E3D2D4" w14:textId="48B3420D" w:rsidR="00273113" w:rsidRPr="000959AC" w:rsidRDefault="00646124" w:rsidP="00CA2DED">
      <w:pPr>
        <w:jc w:val="both"/>
        <w:rPr>
          <w:rFonts w:asciiTheme="majorHAnsi" w:hAnsiTheme="majorHAnsi" w:cstheme="majorHAnsi"/>
          <w:sz w:val="28"/>
          <w:szCs w:val="28"/>
        </w:rPr>
      </w:pPr>
      <w:r>
        <w:rPr>
          <w:rFonts w:ascii="Segoe UI Emoji" w:hAnsi="Segoe UI Emoji"/>
          <w:sz w:val="28"/>
        </w:rPr>
        <w:t>✅</w:t>
      </w:r>
      <w:r>
        <w:rPr>
          <w:sz w:val="28"/>
        </w:rPr>
        <w:t xml:space="preserve"> Tilskynd til og let indvandrernes repræsentation i den lokale demokratiske proces.</w:t>
      </w:r>
      <w:r>
        <w:rPr>
          <w:rFonts w:asciiTheme="majorHAnsi" w:hAnsiTheme="majorHAnsi"/>
          <w:sz w:val="28"/>
        </w:rPr>
        <w:t xml:space="preserve"> Sørg for, at de forstår, hvordan det fungerer, hvad der forventes af dem, hvad deres rettigheder er, hvad der ikke er tilladt, og </w:t>
      </w:r>
      <w:r>
        <w:rPr>
          <w:rFonts w:asciiTheme="majorHAnsi" w:hAnsiTheme="majorHAnsi"/>
          <w:sz w:val="28"/>
        </w:rPr>
        <w:lastRenderedPageBreak/>
        <w:t>hvordan de kan bidrage til det lokale demokratiske liv. Prøv at oprette bydels- eller skoleråd.</w:t>
      </w:r>
    </w:p>
    <w:p w14:paraId="6FFB717D" w14:textId="78B06780" w:rsidR="00904000" w:rsidRPr="000959AC" w:rsidRDefault="00646124" w:rsidP="00CA2DED">
      <w:pPr>
        <w:jc w:val="both"/>
        <w:rPr>
          <w:rFonts w:asciiTheme="majorHAnsi" w:hAnsiTheme="majorHAnsi" w:cstheme="majorHAnsi"/>
          <w:sz w:val="28"/>
          <w:szCs w:val="28"/>
        </w:rPr>
      </w:pPr>
      <w:r>
        <w:rPr>
          <w:rFonts w:ascii="Segoe UI Emoji" w:hAnsi="Segoe UI Emoji"/>
          <w:sz w:val="28"/>
        </w:rPr>
        <w:t>✅</w:t>
      </w:r>
      <w:r>
        <w:rPr>
          <w:sz w:val="28"/>
        </w:rPr>
        <w:t xml:space="preserve"> Opret en kommunal integrationsfond med bidrag fra virksomheder, der skaber blandede rum til interaktion mellem lokale og indvandrere (f.eks. til fælles haveaktiviteter i byer, kulturelle/musikalske workshopper osv.).</w:t>
      </w:r>
      <w:r>
        <w:rPr>
          <w:rFonts w:asciiTheme="majorHAnsi" w:hAnsiTheme="majorHAnsi"/>
          <w:sz w:val="28"/>
        </w:rPr>
        <w:t xml:space="preserve"> </w:t>
      </w:r>
    </w:p>
    <w:p w14:paraId="680E0548" w14:textId="64C988B7" w:rsidR="00273113" w:rsidRPr="000959AC" w:rsidRDefault="00646124" w:rsidP="00CA2DED">
      <w:pPr>
        <w:jc w:val="both"/>
        <w:rPr>
          <w:rFonts w:asciiTheme="majorHAnsi" w:hAnsiTheme="majorHAnsi" w:cstheme="majorHAnsi"/>
          <w:sz w:val="28"/>
          <w:szCs w:val="28"/>
        </w:rPr>
      </w:pPr>
      <w:r>
        <w:rPr>
          <w:rFonts w:ascii="Segoe UI Emoji" w:hAnsi="Segoe UI Emoji"/>
          <w:sz w:val="28"/>
        </w:rPr>
        <w:t>✅</w:t>
      </w:r>
      <w:r>
        <w:rPr>
          <w:sz w:val="28"/>
        </w:rPr>
        <w:t xml:space="preserve"> Udvid samarbejdet med lokale arbejdsgivere (private og offentlige) til at omfatte uddannelse inden for specifikke sektorer såsom sundhedspleje eller IT.</w:t>
      </w:r>
      <w:r>
        <w:rPr>
          <w:rFonts w:asciiTheme="majorHAnsi" w:hAnsiTheme="majorHAnsi"/>
          <w:sz w:val="28"/>
        </w:rPr>
        <w:t xml:space="preserve"> </w:t>
      </w:r>
    </w:p>
    <w:p w14:paraId="400F6562" w14:textId="084AE737" w:rsidR="00273113" w:rsidRPr="000959AC" w:rsidRDefault="00646124" w:rsidP="00CA2DED">
      <w:pPr>
        <w:jc w:val="both"/>
        <w:rPr>
          <w:rFonts w:asciiTheme="majorHAnsi" w:hAnsiTheme="majorHAnsi" w:cstheme="majorHAnsi"/>
          <w:sz w:val="28"/>
          <w:szCs w:val="28"/>
        </w:rPr>
      </w:pPr>
      <w:r>
        <w:rPr>
          <w:rFonts w:ascii="Segoe UI Emoji" w:hAnsi="Segoe UI Emoji"/>
          <w:sz w:val="28"/>
        </w:rPr>
        <w:t>✅</w:t>
      </w:r>
      <w:r>
        <w:rPr>
          <w:sz w:val="28"/>
        </w:rPr>
        <w:t xml:space="preserve"> Offentliggør en årlig integrationsrapport, der viser, hvordan lokalbefolkningens frivillige arbejde bidrager til vellykkede resultater.</w:t>
      </w:r>
      <w:r>
        <w:rPr>
          <w:rFonts w:asciiTheme="majorHAnsi" w:hAnsiTheme="majorHAnsi"/>
          <w:sz w:val="28"/>
        </w:rPr>
        <w:t xml:space="preserve"> Sørg for, at rapporten bliver formidlet bredt. </w:t>
      </w:r>
    </w:p>
    <w:p w14:paraId="698203EB" w14:textId="77777777" w:rsidR="00F66EDD" w:rsidRPr="000959AC" w:rsidRDefault="00646124" w:rsidP="00F66EDD">
      <w:pPr>
        <w:jc w:val="both"/>
        <w:rPr>
          <w:rFonts w:asciiTheme="majorHAnsi" w:hAnsiTheme="majorHAnsi" w:cstheme="majorHAnsi"/>
          <w:sz w:val="28"/>
          <w:szCs w:val="28"/>
        </w:rPr>
      </w:pPr>
      <w:r>
        <w:rPr>
          <w:rFonts w:ascii="Segoe UI Emoji" w:hAnsi="Segoe UI Emoji"/>
          <w:sz w:val="28"/>
        </w:rPr>
        <w:t>✅</w:t>
      </w:r>
      <w:r>
        <w:rPr>
          <w:sz w:val="28"/>
        </w:rPr>
        <w:t xml:space="preserve"> Anmod den nationale regering om mere fleksibel finansiering af lokale integrationsinitiativer.</w:t>
      </w:r>
    </w:p>
    <w:p w14:paraId="2736173F" w14:textId="2AD1E8E8" w:rsidR="00F66EDD" w:rsidRPr="000959AC" w:rsidRDefault="00F66EDD" w:rsidP="00F66EDD">
      <w:pPr>
        <w:jc w:val="both"/>
        <w:rPr>
          <w:rFonts w:asciiTheme="majorHAnsi" w:hAnsiTheme="majorHAnsi" w:cstheme="majorHAnsi"/>
          <w:b/>
          <w:bCs/>
          <w:i/>
          <w:iCs/>
          <w:sz w:val="28"/>
          <w:szCs w:val="28"/>
        </w:rPr>
      </w:pPr>
      <w:r>
        <w:rPr>
          <w:rFonts w:ascii="Segoe UI Emoji" w:hAnsi="Segoe UI Emoji"/>
          <w:sz w:val="28"/>
        </w:rPr>
        <w:t>✅</w:t>
      </w:r>
      <w:r>
        <w:rPr>
          <w:sz w:val="28"/>
        </w:rPr>
        <w:t xml:space="preserve"> Undgå, at der dannes "ghettoer", hvor kvarterer i overvældende grad er befolket af én bestemt befolkningsgruppe.</w:t>
      </w:r>
      <w:r>
        <w:rPr>
          <w:rFonts w:asciiTheme="majorHAnsi" w:hAnsiTheme="majorHAnsi"/>
          <w:sz w:val="28"/>
        </w:rPr>
        <w:t xml:space="preserve"> Brug incitamenter, investeringer, byplanlægning og samarbejde med skoler og virksomheder til at holde alle kvarterer blandede. </w:t>
      </w:r>
      <w:r>
        <w:rPr>
          <w:rFonts w:asciiTheme="majorHAnsi" w:hAnsiTheme="majorHAnsi"/>
          <w:b/>
          <w:i/>
          <w:sz w:val="28"/>
        </w:rPr>
        <w:t>Målet er at skabe en fælles følelse blandt alle borgere af, at de hører til i den samme by.</w:t>
      </w:r>
    </w:p>
    <w:p w14:paraId="3E83A034" w14:textId="77777777" w:rsidR="00DA02CD" w:rsidRPr="000959AC" w:rsidRDefault="00DA02CD">
      <w:pPr>
        <w:rPr>
          <w:rFonts w:ascii="Gill Sans Std ExtraBold" w:hAnsi="Gill Sans Std ExtraBold" w:cstheme="majorHAnsi"/>
          <w:b/>
          <w:bCs/>
          <w:color w:val="FFFFFF" w:themeColor="background1"/>
          <w:sz w:val="32"/>
          <w:szCs w:val="32"/>
          <w:highlight w:val="black"/>
          <w:u w:val="single"/>
        </w:rPr>
      </w:pPr>
    </w:p>
    <w:p w14:paraId="15FD7921" w14:textId="3BE904EF" w:rsidR="00DA02CD" w:rsidRPr="000959AC" w:rsidRDefault="00803583" w:rsidP="00790E27">
      <w:pPr>
        <w:jc w:val="center"/>
        <w:rPr>
          <w:rFonts w:ascii="Gill Sans Std ExtraBold" w:hAnsi="Gill Sans Std ExtraBold" w:cstheme="majorHAnsi"/>
          <w:b/>
          <w:bCs/>
          <w:color w:val="C00000"/>
          <w:sz w:val="32"/>
          <w:szCs w:val="32"/>
          <w:u w:val="single"/>
        </w:rPr>
      </w:pPr>
      <w:r>
        <w:rPr>
          <w:rFonts w:ascii="Gill Sans Std ExtraBold" w:hAnsi="Gill Sans Std ExtraBold"/>
          <w:b/>
          <w:color w:val="FFFFFF" w:themeColor="background1"/>
          <w:sz w:val="32"/>
          <w:highlight w:val="black"/>
          <w:u w:val="single"/>
        </w:rPr>
        <w:t>2. Aktivt involveret lokalbefolkning:</w:t>
      </w:r>
      <w:r>
        <w:rPr>
          <w:rFonts w:ascii="Gill Sans Std ExtraBold" w:hAnsi="Gill Sans Std ExtraBold"/>
          <w:b/>
          <w:color w:val="C00000"/>
          <w:sz w:val="32"/>
          <w:u w:val="single"/>
        </w:rPr>
        <w:t xml:space="preserve"> Sådan engageres den lokale befolkning</w:t>
      </w:r>
    </w:p>
    <w:p w14:paraId="0974444E" w14:textId="77777777" w:rsidR="00DA02CD" w:rsidRPr="000959AC" w:rsidRDefault="00DA02CD">
      <w:pPr>
        <w:rPr>
          <w:rFonts w:ascii="Gill Sans Std ExtraBold" w:hAnsi="Gill Sans Std ExtraBold" w:cstheme="majorHAnsi"/>
          <w:b/>
          <w:bCs/>
          <w:color w:val="C00000"/>
          <w:sz w:val="20"/>
          <w:szCs w:val="20"/>
          <w:u w:val="single"/>
        </w:rPr>
      </w:pPr>
    </w:p>
    <w:p w14:paraId="269C7326" w14:textId="756F1E36" w:rsidR="00FA2AEB" w:rsidRPr="000959AC" w:rsidRDefault="00E253A2">
      <w:pPr>
        <w:rPr>
          <w:rFonts w:asciiTheme="majorHAnsi" w:hAnsiTheme="majorHAnsi" w:cstheme="majorHAnsi"/>
          <w:sz w:val="28"/>
          <w:szCs w:val="28"/>
        </w:rPr>
      </w:pPr>
      <w:r>
        <w:rPr>
          <w:rFonts w:asciiTheme="majorHAnsi" w:hAnsiTheme="majorHAnsi"/>
          <w:b/>
          <w:outline/>
          <w:color w:val="C0504D" w:themeColor="accent2"/>
          <w:sz w:val="40"/>
          <w14:glow w14:rad="63500">
            <w14:schemeClr w14:val="accent2">
              <w14:alpha w14:val="60000"/>
              <w14:satMod w14:val="175000"/>
            </w14:schemeClr>
          </w14:glow>
          <w14:shadow w14:blurRad="0" w14:dist="38100" w14:dir="2700000" w14:sx="100000" w14:sy="100000" w14:kx="0" w14:ky="0" w14:algn="tl">
            <w14:schemeClr w14:val="accent2"/>
          </w14:shadow>
          <w14:reflection w14:blurRad="6350" w14:stA="50000" w14:stPos="0" w14:endA="300" w14:endPos="50000" w14:dist="60007" w14:dir="5400000" w14:fadeDir="5400000" w14:sx="100000" w14:sy="-100000" w14:kx="0" w14:ky="0" w14:algn="bl"/>
          <w14:textOutline w14:w="6604" w14:cap="flat" w14:cmpd="sng" w14:algn="ctr">
            <w14:solidFill>
              <w14:schemeClr w14:val="accent2"/>
            </w14:solidFill>
            <w14:prstDash w14:val="solid"/>
            <w14:round/>
          </w14:textOutline>
          <w14:textFill>
            <w14:noFill/>
          </w14:textFill>
        </w:rPr>
        <w:t>A.</w:t>
      </w:r>
      <w:r>
        <w:rPr>
          <w:rFonts w:asciiTheme="majorHAnsi" w:hAnsiTheme="majorHAnsi"/>
          <w:sz w:val="28"/>
        </w:rPr>
        <w:t xml:space="preserve"> </w:t>
      </w:r>
      <w:r>
        <w:rPr>
          <w:rFonts w:asciiTheme="majorHAnsi" w:hAnsiTheme="majorHAnsi"/>
          <w:sz w:val="28"/>
        </w:rPr>
        <w:tab/>
      </w:r>
      <w:r>
        <w:rPr>
          <w:rFonts w:asciiTheme="majorHAnsi" w:hAnsiTheme="majorHAnsi"/>
          <w:b/>
          <w:sz w:val="32"/>
        </w:rPr>
        <w:t>Opbyg tillid gennem gennemsigtighed og kommunikation</w:t>
      </w:r>
    </w:p>
    <w:p w14:paraId="2BBF514D" w14:textId="46932D62" w:rsidR="00962E88" w:rsidRPr="000959AC" w:rsidRDefault="00E253A2" w:rsidP="00803583">
      <w:pPr>
        <w:pStyle w:val="ListParagraph"/>
        <w:numPr>
          <w:ilvl w:val="0"/>
          <w:numId w:val="10"/>
        </w:numPr>
        <w:jc w:val="both"/>
        <w:rPr>
          <w:rFonts w:asciiTheme="majorHAnsi" w:hAnsiTheme="majorHAnsi" w:cstheme="majorHAnsi"/>
          <w:sz w:val="28"/>
          <w:szCs w:val="28"/>
        </w:rPr>
      </w:pPr>
      <w:r>
        <w:rPr>
          <w:rFonts w:asciiTheme="majorHAnsi" w:hAnsiTheme="majorHAnsi"/>
          <w:sz w:val="28"/>
        </w:rPr>
        <w:t>Forklar tydeligt fordelene ved integration (f.eks. økonomisk vækst, kulturel berigelse, stærkere samfund).</w:t>
      </w:r>
    </w:p>
    <w:p w14:paraId="7E331400" w14:textId="662EDB41" w:rsidR="00962E88" w:rsidRPr="000959AC" w:rsidRDefault="00F66C9E" w:rsidP="00803583">
      <w:pPr>
        <w:pStyle w:val="ListParagraph"/>
        <w:numPr>
          <w:ilvl w:val="0"/>
          <w:numId w:val="10"/>
        </w:numPr>
        <w:jc w:val="both"/>
        <w:rPr>
          <w:rFonts w:asciiTheme="majorHAnsi" w:hAnsiTheme="majorHAnsi" w:cstheme="majorHAnsi"/>
          <w:sz w:val="28"/>
          <w:szCs w:val="28"/>
        </w:rPr>
      </w:pPr>
      <w:r>
        <w:rPr>
          <w:rFonts w:asciiTheme="majorHAnsi" w:hAnsiTheme="majorHAnsi"/>
          <w:sz w:val="28"/>
        </w:rPr>
        <w:lastRenderedPageBreak/>
        <w:t>Tal åbent om bekymringer (f.eks. boligmangel, konkurrence på arbejdsmarkedet), samtidig med at alles pligter og rettigheder understreges.</w:t>
      </w:r>
    </w:p>
    <w:p w14:paraId="7F369F12" w14:textId="374B3CE8" w:rsidR="00FA2AEB" w:rsidRPr="00B5434F" w:rsidRDefault="00B87CD7" w:rsidP="00803583">
      <w:pPr>
        <w:pStyle w:val="ListParagraph"/>
        <w:numPr>
          <w:ilvl w:val="0"/>
          <w:numId w:val="10"/>
        </w:numPr>
        <w:jc w:val="both"/>
        <w:rPr>
          <w:rFonts w:asciiTheme="majorHAnsi" w:hAnsiTheme="majorHAnsi" w:cstheme="majorHAnsi"/>
          <w:sz w:val="28"/>
          <w:szCs w:val="28"/>
        </w:rPr>
      </w:pPr>
      <w:r>
        <w:rPr>
          <w:rFonts w:asciiTheme="majorHAnsi" w:hAnsiTheme="majorHAnsi"/>
          <w:sz w:val="28"/>
        </w:rPr>
        <w:t>Samarbejd med medier og lokale ledere for at bekæmpe misinformation.</w:t>
      </w:r>
    </w:p>
    <w:p w14:paraId="4669AEB6" w14:textId="77777777" w:rsidR="00B5434F" w:rsidRPr="00B5434F" w:rsidRDefault="00B5434F" w:rsidP="00B5434F">
      <w:pPr>
        <w:spacing w:after="0"/>
        <w:ind w:left="357"/>
        <w:jc w:val="both"/>
        <w:rPr>
          <w:rFonts w:asciiTheme="majorHAnsi" w:hAnsiTheme="majorHAnsi" w:cstheme="majorHAnsi"/>
          <w:sz w:val="28"/>
          <w:szCs w:val="28"/>
        </w:rPr>
      </w:pPr>
    </w:p>
    <w:p w14:paraId="242DC7E1" w14:textId="6126A5F3" w:rsidR="00FA2AEB" w:rsidRPr="000959AC" w:rsidRDefault="00E253A2">
      <w:pPr>
        <w:rPr>
          <w:rFonts w:asciiTheme="majorHAnsi" w:hAnsiTheme="majorHAnsi" w:cstheme="majorHAnsi"/>
          <w:sz w:val="28"/>
          <w:szCs w:val="28"/>
        </w:rPr>
      </w:pPr>
      <w:r>
        <w:rPr>
          <w:rFonts w:asciiTheme="majorHAnsi" w:hAnsiTheme="majorHAnsi"/>
          <w:b/>
          <w:outline/>
          <w:color w:val="C0504D" w:themeColor="accent2"/>
          <w:sz w:val="40"/>
          <w14:glow w14:rad="63500">
            <w14:schemeClr w14:val="accent2">
              <w14:alpha w14:val="60000"/>
              <w14:satMod w14:val="175000"/>
            </w14:schemeClr>
          </w14:glow>
          <w14:shadow w14:blurRad="0" w14:dist="38100" w14:dir="2700000" w14:sx="100000" w14:sy="100000" w14:kx="0" w14:ky="0" w14:algn="tl">
            <w14:schemeClr w14:val="accent2"/>
          </w14:shadow>
          <w14:reflection w14:blurRad="6350" w14:stA="50000" w14:stPos="0" w14:endA="300" w14:endPos="50000" w14:dist="60007" w14:dir="5400000" w14:fadeDir="5400000" w14:sx="100000" w14:sy="-100000" w14:kx="0" w14:ky="0" w14:algn="bl"/>
          <w14:textOutline w14:w="6604" w14:cap="flat" w14:cmpd="sng" w14:algn="ctr">
            <w14:solidFill>
              <w14:schemeClr w14:val="accent2"/>
            </w14:solidFill>
            <w14:prstDash w14:val="solid"/>
            <w14:round/>
          </w14:textOutline>
          <w14:textFill>
            <w14:noFill/>
          </w14:textFill>
        </w:rPr>
        <w:t>B.</w:t>
      </w:r>
      <w:r>
        <w:rPr>
          <w:rFonts w:asciiTheme="majorHAnsi" w:hAnsiTheme="majorHAnsi"/>
          <w:sz w:val="40"/>
        </w:rPr>
        <w:t xml:space="preserve"> </w:t>
      </w:r>
      <w:r>
        <w:rPr>
          <w:rFonts w:asciiTheme="majorHAnsi" w:hAnsiTheme="majorHAnsi"/>
          <w:sz w:val="28"/>
        </w:rPr>
        <w:tab/>
      </w:r>
      <w:r>
        <w:rPr>
          <w:rFonts w:asciiTheme="majorHAnsi" w:hAnsiTheme="majorHAnsi"/>
          <w:b/>
          <w:sz w:val="32"/>
        </w:rPr>
        <w:t>Opret og støt frivillig- og mentorprogrammer</w:t>
      </w:r>
    </w:p>
    <w:p w14:paraId="5CAEFC5C" w14:textId="6ACBF228" w:rsidR="00962E88" w:rsidRPr="000959AC" w:rsidRDefault="00E253A2" w:rsidP="00803583">
      <w:pPr>
        <w:pStyle w:val="ListParagraph"/>
        <w:numPr>
          <w:ilvl w:val="0"/>
          <w:numId w:val="11"/>
        </w:numPr>
        <w:jc w:val="both"/>
        <w:rPr>
          <w:rFonts w:asciiTheme="majorHAnsi" w:hAnsiTheme="majorHAnsi" w:cstheme="majorHAnsi"/>
          <w:sz w:val="28"/>
          <w:szCs w:val="28"/>
        </w:rPr>
      </w:pPr>
      <w:r>
        <w:rPr>
          <w:rFonts w:asciiTheme="majorHAnsi" w:hAnsiTheme="majorHAnsi"/>
          <w:sz w:val="28"/>
        </w:rPr>
        <w:t xml:space="preserve">Fastlæg roller for lokale (f.eks. mentorer, sprogpartnere, boligformidlere). Fastsæt en minimumsperiode for det frivillige arbejde (f.eks. seks måneder) med oplæring. Erfaringer viser, at den sociale samhørighed forbedres, når de lokale borgere inddrages </w:t>
      </w:r>
      <w:r>
        <w:rPr>
          <w:rFonts w:asciiTheme="majorHAnsi" w:hAnsiTheme="majorHAnsi"/>
          <w:sz w:val="28"/>
          <w:u w:val="single"/>
        </w:rPr>
        <w:t>som samarbejdspartnere</w:t>
      </w:r>
      <w:r>
        <w:rPr>
          <w:rFonts w:asciiTheme="majorHAnsi" w:hAnsiTheme="majorHAnsi"/>
          <w:sz w:val="28"/>
        </w:rPr>
        <w:t>.</w:t>
      </w:r>
    </w:p>
    <w:p w14:paraId="2199149D" w14:textId="14335C38" w:rsidR="00FA2AEB" w:rsidRPr="000959AC" w:rsidRDefault="00E253A2" w:rsidP="00803583">
      <w:pPr>
        <w:pStyle w:val="ListParagraph"/>
        <w:numPr>
          <w:ilvl w:val="0"/>
          <w:numId w:val="11"/>
        </w:numPr>
        <w:jc w:val="both"/>
        <w:rPr>
          <w:rFonts w:asciiTheme="majorHAnsi" w:hAnsiTheme="majorHAnsi" w:cstheme="majorHAnsi"/>
          <w:sz w:val="28"/>
          <w:szCs w:val="28"/>
        </w:rPr>
      </w:pPr>
      <w:r>
        <w:rPr>
          <w:rFonts w:asciiTheme="majorHAnsi" w:hAnsiTheme="majorHAnsi"/>
          <w:sz w:val="28"/>
        </w:rPr>
        <w:t>Anerkend bidrag (f.eks. via diplomer, offentlig anerkendelse, gratis entré til kulturelle arrangementer, netværksmuligheder).</w:t>
      </w:r>
    </w:p>
    <w:p w14:paraId="4C26F796" w14:textId="77777777" w:rsidR="00DA02CD" w:rsidRPr="000959AC" w:rsidRDefault="00DA02CD" w:rsidP="00B5434F">
      <w:pPr>
        <w:spacing w:after="0"/>
        <w:rPr>
          <w:rFonts w:asciiTheme="majorHAnsi" w:hAnsiTheme="majorHAnsi" w:cstheme="majorHAnsi"/>
          <w:sz w:val="28"/>
          <w:szCs w:val="28"/>
        </w:rPr>
      </w:pPr>
    </w:p>
    <w:p w14:paraId="625C0E38" w14:textId="034F32DF" w:rsidR="00FA2AEB" w:rsidRPr="000959AC" w:rsidRDefault="00E253A2">
      <w:pPr>
        <w:rPr>
          <w:rFonts w:asciiTheme="majorHAnsi" w:hAnsiTheme="majorHAnsi" w:cstheme="majorHAnsi"/>
          <w:sz w:val="28"/>
          <w:szCs w:val="28"/>
        </w:rPr>
      </w:pPr>
      <w:r>
        <w:rPr>
          <w:rFonts w:asciiTheme="majorHAnsi" w:hAnsiTheme="majorHAnsi"/>
          <w:b/>
          <w:outline/>
          <w:color w:val="C0504D" w:themeColor="accent2"/>
          <w:sz w:val="40"/>
          <w14:glow w14:rad="63500">
            <w14:schemeClr w14:val="accent2">
              <w14:alpha w14:val="60000"/>
              <w14:satMod w14:val="175000"/>
            </w14:schemeClr>
          </w14:glow>
          <w14:shadow w14:blurRad="0" w14:dist="38100" w14:dir="2700000" w14:sx="100000" w14:sy="100000" w14:kx="0" w14:ky="0" w14:algn="tl">
            <w14:schemeClr w14:val="accent2"/>
          </w14:shadow>
          <w14:reflection w14:blurRad="6350" w14:stA="50000" w14:stPos="0" w14:endA="300" w14:endPos="50000" w14:dist="60007" w14:dir="5400000" w14:fadeDir="5400000" w14:sx="100000" w14:sy="-100000" w14:kx="0" w14:ky="0" w14:algn="bl"/>
          <w14:textOutline w14:w="6604" w14:cap="flat" w14:cmpd="sng" w14:algn="ctr">
            <w14:solidFill>
              <w14:schemeClr w14:val="accent2"/>
            </w14:solidFill>
            <w14:prstDash w14:val="solid"/>
            <w14:round/>
          </w14:textOutline>
          <w14:textFill>
            <w14:noFill/>
          </w14:textFill>
        </w:rPr>
        <w:t>C.</w:t>
      </w:r>
      <w:r>
        <w:rPr>
          <w:rFonts w:asciiTheme="majorHAnsi" w:hAnsiTheme="majorHAnsi"/>
          <w:sz w:val="28"/>
        </w:rPr>
        <w:t xml:space="preserve"> </w:t>
      </w:r>
      <w:r>
        <w:rPr>
          <w:rFonts w:asciiTheme="majorHAnsi" w:hAnsiTheme="majorHAnsi"/>
          <w:sz w:val="28"/>
        </w:rPr>
        <w:tab/>
      </w:r>
      <w:r>
        <w:rPr>
          <w:rFonts w:asciiTheme="majorHAnsi" w:hAnsiTheme="majorHAnsi"/>
          <w:b/>
          <w:sz w:val="32"/>
        </w:rPr>
        <w:t>Fremme af fælles rum og kulturel udveksling</w:t>
      </w:r>
    </w:p>
    <w:p w14:paraId="3C8E460B" w14:textId="3F347084" w:rsidR="0019521B" w:rsidRPr="000959AC" w:rsidRDefault="0019521B" w:rsidP="00803583">
      <w:pPr>
        <w:pStyle w:val="ListParagraph"/>
        <w:numPr>
          <w:ilvl w:val="0"/>
          <w:numId w:val="12"/>
        </w:numPr>
        <w:jc w:val="both"/>
        <w:rPr>
          <w:rFonts w:asciiTheme="majorHAnsi" w:hAnsiTheme="majorHAnsi" w:cstheme="majorHAnsi"/>
          <w:sz w:val="28"/>
          <w:szCs w:val="28"/>
        </w:rPr>
      </w:pPr>
      <w:r>
        <w:rPr>
          <w:rFonts w:asciiTheme="majorHAnsi" w:hAnsiTheme="majorHAnsi"/>
          <w:sz w:val="28"/>
        </w:rPr>
        <w:t>Skab muligheder for gensidig forståelse. Erfaringer viser, at samtaler, fælles interesser, vidensdeling, fælles projekter, kulturelle og kulinariske udvekslinger osv. alt sammen mindsker fordomme og fremmer gensidig forståelse.</w:t>
      </w:r>
    </w:p>
    <w:p w14:paraId="3551FD3C" w14:textId="57FB1235" w:rsidR="00803583" w:rsidRPr="000959AC" w:rsidRDefault="00E253A2" w:rsidP="00803583">
      <w:pPr>
        <w:pStyle w:val="ListParagraph"/>
        <w:numPr>
          <w:ilvl w:val="0"/>
          <w:numId w:val="12"/>
        </w:numPr>
        <w:jc w:val="both"/>
        <w:rPr>
          <w:rFonts w:asciiTheme="majorHAnsi" w:hAnsiTheme="majorHAnsi" w:cstheme="majorHAnsi"/>
          <w:sz w:val="28"/>
          <w:szCs w:val="28"/>
        </w:rPr>
      </w:pPr>
      <w:r>
        <w:rPr>
          <w:rFonts w:asciiTheme="majorHAnsi" w:hAnsiTheme="majorHAnsi"/>
          <w:sz w:val="28"/>
        </w:rPr>
        <w:t>Invester i fysiske rum, hvor lokale og indvandrere interagerer naturligt (f.eks. medborgerhuse, parker, markeder). Sørg for, at der tilbydes børnepasningsfaciliteter, skab muligheder for sprogudveksling, fælles måltider osv.</w:t>
      </w:r>
    </w:p>
    <w:p w14:paraId="23EE35D4" w14:textId="3CE6969F" w:rsidR="00FA2AEB" w:rsidRPr="000959AC" w:rsidRDefault="00E253A2" w:rsidP="00803583">
      <w:pPr>
        <w:pStyle w:val="ListParagraph"/>
        <w:numPr>
          <w:ilvl w:val="0"/>
          <w:numId w:val="12"/>
        </w:numPr>
        <w:jc w:val="both"/>
        <w:rPr>
          <w:rFonts w:asciiTheme="majorHAnsi" w:hAnsiTheme="majorHAnsi" w:cstheme="majorHAnsi"/>
          <w:sz w:val="28"/>
          <w:szCs w:val="28"/>
        </w:rPr>
      </w:pPr>
      <w:r>
        <w:rPr>
          <w:rFonts w:asciiTheme="majorHAnsi" w:hAnsiTheme="majorHAnsi"/>
          <w:sz w:val="28"/>
        </w:rPr>
        <w:t>Støt græsrodsinitiativer (f.eks. sportsklubber, kunstprojekter, bydelshaver).</w:t>
      </w:r>
    </w:p>
    <w:p w14:paraId="59187406" w14:textId="77777777" w:rsidR="00803583" w:rsidRPr="000959AC" w:rsidRDefault="00803583">
      <w:pPr>
        <w:rPr>
          <w:rFonts w:asciiTheme="majorHAnsi" w:hAnsiTheme="majorHAnsi" w:cstheme="majorHAnsi"/>
          <w:sz w:val="28"/>
          <w:szCs w:val="28"/>
        </w:rPr>
      </w:pPr>
    </w:p>
    <w:p w14:paraId="17746D74" w14:textId="07EA0563" w:rsidR="00FA2AEB" w:rsidRPr="000959AC" w:rsidRDefault="00E253A2">
      <w:pPr>
        <w:rPr>
          <w:rFonts w:asciiTheme="majorHAnsi" w:hAnsiTheme="majorHAnsi" w:cstheme="majorHAnsi"/>
          <w:sz w:val="28"/>
          <w:szCs w:val="28"/>
        </w:rPr>
      </w:pPr>
      <w:r>
        <w:rPr>
          <w:rFonts w:asciiTheme="majorHAnsi" w:hAnsiTheme="majorHAnsi"/>
          <w:b/>
          <w:outline/>
          <w:color w:val="C0504D" w:themeColor="accent2"/>
          <w:sz w:val="40"/>
          <w14:glow w14:rad="63500">
            <w14:schemeClr w14:val="accent2">
              <w14:alpha w14:val="60000"/>
              <w14:satMod w14:val="175000"/>
            </w14:schemeClr>
          </w14:glow>
          <w14:shadow w14:blurRad="0" w14:dist="38100" w14:dir="2700000" w14:sx="100000" w14:sy="100000" w14:kx="0" w14:ky="0" w14:algn="tl">
            <w14:schemeClr w14:val="accent2"/>
          </w14:shadow>
          <w14:reflection w14:blurRad="6350" w14:stA="50000" w14:stPos="0" w14:endA="300" w14:endPos="50000" w14:dist="60007" w14:dir="5400000" w14:fadeDir="5400000" w14:sx="100000" w14:sy="-100000" w14:kx="0" w14:ky="0" w14:algn="bl"/>
          <w14:textOutline w14:w="6604" w14:cap="flat" w14:cmpd="sng" w14:algn="ctr">
            <w14:solidFill>
              <w14:schemeClr w14:val="accent2"/>
            </w14:solidFill>
            <w14:prstDash w14:val="solid"/>
            <w14:round/>
          </w14:textOutline>
          <w14:textFill>
            <w14:noFill/>
          </w14:textFill>
        </w:rPr>
        <w:lastRenderedPageBreak/>
        <w:t>D.</w:t>
      </w:r>
      <w:r>
        <w:rPr>
          <w:rFonts w:asciiTheme="majorHAnsi" w:hAnsiTheme="majorHAnsi"/>
          <w:sz w:val="28"/>
        </w:rPr>
        <w:t xml:space="preserve"> </w:t>
      </w:r>
      <w:r>
        <w:rPr>
          <w:rFonts w:asciiTheme="majorHAnsi" w:hAnsiTheme="majorHAnsi"/>
          <w:sz w:val="28"/>
        </w:rPr>
        <w:tab/>
      </w:r>
      <w:r>
        <w:rPr>
          <w:rFonts w:asciiTheme="majorHAnsi" w:hAnsiTheme="majorHAnsi"/>
          <w:b/>
          <w:sz w:val="32"/>
        </w:rPr>
        <w:t>Engager arbejdsgivere og fagforeninger</w:t>
      </w:r>
    </w:p>
    <w:p w14:paraId="2E50C5F1" w14:textId="0593249F" w:rsidR="00803583" w:rsidRPr="000959AC" w:rsidRDefault="00E253A2" w:rsidP="00803583">
      <w:pPr>
        <w:pStyle w:val="ListParagraph"/>
        <w:numPr>
          <w:ilvl w:val="0"/>
          <w:numId w:val="13"/>
        </w:numPr>
        <w:jc w:val="both"/>
        <w:rPr>
          <w:rFonts w:asciiTheme="majorHAnsi" w:hAnsiTheme="majorHAnsi" w:cstheme="majorHAnsi"/>
          <w:sz w:val="28"/>
          <w:szCs w:val="28"/>
        </w:rPr>
      </w:pPr>
      <w:r>
        <w:rPr>
          <w:rFonts w:asciiTheme="majorHAnsi" w:hAnsiTheme="majorHAnsi"/>
          <w:sz w:val="28"/>
        </w:rPr>
        <w:t>Tilskynd virksomheder til at ansætte og uddanne indvandrere (f.eks. ved at tilbyde tilskud, skattelettelser). Beskæftigelse fremskynder integrationen.</w:t>
      </w:r>
    </w:p>
    <w:p w14:paraId="04C560E5" w14:textId="4BB9B490" w:rsidR="00FA2AEB" w:rsidRPr="000959AC" w:rsidRDefault="00E253A2" w:rsidP="00803583">
      <w:pPr>
        <w:pStyle w:val="ListParagraph"/>
        <w:numPr>
          <w:ilvl w:val="0"/>
          <w:numId w:val="13"/>
        </w:numPr>
        <w:jc w:val="both"/>
        <w:rPr>
          <w:rFonts w:asciiTheme="majorHAnsi" w:hAnsiTheme="majorHAnsi" w:cstheme="majorHAnsi"/>
          <w:sz w:val="28"/>
          <w:szCs w:val="28"/>
        </w:rPr>
      </w:pPr>
      <w:r>
        <w:rPr>
          <w:rFonts w:asciiTheme="majorHAnsi" w:hAnsiTheme="majorHAnsi"/>
          <w:sz w:val="28"/>
        </w:rPr>
        <w:t>Skab sektorspecifikke samarbejder (f.eks. inden for sundhedspleje og logistik) for at matche indvandrernes færdigheder med behovet for arbejdskraft.</w:t>
      </w:r>
    </w:p>
    <w:p w14:paraId="35B3EC51" w14:textId="77777777" w:rsidR="00803583" w:rsidRPr="000959AC" w:rsidRDefault="00803583" w:rsidP="00B5434F">
      <w:pPr>
        <w:spacing w:after="0"/>
        <w:rPr>
          <w:rFonts w:asciiTheme="majorHAnsi" w:hAnsiTheme="majorHAnsi" w:cstheme="majorHAnsi"/>
          <w:sz w:val="28"/>
          <w:szCs w:val="28"/>
        </w:rPr>
      </w:pPr>
    </w:p>
    <w:p w14:paraId="69E02E39" w14:textId="2BAF737A" w:rsidR="00803583" w:rsidRPr="000959AC" w:rsidRDefault="00E253A2">
      <w:pPr>
        <w:rPr>
          <w:rFonts w:asciiTheme="majorHAnsi" w:hAnsiTheme="majorHAnsi" w:cstheme="majorHAnsi"/>
          <w:sz w:val="28"/>
          <w:szCs w:val="28"/>
        </w:rPr>
      </w:pPr>
      <w:r>
        <w:rPr>
          <w:rFonts w:asciiTheme="majorHAnsi" w:hAnsiTheme="majorHAnsi"/>
          <w:b/>
          <w:outline/>
          <w:color w:val="C0504D" w:themeColor="accent2"/>
          <w:sz w:val="40"/>
          <w14:glow w14:rad="63500">
            <w14:schemeClr w14:val="accent2">
              <w14:alpha w14:val="60000"/>
              <w14:satMod w14:val="175000"/>
            </w14:schemeClr>
          </w14:glow>
          <w14:shadow w14:blurRad="0" w14:dist="38100" w14:dir="2700000" w14:sx="100000" w14:sy="100000" w14:kx="0" w14:ky="0" w14:algn="tl">
            <w14:schemeClr w14:val="accent2"/>
          </w14:shadow>
          <w14:reflection w14:blurRad="6350" w14:stA="50000" w14:stPos="0" w14:endA="300" w14:endPos="50000" w14:dist="60007" w14:dir="5400000" w14:fadeDir="5400000" w14:sx="100000" w14:sy="-100000" w14:kx="0" w14:ky="0" w14:algn="bl"/>
          <w14:textOutline w14:w="6604" w14:cap="flat" w14:cmpd="sng" w14:algn="ctr">
            <w14:solidFill>
              <w14:schemeClr w14:val="accent2"/>
            </w14:solidFill>
            <w14:prstDash w14:val="solid"/>
            <w14:round/>
          </w14:textOutline>
          <w14:textFill>
            <w14:noFill/>
          </w14:textFill>
        </w:rPr>
        <w:t>E.</w:t>
      </w:r>
      <w:r>
        <w:rPr>
          <w:rFonts w:asciiTheme="majorHAnsi" w:hAnsiTheme="majorHAnsi"/>
          <w:sz w:val="28"/>
        </w:rPr>
        <w:t xml:space="preserve"> </w:t>
      </w:r>
      <w:r>
        <w:rPr>
          <w:rFonts w:asciiTheme="majorHAnsi" w:hAnsiTheme="majorHAnsi"/>
          <w:sz w:val="28"/>
        </w:rPr>
        <w:tab/>
      </w:r>
      <w:r>
        <w:rPr>
          <w:rFonts w:asciiTheme="majorHAnsi" w:hAnsiTheme="majorHAnsi"/>
          <w:b/>
          <w:sz w:val="32"/>
        </w:rPr>
        <w:t>Styrk lokale institutioner (skoler, politi, sundhedspleje)</w:t>
      </w:r>
    </w:p>
    <w:p w14:paraId="55655389" w14:textId="77777777" w:rsidR="004D10C9" w:rsidRPr="000959AC" w:rsidRDefault="00E253A2" w:rsidP="002B7516">
      <w:pPr>
        <w:pStyle w:val="ListParagraph"/>
        <w:numPr>
          <w:ilvl w:val="0"/>
          <w:numId w:val="14"/>
        </w:numPr>
        <w:jc w:val="both"/>
        <w:rPr>
          <w:rFonts w:asciiTheme="majorHAnsi" w:hAnsiTheme="majorHAnsi" w:cstheme="majorHAnsi"/>
          <w:sz w:val="28"/>
          <w:szCs w:val="28"/>
        </w:rPr>
      </w:pPr>
      <w:r>
        <w:rPr>
          <w:rFonts w:asciiTheme="majorHAnsi" w:hAnsiTheme="majorHAnsi"/>
          <w:sz w:val="28"/>
        </w:rPr>
        <w:t xml:space="preserve">Uddan lærere, politi og sundhedspersonale i kulturelle kompetencer og praksis for bekæmpelse af forskelsbehandling. Uddan flersprogede mæglere til at arbejde i disse institutioner. </w:t>
      </w:r>
    </w:p>
    <w:p w14:paraId="3F23AEFB" w14:textId="05F9ADD9" w:rsidR="00FA2AEB" w:rsidRPr="000959AC" w:rsidRDefault="00E253A2" w:rsidP="002B7516">
      <w:pPr>
        <w:pStyle w:val="ListParagraph"/>
        <w:numPr>
          <w:ilvl w:val="0"/>
          <w:numId w:val="14"/>
        </w:numPr>
        <w:jc w:val="both"/>
        <w:rPr>
          <w:rFonts w:asciiTheme="majorHAnsi" w:hAnsiTheme="majorHAnsi" w:cstheme="majorHAnsi"/>
          <w:sz w:val="28"/>
          <w:szCs w:val="28"/>
        </w:rPr>
      </w:pPr>
      <w:r>
        <w:rPr>
          <w:rFonts w:asciiTheme="majorHAnsi" w:hAnsiTheme="majorHAnsi"/>
          <w:sz w:val="28"/>
        </w:rPr>
        <w:t>Tilskynd til indvandrerrepræsentation i lokale institutioner (f.eks. forældreråd, bydelsråd).</w:t>
      </w:r>
    </w:p>
    <w:p w14:paraId="568EFE93" w14:textId="0080CD43" w:rsidR="002B7516" w:rsidRPr="000959AC" w:rsidRDefault="002B7516" w:rsidP="002B7516">
      <w:pPr>
        <w:pStyle w:val="ListParagraph"/>
        <w:numPr>
          <w:ilvl w:val="0"/>
          <w:numId w:val="14"/>
        </w:numPr>
        <w:jc w:val="both"/>
        <w:rPr>
          <w:rFonts w:asciiTheme="majorHAnsi" w:hAnsiTheme="majorHAnsi" w:cstheme="majorHAnsi"/>
          <w:sz w:val="28"/>
          <w:szCs w:val="28"/>
        </w:rPr>
      </w:pPr>
      <w:r>
        <w:rPr>
          <w:rFonts w:asciiTheme="majorHAnsi" w:hAnsiTheme="majorHAnsi"/>
          <w:sz w:val="28"/>
        </w:rPr>
        <w:t>Tilrettelæg regelmæssige møder mellem politi og indvandrersamfund for at opbygge tillid og løse problemer (f.eks. informationsmøder, vejledning, forebyggelse af racemæssig profilering osv.).</w:t>
      </w:r>
    </w:p>
    <w:p w14:paraId="3609119B" w14:textId="77777777" w:rsidR="004D10C9" w:rsidRPr="000959AC" w:rsidRDefault="004D10C9" w:rsidP="00B5434F">
      <w:pPr>
        <w:spacing w:after="0"/>
        <w:rPr>
          <w:rFonts w:asciiTheme="majorHAnsi" w:hAnsiTheme="majorHAnsi" w:cstheme="majorHAnsi"/>
          <w:sz w:val="28"/>
          <w:szCs w:val="28"/>
        </w:rPr>
      </w:pPr>
    </w:p>
    <w:p w14:paraId="363BF9D5" w14:textId="136EF04F" w:rsidR="00FA2AEB" w:rsidRPr="000959AC" w:rsidRDefault="00E253A2">
      <w:pPr>
        <w:rPr>
          <w:rFonts w:asciiTheme="majorHAnsi" w:hAnsiTheme="majorHAnsi" w:cstheme="majorHAnsi"/>
          <w:sz w:val="28"/>
          <w:szCs w:val="28"/>
        </w:rPr>
      </w:pPr>
      <w:r>
        <w:rPr>
          <w:rFonts w:asciiTheme="majorHAnsi" w:hAnsiTheme="majorHAnsi"/>
          <w:b/>
          <w:outline/>
          <w:color w:val="C0504D" w:themeColor="accent2"/>
          <w:sz w:val="40"/>
          <w14:glow w14:rad="63500">
            <w14:schemeClr w14:val="accent2">
              <w14:alpha w14:val="60000"/>
              <w14:satMod w14:val="175000"/>
            </w14:schemeClr>
          </w14:glow>
          <w14:shadow w14:blurRad="0" w14:dist="38100" w14:dir="2700000" w14:sx="100000" w14:sy="100000" w14:kx="0" w14:ky="0" w14:algn="tl">
            <w14:schemeClr w14:val="accent2"/>
          </w14:shadow>
          <w14:reflection w14:blurRad="6350" w14:stA="50000" w14:stPos="0" w14:endA="300" w14:endPos="50000" w14:dist="60007" w14:dir="5400000" w14:fadeDir="5400000" w14:sx="100000" w14:sy="-100000" w14:kx="0" w14:ky="0" w14:algn="bl"/>
          <w14:textOutline w14:w="6604" w14:cap="flat" w14:cmpd="sng" w14:algn="ctr">
            <w14:solidFill>
              <w14:schemeClr w14:val="accent2"/>
            </w14:solidFill>
            <w14:prstDash w14:val="solid"/>
            <w14:round/>
          </w14:textOutline>
          <w14:textFill>
            <w14:noFill/>
          </w14:textFill>
        </w:rPr>
        <w:t>F.</w:t>
      </w:r>
      <w:r>
        <w:rPr>
          <w:rFonts w:asciiTheme="majorHAnsi" w:hAnsiTheme="majorHAnsi"/>
          <w:sz w:val="28"/>
        </w:rPr>
        <w:t xml:space="preserve"> </w:t>
      </w:r>
      <w:r>
        <w:rPr>
          <w:rFonts w:asciiTheme="majorHAnsi" w:hAnsiTheme="majorHAnsi"/>
          <w:sz w:val="28"/>
        </w:rPr>
        <w:tab/>
      </w:r>
      <w:r>
        <w:rPr>
          <w:rFonts w:asciiTheme="majorHAnsi" w:hAnsiTheme="majorHAnsi"/>
          <w:b/>
          <w:sz w:val="32"/>
        </w:rPr>
        <w:t>Brug digitale værktøjer til at fremme engagementet</w:t>
      </w:r>
    </w:p>
    <w:p w14:paraId="5BDC2641" w14:textId="5598D84F" w:rsidR="004D10C9" w:rsidRPr="000959AC" w:rsidRDefault="004D10C9" w:rsidP="004D10C9">
      <w:pPr>
        <w:pStyle w:val="ListParagraph"/>
        <w:numPr>
          <w:ilvl w:val="0"/>
          <w:numId w:val="15"/>
        </w:numPr>
        <w:jc w:val="both"/>
        <w:rPr>
          <w:rFonts w:asciiTheme="majorHAnsi" w:hAnsiTheme="majorHAnsi" w:cstheme="majorHAnsi"/>
          <w:sz w:val="28"/>
          <w:szCs w:val="28"/>
        </w:rPr>
      </w:pPr>
      <w:r>
        <w:rPr>
          <w:rFonts w:asciiTheme="majorHAnsi" w:hAnsiTheme="majorHAnsi"/>
          <w:sz w:val="28"/>
        </w:rPr>
        <w:t>Opret onlineplatforme/-apps, hvor lokale kan tilbyde færdigheder, bolig eller mentorordninger til indvandrere. Opret en konto på de sociale medier, hvor lokale borgere kan melde sig som mentorer.</w:t>
      </w:r>
    </w:p>
    <w:p w14:paraId="0F4EC66C" w14:textId="00E492B0" w:rsidR="00FA2AEB" w:rsidRPr="000959AC" w:rsidRDefault="00E253A2" w:rsidP="004D10C9">
      <w:pPr>
        <w:pStyle w:val="ListParagraph"/>
        <w:numPr>
          <w:ilvl w:val="0"/>
          <w:numId w:val="15"/>
        </w:numPr>
        <w:jc w:val="both"/>
        <w:rPr>
          <w:rFonts w:asciiTheme="majorHAnsi" w:hAnsiTheme="majorHAnsi" w:cstheme="majorHAnsi"/>
          <w:sz w:val="28"/>
          <w:szCs w:val="28"/>
        </w:rPr>
      </w:pPr>
      <w:r>
        <w:rPr>
          <w:rFonts w:asciiTheme="majorHAnsi" w:hAnsiTheme="majorHAnsi"/>
          <w:sz w:val="28"/>
        </w:rPr>
        <w:t>Udfør kampagner på de sociale medier for at fremvise succeshistorier og tilskynde til deltagelse.</w:t>
      </w:r>
    </w:p>
    <w:p w14:paraId="52FD98EE" w14:textId="77777777" w:rsidR="004D10C9" w:rsidRPr="000959AC" w:rsidRDefault="004D10C9">
      <w:pPr>
        <w:rPr>
          <w:rFonts w:asciiTheme="majorHAnsi" w:hAnsiTheme="majorHAnsi" w:cstheme="majorHAnsi"/>
          <w:sz w:val="28"/>
          <w:szCs w:val="28"/>
        </w:rPr>
      </w:pPr>
    </w:p>
    <w:p w14:paraId="007F45FA" w14:textId="5286DE6D" w:rsidR="00FA2AEB" w:rsidRPr="00790E27" w:rsidRDefault="00E253A2">
      <w:pPr>
        <w:rPr>
          <w:rFonts w:asciiTheme="majorHAnsi" w:hAnsiTheme="majorHAnsi" w:cstheme="majorHAnsi"/>
          <w:sz w:val="28"/>
          <w:szCs w:val="28"/>
        </w:rPr>
      </w:pPr>
      <w:r>
        <w:rPr>
          <w:rFonts w:asciiTheme="majorHAnsi" w:hAnsiTheme="majorHAnsi"/>
          <w:b/>
          <w:outline/>
          <w:color w:val="C0504D" w:themeColor="accent2"/>
          <w:sz w:val="40"/>
          <w14:glow w14:rad="63500">
            <w14:schemeClr w14:val="accent2">
              <w14:alpha w14:val="60000"/>
              <w14:satMod w14:val="175000"/>
            </w14:schemeClr>
          </w14:glow>
          <w14:shadow w14:blurRad="0" w14:dist="38100" w14:dir="2700000" w14:sx="100000" w14:sy="100000" w14:kx="0" w14:ky="0" w14:algn="tl">
            <w14:schemeClr w14:val="accent2"/>
          </w14:shadow>
          <w14:reflection w14:blurRad="6350" w14:stA="50000" w14:stPos="0" w14:endA="300" w14:endPos="50000" w14:dist="60007" w14:dir="5400000" w14:fadeDir="5400000" w14:sx="100000" w14:sy="-100000" w14:kx="0" w14:ky="0" w14:algn="bl"/>
          <w14:textOutline w14:w="6604" w14:cap="flat" w14:cmpd="sng" w14:algn="ctr">
            <w14:solidFill>
              <w14:schemeClr w14:val="accent2"/>
            </w14:solidFill>
            <w14:prstDash w14:val="solid"/>
            <w14:round/>
          </w14:textOutline>
          <w14:textFill>
            <w14:noFill/>
          </w14:textFill>
        </w:rPr>
        <w:lastRenderedPageBreak/>
        <w:t>G.</w:t>
      </w:r>
      <w:r>
        <w:rPr>
          <w:rFonts w:asciiTheme="majorHAnsi" w:hAnsiTheme="majorHAnsi"/>
          <w:sz w:val="28"/>
        </w:rPr>
        <w:t xml:space="preserve"> </w:t>
      </w:r>
      <w:r>
        <w:rPr>
          <w:rFonts w:asciiTheme="majorHAnsi" w:hAnsiTheme="majorHAnsi"/>
          <w:sz w:val="28"/>
        </w:rPr>
        <w:tab/>
      </w:r>
      <w:r>
        <w:rPr>
          <w:rFonts w:asciiTheme="majorHAnsi" w:hAnsiTheme="majorHAnsi"/>
          <w:b/>
          <w:sz w:val="32"/>
        </w:rPr>
        <w:t>Måling og formidling af effekten</w:t>
      </w:r>
    </w:p>
    <w:p w14:paraId="1A49D0E5" w14:textId="4FE692EF" w:rsidR="004D10C9" w:rsidRPr="000959AC" w:rsidRDefault="00E253A2" w:rsidP="004D10C9">
      <w:pPr>
        <w:pStyle w:val="ListParagraph"/>
        <w:numPr>
          <w:ilvl w:val="0"/>
          <w:numId w:val="16"/>
        </w:numPr>
        <w:jc w:val="both"/>
        <w:rPr>
          <w:rFonts w:asciiTheme="majorHAnsi" w:hAnsiTheme="majorHAnsi" w:cstheme="majorHAnsi"/>
          <w:sz w:val="28"/>
          <w:szCs w:val="28"/>
        </w:rPr>
      </w:pPr>
      <w:r>
        <w:rPr>
          <w:rFonts w:asciiTheme="majorHAnsi" w:hAnsiTheme="majorHAnsi"/>
          <w:sz w:val="28"/>
        </w:rPr>
        <w:t>Hold øje med og offentliggør regelmæssigt data om beskæftigelsesfrekvens, resultater i skolen, sprogfærdigheder, frivilligt arbejde blandt lokalbefolkningen, social tillid osv.</w:t>
      </w:r>
    </w:p>
    <w:p w14:paraId="27DCC789" w14:textId="30E6A702" w:rsidR="00FA2AEB" w:rsidRPr="000959AC" w:rsidRDefault="00E253A2" w:rsidP="004D10C9">
      <w:pPr>
        <w:pStyle w:val="ListParagraph"/>
        <w:numPr>
          <w:ilvl w:val="0"/>
          <w:numId w:val="16"/>
        </w:numPr>
        <w:jc w:val="both"/>
        <w:rPr>
          <w:rFonts w:asciiTheme="majorHAnsi" w:hAnsiTheme="majorHAnsi" w:cstheme="majorHAnsi"/>
          <w:sz w:val="28"/>
          <w:szCs w:val="28"/>
        </w:rPr>
      </w:pPr>
      <w:r>
        <w:rPr>
          <w:rFonts w:asciiTheme="majorHAnsi" w:hAnsiTheme="majorHAnsi"/>
          <w:sz w:val="28"/>
        </w:rPr>
        <w:t>Markér milepæle (f.eks. "100 lokale mentorer for indvandrere i år"). Afhold en årlig prisuddeling for borgere, der udfører frivilligt arbejde.</w:t>
      </w:r>
    </w:p>
    <w:p w14:paraId="180D6714" w14:textId="79B8AD8B" w:rsidR="00461D41" w:rsidRPr="000959AC" w:rsidRDefault="00461D41" w:rsidP="004D10C9">
      <w:pPr>
        <w:pStyle w:val="ListParagraph"/>
        <w:numPr>
          <w:ilvl w:val="0"/>
          <w:numId w:val="16"/>
        </w:numPr>
        <w:jc w:val="both"/>
        <w:rPr>
          <w:rFonts w:asciiTheme="majorHAnsi" w:hAnsiTheme="majorHAnsi" w:cstheme="majorHAnsi"/>
          <w:sz w:val="28"/>
          <w:szCs w:val="28"/>
        </w:rPr>
      </w:pPr>
      <w:r>
        <w:rPr>
          <w:rFonts w:asciiTheme="majorHAnsi" w:hAnsiTheme="majorHAnsi"/>
          <w:sz w:val="28"/>
        </w:rPr>
        <w:t xml:space="preserve">Sørg for konstant dialog med lokalbefolkningen, med indvandrersamfundet, med lokale ledere og lokale medier. </w:t>
      </w:r>
    </w:p>
    <w:p w14:paraId="38869FD8" w14:textId="77777777" w:rsidR="00FA2AEB" w:rsidRPr="000959AC" w:rsidRDefault="00FA2AEB">
      <w:pPr>
        <w:rPr>
          <w:rFonts w:asciiTheme="majorHAnsi" w:hAnsiTheme="majorHAnsi" w:cstheme="majorHAnsi"/>
          <w:sz w:val="28"/>
          <w:szCs w:val="28"/>
        </w:rPr>
      </w:pPr>
    </w:p>
    <w:p w14:paraId="4760421F" w14:textId="322CC1F9" w:rsidR="003A0792" w:rsidRPr="000959AC" w:rsidRDefault="003A0792" w:rsidP="00B5434F">
      <w:pPr>
        <w:spacing w:after="120"/>
        <w:jc w:val="both"/>
        <w:rPr>
          <w:rFonts w:ascii="Gill Sans Std ExtraBold" w:hAnsi="Gill Sans Std ExtraBold" w:cstheme="majorHAnsi"/>
          <w:b/>
          <w:bCs/>
          <w:color w:val="C00000"/>
          <w:sz w:val="32"/>
          <w:szCs w:val="32"/>
          <w:u w:val="single"/>
        </w:rPr>
      </w:pPr>
      <w:r>
        <w:rPr>
          <w:rFonts w:ascii="Gill Sans Std ExtraBold" w:hAnsi="Gill Sans Std ExtraBold"/>
          <w:b/>
          <w:color w:val="FFFFFF" w:themeColor="background1"/>
          <w:sz w:val="32"/>
          <w:highlight w:val="black"/>
          <w:u w:val="single"/>
        </w:rPr>
        <w:t>Rettigheder og pligter</w:t>
      </w:r>
      <w:r>
        <w:rPr>
          <w:rFonts w:ascii="Gill Sans Std ExtraBold" w:hAnsi="Gill Sans Std ExtraBold"/>
          <w:b/>
          <w:sz w:val="32"/>
          <w:u w:val="single"/>
        </w:rPr>
        <w:t xml:space="preserve"> </w:t>
      </w:r>
      <w:r>
        <w:rPr>
          <w:rFonts w:ascii="Gill Sans Std ExtraBold" w:hAnsi="Gill Sans Std ExtraBold"/>
          <w:b/>
          <w:color w:val="C00000"/>
          <w:sz w:val="32"/>
          <w:u w:val="single"/>
        </w:rPr>
        <w:t xml:space="preserve">for indvandrere og lokale borgere </w:t>
      </w:r>
    </w:p>
    <w:p w14:paraId="7409C5A6" w14:textId="77777777" w:rsidR="003A0792" w:rsidRPr="000959AC" w:rsidRDefault="003A0792" w:rsidP="003A0792"/>
    <w:p w14:paraId="59AA3AF7" w14:textId="38470AD4" w:rsidR="003A0792" w:rsidRPr="000959AC" w:rsidRDefault="003A0792" w:rsidP="003A0792">
      <w:pPr>
        <w:rPr>
          <w:rFonts w:asciiTheme="majorHAnsi" w:hAnsiTheme="majorHAnsi" w:cstheme="majorHAnsi"/>
          <w:b/>
          <w:bCs/>
          <w:sz w:val="32"/>
          <w:szCs w:val="32"/>
        </w:rPr>
      </w:pPr>
      <w:r>
        <w:rPr>
          <w:rFonts w:asciiTheme="majorHAnsi" w:hAnsiTheme="majorHAnsi"/>
          <w:b/>
          <w:sz w:val="32"/>
        </w:rPr>
        <w:t xml:space="preserve">Pligter for </w:t>
      </w:r>
      <w:r>
        <w:rPr>
          <w:rFonts w:asciiTheme="majorHAnsi" w:hAnsiTheme="majorHAnsi"/>
          <w:b/>
          <w:color w:val="FFFFFF" w:themeColor="background1"/>
          <w:sz w:val="32"/>
          <w:highlight w:val="black"/>
        </w:rPr>
        <w:t>indvandrere</w:t>
      </w:r>
    </w:p>
    <w:p w14:paraId="6B5CF953" w14:textId="48CA23C2" w:rsidR="00AC3B03" w:rsidRPr="000959AC" w:rsidRDefault="00AC3B03" w:rsidP="00B90963">
      <w:pPr>
        <w:pStyle w:val="ListParagraph"/>
        <w:numPr>
          <w:ilvl w:val="0"/>
          <w:numId w:val="23"/>
        </w:numPr>
        <w:jc w:val="both"/>
        <w:rPr>
          <w:rFonts w:asciiTheme="majorHAnsi" w:hAnsiTheme="majorHAnsi" w:cstheme="majorHAnsi"/>
          <w:sz w:val="24"/>
          <w:szCs w:val="24"/>
        </w:rPr>
      </w:pPr>
      <w:r>
        <w:rPr>
          <w:rFonts w:asciiTheme="majorHAnsi" w:hAnsiTheme="majorHAnsi"/>
          <w:sz w:val="24"/>
        </w:rPr>
        <w:t>Sæt dig ind i og overhold de lokale love og regler.</w:t>
      </w:r>
    </w:p>
    <w:p w14:paraId="58A7FC13" w14:textId="1598EFD1" w:rsidR="00AC3B03" w:rsidRPr="000959AC" w:rsidRDefault="00AC3B03" w:rsidP="00AC3B03">
      <w:pPr>
        <w:pStyle w:val="ListParagraph"/>
        <w:numPr>
          <w:ilvl w:val="0"/>
          <w:numId w:val="23"/>
        </w:numPr>
        <w:jc w:val="both"/>
        <w:rPr>
          <w:rFonts w:asciiTheme="majorHAnsi" w:hAnsiTheme="majorHAnsi" w:cstheme="majorHAnsi"/>
          <w:sz w:val="24"/>
          <w:szCs w:val="24"/>
        </w:rPr>
      </w:pPr>
      <w:r>
        <w:rPr>
          <w:rFonts w:asciiTheme="majorHAnsi" w:hAnsiTheme="majorHAnsi"/>
          <w:sz w:val="24"/>
        </w:rPr>
        <w:t>Sæt dig ind i og respekter de lokale skikke og kulturelle normer.</w:t>
      </w:r>
    </w:p>
    <w:p w14:paraId="72A50C7D" w14:textId="4CD03A64" w:rsidR="003A0792" w:rsidRPr="000959AC" w:rsidRDefault="003A0792" w:rsidP="00B90963">
      <w:pPr>
        <w:pStyle w:val="ListParagraph"/>
        <w:numPr>
          <w:ilvl w:val="0"/>
          <w:numId w:val="23"/>
        </w:numPr>
        <w:jc w:val="both"/>
        <w:rPr>
          <w:rFonts w:asciiTheme="majorHAnsi" w:hAnsiTheme="majorHAnsi" w:cstheme="majorHAnsi"/>
          <w:sz w:val="24"/>
          <w:szCs w:val="24"/>
        </w:rPr>
      </w:pPr>
      <w:r>
        <w:rPr>
          <w:rFonts w:asciiTheme="majorHAnsi" w:hAnsiTheme="majorHAnsi"/>
          <w:sz w:val="24"/>
        </w:rPr>
        <w:t>Deltag aktivt i sprog- og uddannelsesprogrammer.</w:t>
      </w:r>
    </w:p>
    <w:p w14:paraId="7C4D1A4D" w14:textId="3E38F1F1" w:rsidR="003A0792" w:rsidRPr="000959AC" w:rsidRDefault="003A0792" w:rsidP="00B90963">
      <w:pPr>
        <w:pStyle w:val="ListParagraph"/>
        <w:numPr>
          <w:ilvl w:val="0"/>
          <w:numId w:val="23"/>
        </w:numPr>
        <w:jc w:val="both"/>
        <w:rPr>
          <w:rFonts w:asciiTheme="majorHAnsi" w:hAnsiTheme="majorHAnsi" w:cstheme="majorHAnsi"/>
          <w:sz w:val="24"/>
          <w:szCs w:val="24"/>
        </w:rPr>
      </w:pPr>
      <w:r>
        <w:rPr>
          <w:rFonts w:asciiTheme="majorHAnsi" w:hAnsiTheme="majorHAnsi"/>
          <w:sz w:val="24"/>
        </w:rPr>
        <w:t>Bidrag til lokalsamfundet gennem arbejde, frivilligt arbejde eller aktivt medborgerskab.</w:t>
      </w:r>
    </w:p>
    <w:p w14:paraId="7F245F79" w14:textId="4E79292C" w:rsidR="003A0792" w:rsidRPr="000959AC" w:rsidRDefault="00AC3B03" w:rsidP="00AC3B03">
      <w:pPr>
        <w:pStyle w:val="ListParagraph"/>
        <w:numPr>
          <w:ilvl w:val="0"/>
          <w:numId w:val="23"/>
        </w:numPr>
        <w:jc w:val="both"/>
        <w:rPr>
          <w:rFonts w:asciiTheme="majorHAnsi" w:hAnsiTheme="majorHAnsi" w:cstheme="majorHAnsi"/>
          <w:sz w:val="24"/>
          <w:szCs w:val="24"/>
        </w:rPr>
      </w:pPr>
      <w:r>
        <w:rPr>
          <w:rFonts w:asciiTheme="majorHAnsi" w:hAnsiTheme="majorHAnsi"/>
          <w:sz w:val="24"/>
        </w:rPr>
        <w:t>Bestræb dig på at integrere dig selv og din familie, samtidig med at du opbygger relationer til lokale borgere.</w:t>
      </w:r>
    </w:p>
    <w:p w14:paraId="192D6896" w14:textId="77777777" w:rsidR="000B7AFE" w:rsidRPr="000959AC" w:rsidRDefault="000B7AFE" w:rsidP="000B7AFE">
      <w:pPr>
        <w:pStyle w:val="ListParagraph"/>
        <w:jc w:val="both"/>
        <w:rPr>
          <w:rFonts w:asciiTheme="majorHAnsi" w:hAnsiTheme="majorHAnsi" w:cstheme="majorHAnsi"/>
          <w:sz w:val="24"/>
          <w:szCs w:val="24"/>
        </w:rPr>
      </w:pPr>
    </w:p>
    <w:p w14:paraId="35F05808" w14:textId="57BF20E0" w:rsidR="003A0792" w:rsidRPr="000959AC" w:rsidRDefault="00B90963" w:rsidP="003A0792">
      <w:pPr>
        <w:rPr>
          <w:rFonts w:asciiTheme="majorHAnsi" w:hAnsiTheme="majorHAnsi" w:cstheme="majorHAnsi"/>
          <w:sz w:val="24"/>
          <w:szCs w:val="24"/>
        </w:rPr>
      </w:pPr>
      <w:r>
        <w:rPr>
          <w:rFonts w:asciiTheme="majorHAnsi" w:hAnsiTheme="majorHAnsi"/>
          <w:b/>
          <w:sz w:val="32"/>
        </w:rPr>
        <w:t xml:space="preserve">Rettigheder for </w:t>
      </w:r>
      <w:r>
        <w:rPr>
          <w:rFonts w:asciiTheme="majorHAnsi" w:hAnsiTheme="majorHAnsi"/>
          <w:b/>
          <w:color w:val="FFFFFF" w:themeColor="background1"/>
          <w:sz w:val="32"/>
          <w:highlight w:val="black"/>
        </w:rPr>
        <w:t>indvandrere</w:t>
      </w:r>
      <w:r>
        <w:rPr>
          <w:rFonts w:asciiTheme="majorHAnsi" w:hAnsiTheme="majorHAnsi"/>
          <w:color w:val="FFFFFF" w:themeColor="background1"/>
          <w:sz w:val="24"/>
        </w:rPr>
        <w:t xml:space="preserve"> </w:t>
      </w:r>
    </w:p>
    <w:p w14:paraId="606E05F1" w14:textId="4EFF31A8" w:rsidR="003A0792" w:rsidRPr="000959AC" w:rsidRDefault="003A0792" w:rsidP="00B90963">
      <w:pPr>
        <w:pStyle w:val="ListParagraph"/>
        <w:numPr>
          <w:ilvl w:val="0"/>
          <w:numId w:val="24"/>
        </w:numPr>
        <w:rPr>
          <w:rFonts w:asciiTheme="majorHAnsi" w:hAnsiTheme="majorHAnsi" w:cstheme="majorHAnsi"/>
          <w:sz w:val="24"/>
          <w:szCs w:val="24"/>
        </w:rPr>
      </w:pPr>
      <w:r>
        <w:rPr>
          <w:rFonts w:asciiTheme="majorHAnsi" w:hAnsiTheme="majorHAnsi"/>
          <w:sz w:val="24"/>
        </w:rPr>
        <w:t>Adgang til væsentlige tjenester: bolig, sundhedspleje, uddannelse og beskæftigelse.</w:t>
      </w:r>
    </w:p>
    <w:p w14:paraId="77E6E2FC" w14:textId="59755C7C" w:rsidR="003A0792" w:rsidRPr="000959AC" w:rsidRDefault="003A0792" w:rsidP="00B90963">
      <w:pPr>
        <w:pStyle w:val="ListParagraph"/>
        <w:numPr>
          <w:ilvl w:val="0"/>
          <w:numId w:val="24"/>
        </w:numPr>
        <w:rPr>
          <w:rFonts w:asciiTheme="majorHAnsi" w:hAnsiTheme="majorHAnsi" w:cstheme="majorHAnsi"/>
          <w:sz w:val="24"/>
          <w:szCs w:val="24"/>
        </w:rPr>
      </w:pPr>
      <w:r>
        <w:rPr>
          <w:rFonts w:asciiTheme="majorHAnsi" w:hAnsiTheme="majorHAnsi"/>
          <w:sz w:val="24"/>
        </w:rPr>
        <w:t>Respekt for deres unikke identitet, religionsfrihed og kulturelle baggrund.</w:t>
      </w:r>
    </w:p>
    <w:p w14:paraId="6F9EE816" w14:textId="41917ED0" w:rsidR="003A0792" w:rsidRPr="000959AC" w:rsidRDefault="003A0792" w:rsidP="00B90963">
      <w:pPr>
        <w:pStyle w:val="ListParagraph"/>
        <w:numPr>
          <w:ilvl w:val="0"/>
          <w:numId w:val="24"/>
        </w:numPr>
        <w:rPr>
          <w:rFonts w:asciiTheme="majorHAnsi" w:hAnsiTheme="majorHAnsi" w:cstheme="majorHAnsi"/>
          <w:sz w:val="24"/>
          <w:szCs w:val="24"/>
        </w:rPr>
      </w:pPr>
      <w:r>
        <w:rPr>
          <w:rFonts w:asciiTheme="majorHAnsi" w:hAnsiTheme="majorHAnsi"/>
          <w:sz w:val="24"/>
        </w:rPr>
        <w:t>Muligheder for sprogundervisning og uddannelse.</w:t>
      </w:r>
    </w:p>
    <w:p w14:paraId="3E3A8EA6" w14:textId="78B33575" w:rsidR="003A0792" w:rsidRPr="000959AC" w:rsidRDefault="00FC005A" w:rsidP="00B90963">
      <w:pPr>
        <w:pStyle w:val="ListParagraph"/>
        <w:numPr>
          <w:ilvl w:val="0"/>
          <w:numId w:val="24"/>
        </w:numPr>
        <w:rPr>
          <w:rFonts w:asciiTheme="majorHAnsi" w:hAnsiTheme="majorHAnsi" w:cstheme="majorHAnsi"/>
          <w:sz w:val="24"/>
          <w:szCs w:val="24"/>
        </w:rPr>
      </w:pPr>
      <w:r>
        <w:rPr>
          <w:rFonts w:asciiTheme="majorHAnsi" w:hAnsiTheme="majorHAnsi"/>
          <w:sz w:val="24"/>
        </w:rPr>
        <w:t>At blive behandlet med værdighed og uden forskelsbehandling og racisme.</w:t>
      </w:r>
    </w:p>
    <w:p w14:paraId="677F5D7B" w14:textId="41DE3F4B" w:rsidR="003A0792" w:rsidRPr="000959AC" w:rsidRDefault="003A0792" w:rsidP="00B90963">
      <w:pPr>
        <w:pStyle w:val="ListParagraph"/>
        <w:numPr>
          <w:ilvl w:val="0"/>
          <w:numId w:val="24"/>
        </w:numPr>
        <w:rPr>
          <w:rFonts w:asciiTheme="majorHAnsi" w:hAnsiTheme="majorHAnsi" w:cstheme="majorHAnsi"/>
          <w:sz w:val="24"/>
          <w:szCs w:val="24"/>
        </w:rPr>
      </w:pPr>
      <w:r>
        <w:rPr>
          <w:rFonts w:asciiTheme="majorHAnsi" w:hAnsiTheme="majorHAnsi"/>
          <w:sz w:val="24"/>
        </w:rPr>
        <w:t>Deltagelse i lokalsamfundets beslutningsprocesser og kulturelle udvekslinger.</w:t>
      </w:r>
    </w:p>
    <w:p w14:paraId="1C321619" w14:textId="77777777" w:rsidR="003A0792" w:rsidRPr="000959AC" w:rsidRDefault="003A0792" w:rsidP="003A0792">
      <w:pPr>
        <w:rPr>
          <w:rFonts w:asciiTheme="majorHAnsi" w:hAnsiTheme="majorHAnsi" w:cstheme="majorHAnsi"/>
          <w:sz w:val="24"/>
          <w:szCs w:val="24"/>
        </w:rPr>
      </w:pPr>
    </w:p>
    <w:p w14:paraId="70894341" w14:textId="31EF0128" w:rsidR="00B90963" w:rsidRPr="000959AC" w:rsidRDefault="00B90963" w:rsidP="00B90963">
      <w:pPr>
        <w:rPr>
          <w:rFonts w:asciiTheme="majorHAnsi" w:hAnsiTheme="majorHAnsi" w:cstheme="majorHAnsi"/>
          <w:b/>
          <w:bCs/>
          <w:sz w:val="32"/>
          <w:szCs w:val="32"/>
        </w:rPr>
      </w:pPr>
      <w:r>
        <w:rPr>
          <w:rFonts w:asciiTheme="majorHAnsi" w:hAnsiTheme="majorHAnsi"/>
          <w:b/>
          <w:sz w:val="32"/>
        </w:rPr>
        <w:lastRenderedPageBreak/>
        <w:t xml:space="preserve">Pligter for </w:t>
      </w:r>
      <w:r>
        <w:rPr>
          <w:rFonts w:asciiTheme="majorHAnsi" w:hAnsiTheme="majorHAnsi"/>
          <w:b/>
          <w:color w:val="FFFFFF" w:themeColor="background1"/>
          <w:sz w:val="32"/>
          <w:highlight w:val="black"/>
        </w:rPr>
        <w:t>lokale borgere</w:t>
      </w:r>
    </w:p>
    <w:p w14:paraId="5FDB49DA" w14:textId="59EAF422" w:rsidR="00B90963" w:rsidRPr="000959AC" w:rsidRDefault="00FC005A" w:rsidP="00B90963">
      <w:pPr>
        <w:pStyle w:val="ListParagraph"/>
        <w:numPr>
          <w:ilvl w:val="0"/>
          <w:numId w:val="23"/>
        </w:numPr>
        <w:jc w:val="both"/>
        <w:rPr>
          <w:rFonts w:asciiTheme="majorHAnsi" w:hAnsiTheme="majorHAnsi" w:cstheme="majorHAnsi"/>
          <w:sz w:val="24"/>
          <w:szCs w:val="24"/>
        </w:rPr>
      </w:pPr>
      <w:r>
        <w:rPr>
          <w:rFonts w:asciiTheme="majorHAnsi" w:hAnsiTheme="majorHAnsi"/>
          <w:sz w:val="24"/>
        </w:rPr>
        <w:t>Udvis tolerance og respekt for alle nyankomne og deres rettigheder, overhold loven.</w:t>
      </w:r>
    </w:p>
    <w:p w14:paraId="1695334B" w14:textId="77777777" w:rsidR="00B90963" w:rsidRPr="000959AC" w:rsidRDefault="00B90963" w:rsidP="00B90963">
      <w:pPr>
        <w:pStyle w:val="ListParagraph"/>
        <w:numPr>
          <w:ilvl w:val="0"/>
          <w:numId w:val="23"/>
        </w:numPr>
        <w:rPr>
          <w:rFonts w:asciiTheme="majorHAnsi" w:hAnsiTheme="majorHAnsi" w:cstheme="majorHAnsi"/>
          <w:sz w:val="24"/>
          <w:szCs w:val="24"/>
        </w:rPr>
      </w:pPr>
      <w:r>
        <w:rPr>
          <w:rFonts w:asciiTheme="majorHAnsi" w:hAnsiTheme="majorHAnsi"/>
          <w:sz w:val="24"/>
        </w:rPr>
        <w:t>Fremme forståelsen og accepten af indvandrere i samfundet.</w:t>
      </w:r>
    </w:p>
    <w:p w14:paraId="74DD8C2D" w14:textId="77777777" w:rsidR="00B90963" w:rsidRPr="000959AC" w:rsidRDefault="00B90963" w:rsidP="00B90963">
      <w:pPr>
        <w:pStyle w:val="ListParagraph"/>
        <w:numPr>
          <w:ilvl w:val="0"/>
          <w:numId w:val="23"/>
        </w:numPr>
        <w:rPr>
          <w:rFonts w:asciiTheme="majorHAnsi" w:hAnsiTheme="majorHAnsi" w:cstheme="majorHAnsi"/>
          <w:sz w:val="24"/>
          <w:szCs w:val="24"/>
        </w:rPr>
      </w:pPr>
      <w:r>
        <w:rPr>
          <w:rFonts w:asciiTheme="majorHAnsi" w:hAnsiTheme="majorHAnsi"/>
          <w:sz w:val="24"/>
        </w:rPr>
        <w:t>Støt lokale virksomheder og tjenesteudbydere i at tilpasse sig kulturelle nuancer.</w:t>
      </w:r>
    </w:p>
    <w:p w14:paraId="72578292" w14:textId="77777777" w:rsidR="00B90963" w:rsidRPr="000959AC" w:rsidRDefault="00B90963" w:rsidP="00B90963">
      <w:pPr>
        <w:pStyle w:val="ListParagraph"/>
        <w:numPr>
          <w:ilvl w:val="0"/>
          <w:numId w:val="23"/>
        </w:numPr>
        <w:rPr>
          <w:rFonts w:asciiTheme="majorHAnsi" w:hAnsiTheme="majorHAnsi" w:cstheme="majorHAnsi"/>
          <w:sz w:val="24"/>
          <w:szCs w:val="24"/>
        </w:rPr>
      </w:pPr>
      <w:r>
        <w:rPr>
          <w:rFonts w:asciiTheme="majorHAnsi" w:hAnsiTheme="majorHAnsi"/>
          <w:sz w:val="24"/>
        </w:rPr>
        <w:t>Deltag i initiativer, der styrker fællesskabet og samler forskellige grupper.</w:t>
      </w:r>
    </w:p>
    <w:p w14:paraId="22390E5B" w14:textId="59EFB968" w:rsidR="00B90963" w:rsidRPr="00790E27" w:rsidRDefault="00B90963" w:rsidP="00B90963">
      <w:pPr>
        <w:pStyle w:val="ListParagraph"/>
        <w:numPr>
          <w:ilvl w:val="0"/>
          <w:numId w:val="23"/>
        </w:numPr>
        <w:rPr>
          <w:rFonts w:asciiTheme="majorHAnsi" w:hAnsiTheme="majorHAnsi" w:cstheme="majorHAnsi"/>
          <w:sz w:val="24"/>
          <w:szCs w:val="24"/>
        </w:rPr>
      </w:pPr>
      <w:r>
        <w:rPr>
          <w:rFonts w:asciiTheme="majorHAnsi" w:hAnsiTheme="majorHAnsi"/>
          <w:sz w:val="24"/>
        </w:rPr>
        <w:t>Bekæmp myter og misinformation om indvandrere.</w:t>
      </w:r>
    </w:p>
    <w:p w14:paraId="4E5E66A9" w14:textId="77777777" w:rsidR="00B90963" w:rsidRPr="00790E27" w:rsidRDefault="00B90963" w:rsidP="00B90963">
      <w:pPr>
        <w:pStyle w:val="ListParagraph"/>
        <w:jc w:val="both"/>
        <w:rPr>
          <w:rFonts w:asciiTheme="majorHAnsi" w:hAnsiTheme="majorHAnsi" w:cstheme="majorHAnsi"/>
          <w:sz w:val="24"/>
          <w:szCs w:val="24"/>
        </w:rPr>
      </w:pPr>
    </w:p>
    <w:p w14:paraId="7AAD145F" w14:textId="5CC4D179" w:rsidR="00B90963" w:rsidRPr="000959AC" w:rsidRDefault="00B90963" w:rsidP="00B90963">
      <w:pPr>
        <w:rPr>
          <w:rFonts w:asciiTheme="majorHAnsi" w:hAnsiTheme="majorHAnsi" w:cstheme="majorHAnsi"/>
          <w:sz w:val="24"/>
          <w:szCs w:val="24"/>
        </w:rPr>
      </w:pPr>
      <w:r>
        <w:rPr>
          <w:rFonts w:asciiTheme="majorHAnsi" w:hAnsiTheme="majorHAnsi"/>
          <w:b/>
          <w:sz w:val="32"/>
        </w:rPr>
        <w:t xml:space="preserve">Rettigheder for </w:t>
      </w:r>
      <w:r>
        <w:rPr>
          <w:rFonts w:asciiTheme="majorHAnsi" w:hAnsiTheme="majorHAnsi"/>
          <w:b/>
          <w:color w:val="FFFFFF" w:themeColor="background1"/>
          <w:sz w:val="32"/>
          <w:highlight w:val="black"/>
        </w:rPr>
        <w:t>lokale borgere</w:t>
      </w:r>
      <w:r>
        <w:rPr>
          <w:rFonts w:asciiTheme="majorHAnsi" w:hAnsiTheme="majorHAnsi"/>
          <w:sz w:val="24"/>
        </w:rPr>
        <w:t xml:space="preserve"> </w:t>
      </w:r>
    </w:p>
    <w:p w14:paraId="5B1C244D" w14:textId="694A2037" w:rsidR="00FC005A" w:rsidRPr="000959AC" w:rsidRDefault="00FC005A" w:rsidP="00FC005A">
      <w:pPr>
        <w:pStyle w:val="ListParagraph"/>
        <w:numPr>
          <w:ilvl w:val="0"/>
          <w:numId w:val="24"/>
        </w:numPr>
        <w:rPr>
          <w:rFonts w:asciiTheme="majorHAnsi" w:hAnsiTheme="majorHAnsi" w:cstheme="majorHAnsi"/>
          <w:sz w:val="24"/>
          <w:szCs w:val="24"/>
        </w:rPr>
      </w:pPr>
      <w:r>
        <w:rPr>
          <w:rFonts w:asciiTheme="majorHAnsi" w:hAnsiTheme="majorHAnsi"/>
          <w:sz w:val="24"/>
        </w:rPr>
        <w:t>Inddragelse i udformningen og gennemførelsen af integrationspolitikker.</w:t>
      </w:r>
    </w:p>
    <w:p w14:paraId="4CBDD90A" w14:textId="77777777" w:rsidR="00FC005A" w:rsidRPr="000959AC" w:rsidRDefault="00FC005A" w:rsidP="00B90963">
      <w:pPr>
        <w:pStyle w:val="ListParagraph"/>
        <w:numPr>
          <w:ilvl w:val="0"/>
          <w:numId w:val="24"/>
        </w:numPr>
        <w:rPr>
          <w:rFonts w:asciiTheme="majorHAnsi" w:hAnsiTheme="majorHAnsi" w:cstheme="majorHAnsi"/>
          <w:sz w:val="24"/>
          <w:szCs w:val="24"/>
        </w:rPr>
      </w:pPr>
      <w:r>
        <w:rPr>
          <w:rFonts w:asciiTheme="majorHAnsi" w:hAnsiTheme="majorHAnsi"/>
          <w:sz w:val="24"/>
        </w:rPr>
        <w:t xml:space="preserve">Regelmæssig modtagelse af oplysninger fra de lokale myndigheder om integrationsprocessen. </w:t>
      </w:r>
    </w:p>
    <w:p w14:paraId="575779A2" w14:textId="4C1E01DB" w:rsidR="00B90963" w:rsidRPr="000959AC" w:rsidRDefault="00FC005A" w:rsidP="00B90963">
      <w:pPr>
        <w:pStyle w:val="ListParagraph"/>
        <w:numPr>
          <w:ilvl w:val="0"/>
          <w:numId w:val="24"/>
        </w:numPr>
        <w:rPr>
          <w:rFonts w:asciiTheme="majorHAnsi" w:hAnsiTheme="majorHAnsi" w:cstheme="majorHAnsi"/>
          <w:sz w:val="24"/>
          <w:szCs w:val="24"/>
        </w:rPr>
      </w:pPr>
      <w:r>
        <w:rPr>
          <w:rFonts w:asciiTheme="majorHAnsi" w:hAnsiTheme="majorHAnsi"/>
          <w:sz w:val="24"/>
        </w:rPr>
        <w:t xml:space="preserve">Deltagelse i </w:t>
      </w:r>
      <w:proofErr w:type="spellStart"/>
      <w:r>
        <w:rPr>
          <w:rFonts w:asciiTheme="majorHAnsi" w:hAnsiTheme="majorHAnsi"/>
          <w:sz w:val="24"/>
        </w:rPr>
        <w:t>i</w:t>
      </w:r>
      <w:proofErr w:type="spellEnd"/>
      <w:r>
        <w:rPr>
          <w:rFonts w:asciiTheme="majorHAnsi" w:hAnsiTheme="majorHAnsi"/>
          <w:sz w:val="24"/>
        </w:rPr>
        <w:t xml:space="preserve"> kulturelle udvekslinger og lokale arrangementer med indvandrere.</w:t>
      </w:r>
    </w:p>
    <w:p w14:paraId="3CABC622" w14:textId="73B9258E" w:rsidR="00B90963" w:rsidRPr="000959AC" w:rsidRDefault="00FC005A" w:rsidP="00B90963">
      <w:pPr>
        <w:pStyle w:val="ListParagraph"/>
        <w:numPr>
          <w:ilvl w:val="0"/>
          <w:numId w:val="24"/>
        </w:numPr>
        <w:rPr>
          <w:rFonts w:asciiTheme="majorHAnsi" w:hAnsiTheme="majorHAnsi" w:cstheme="majorHAnsi"/>
          <w:sz w:val="24"/>
          <w:szCs w:val="24"/>
        </w:rPr>
      </w:pPr>
      <w:r>
        <w:rPr>
          <w:rFonts w:asciiTheme="majorHAnsi" w:hAnsiTheme="majorHAnsi"/>
          <w:sz w:val="24"/>
        </w:rPr>
        <w:t xml:space="preserve">Få uddannelse og information om opbygning af relationer til nytilkomne. </w:t>
      </w:r>
    </w:p>
    <w:p w14:paraId="45BD2A10" w14:textId="34FB2E44" w:rsidR="00B90963" w:rsidRPr="000959AC" w:rsidRDefault="000A40BA" w:rsidP="00B90963">
      <w:pPr>
        <w:pStyle w:val="ListParagraph"/>
        <w:numPr>
          <w:ilvl w:val="0"/>
          <w:numId w:val="24"/>
        </w:numPr>
        <w:rPr>
          <w:rFonts w:asciiTheme="majorHAnsi" w:hAnsiTheme="majorHAnsi" w:cstheme="majorHAnsi"/>
          <w:sz w:val="24"/>
          <w:szCs w:val="24"/>
        </w:rPr>
      </w:pPr>
      <w:r>
        <w:rPr>
          <w:rFonts w:asciiTheme="majorHAnsi" w:hAnsiTheme="majorHAnsi"/>
          <w:sz w:val="24"/>
        </w:rPr>
        <w:t>Kontinuitet i de grundlæggende aspekter af den lokale kultur og livsstil.</w:t>
      </w:r>
    </w:p>
    <w:p w14:paraId="476CFA01" w14:textId="77777777" w:rsidR="002A310D" w:rsidRPr="000959AC" w:rsidRDefault="002A310D" w:rsidP="00D80E97">
      <w:pPr>
        <w:tabs>
          <w:tab w:val="left" w:pos="7230"/>
        </w:tabs>
        <w:rPr>
          <w:rFonts w:ascii="Gill Sans Std ExtraBold" w:hAnsi="Gill Sans Std ExtraBold" w:cstheme="majorHAnsi"/>
          <w:b/>
          <w:bCs/>
          <w:color w:val="FFFFFF" w:themeColor="background1"/>
          <w:sz w:val="32"/>
          <w:szCs w:val="32"/>
          <w:highlight w:val="black"/>
          <w:u w:val="single"/>
        </w:rPr>
      </w:pPr>
    </w:p>
    <w:p w14:paraId="1DFD70B0" w14:textId="6B8E26A2" w:rsidR="00FE0BC6" w:rsidRPr="000959AC" w:rsidRDefault="0019521B" w:rsidP="00B5434F">
      <w:pPr>
        <w:tabs>
          <w:tab w:val="left" w:pos="7230"/>
        </w:tabs>
        <w:jc w:val="both"/>
        <w:rPr>
          <w:rFonts w:asciiTheme="majorHAnsi" w:hAnsiTheme="majorHAnsi" w:cstheme="majorHAnsi"/>
          <w:sz w:val="24"/>
          <w:szCs w:val="24"/>
        </w:rPr>
      </w:pPr>
      <w:r>
        <w:rPr>
          <w:rFonts w:ascii="Gill Sans Std ExtraBold" w:hAnsi="Gill Sans Std ExtraBold"/>
          <w:b/>
          <w:color w:val="FFFFFF" w:themeColor="background1"/>
          <w:sz w:val="32"/>
          <w:highlight w:val="black"/>
          <w:u w:val="single"/>
        </w:rPr>
        <w:t>Liberale og demokratiske principper</w:t>
      </w:r>
      <w:r>
        <w:rPr>
          <w:rFonts w:ascii="Gill Sans Std ExtraBold" w:hAnsi="Gill Sans Std ExtraBold"/>
          <w:b/>
          <w:sz w:val="32"/>
          <w:u w:val="single"/>
        </w:rPr>
        <w:t xml:space="preserve"> </w:t>
      </w:r>
      <w:r>
        <w:rPr>
          <w:rFonts w:ascii="Gill Sans Std ExtraBold" w:hAnsi="Gill Sans Std ExtraBold"/>
          <w:b/>
          <w:color w:val="C00000"/>
          <w:sz w:val="32"/>
          <w:u w:val="single"/>
        </w:rPr>
        <w:t xml:space="preserve">for integration </w:t>
      </w:r>
    </w:p>
    <w:p w14:paraId="7FC60824" w14:textId="77777777" w:rsidR="008224B3" w:rsidRPr="000959AC" w:rsidRDefault="008224B3" w:rsidP="008224B3">
      <w:pPr>
        <w:pStyle w:val="ListParagraph"/>
        <w:jc w:val="both"/>
        <w:rPr>
          <w:rFonts w:ascii="Gill Sans Std ExtraBold" w:hAnsi="Gill Sans Std ExtraBold" w:cstheme="majorHAnsi"/>
          <w:b/>
          <w:bCs/>
          <w:sz w:val="32"/>
          <w:szCs w:val="32"/>
          <w:u w:val="single"/>
        </w:rPr>
      </w:pPr>
    </w:p>
    <w:p w14:paraId="3A77CACC" w14:textId="27DDB146" w:rsidR="008224B3" w:rsidRPr="000959AC" w:rsidRDefault="00B525C0" w:rsidP="008224B3">
      <w:pPr>
        <w:pStyle w:val="ListParagraph"/>
        <w:numPr>
          <w:ilvl w:val="0"/>
          <w:numId w:val="28"/>
        </w:numPr>
        <w:jc w:val="both"/>
        <w:rPr>
          <w:rFonts w:ascii="Gill Sans Std ExtraBold" w:hAnsi="Gill Sans Std ExtraBold" w:cstheme="majorHAnsi"/>
          <w:b/>
          <w:bCs/>
          <w:sz w:val="24"/>
          <w:szCs w:val="24"/>
          <w:u w:val="single"/>
        </w:rPr>
      </w:pPr>
      <w:r>
        <w:rPr>
          <w:rFonts w:asciiTheme="majorHAnsi" w:hAnsiTheme="majorHAnsi"/>
          <w:b/>
          <w:bCs/>
        </w:rPr>
        <w:t>Værdierne frihed</w:t>
      </w:r>
      <w:r>
        <w:rPr>
          <w:rFonts w:asciiTheme="majorHAnsi" w:hAnsiTheme="majorHAnsi"/>
        </w:rPr>
        <w:t xml:space="preserve"> og demokrati er universelle – de "arbejder ikke kun" med specifikke nationaliteter, religioner eller etniske grupper.</w:t>
      </w:r>
      <w:r>
        <w:rPr>
          <w:rFonts w:asciiTheme="majorHAnsi" w:hAnsiTheme="majorHAnsi"/>
          <w:sz w:val="24"/>
        </w:rPr>
        <w:t xml:space="preserve"> </w:t>
      </w:r>
    </w:p>
    <w:p w14:paraId="678793EB" w14:textId="6C7E0AF8" w:rsidR="00B525C0" w:rsidRPr="000959AC" w:rsidRDefault="008D28DC" w:rsidP="008224B3">
      <w:pPr>
        <w:pStyle w:val="ListParagraph"/>
        <w:jc w:val="both"/>
        <w:rPr>
          <w:rFonts w:ascii="Gill Sans Std ExtraBold" w:hAnsi="Gill Sans Std ExtraBold" w:cstheme="majorHAnsi"/>
          <w:b/>
          <w:bCs/>
          <w:sz w:val="24"/>
          <w:szCs w:val="24"/>
          <w:u w:val="single"/>
        </w:rPr>
      </w:pPr>
      <w:r>
        <w:rPr>
          <w:rFonts w:asciiTheme="majorHAnsi" w:hAnsiTheme="majorHAnsi"/>
          <w:sz w:val="24"/>
        </w:rPr>
        <w:t>De har imidlertid brug for undervisning, forklaring, pleje og forsvar.</w:t>
      </w:r>
    </w:p>
    <w:p w14:paraId="276E1442" w14:textId="77777777" w:rsidR="008224B3" w:rsidRPr="000959AC" w:rsidRDefault="008224B3" w:rsidP="008224B3">
      <w:pPr>
        <w:pStyle w:val="ListParagraph"/>
        <w:jc w:val="both"/>
        <w:rPr>
          <w:rFonts w:ascii="Gill Sans Std ExtraBold" w:hAnsi="Gill Sans Std ExtraBold" w:cstheme="majorHAnsi"/>
          <w:b/>
          <w:bCs/>
          <w:sz w:val="24"/>
          <w:szCs w:val="24"/>
          <w:u w:val="single"/>
        </w:rPr>
      </w:pPr>
    </w:p>
    <w:p w14:paraId="33202961" w14:textId="70A209B1" w:rsidR="00B525C0" w:rsidRPr="000959AC" w:rsidRDefault="00B525C0" w:rsidP="008224B3">
      <w:pPr>
        <w:pStyle w:val="ListParagraph"/>
        <w:numPr>
          <w:ilvl w:val="0"/>
          <w:numId w:val="28"/>
        </w:numPr>
        <w:jc w:val="both"/>
        <w:rPr>
          <w:rFonts w:ascii="Gill Sans Std ExtraBold" w:hAnsi="Gill Sans Std ExtraBold" w:cstheme="majorHAnsi"/>
          <w:b/>
          <w:bCs/>
          <w:sz w:val="24"/>
          <w:szCs w:val="24"/>
          <w:u w:val="single"/>
        </w:rPr>
      </w:pPr>
      <w:r>
        <w:rPr>
          <w:rFonts w:asciiTheme="majorHAnsi" w:hAnsiTheme="majorHAnsi"/>
          <w:b/>
          <w:bCs/>
          <w:sz w:val="24"/>
        </w:rPr>
        <w:t>Enhver</w:t>
      </w:r>
      <w:r>
        <w:rPr>
          <w:rFonts w:asciiTheme="majorHAnsi" w:hAnsiTheme="majorHAnsi"/>
          <w:sz w:val="24"/>
        </w:rPr>
        <w:t xml:space="preserve"> har ret til at udnytte sit fulde potentiale i samfundet.</w:t>
      </w:r>
    </w:p>
    <w:p w14:paraId="7378BC9A" w14:textId="77777777" w:rsidR="008224B3" w:rsidRPr="000959AC" w:rsidRDefault="008224B3" w:rsidP="008224B3">
      <w:pPr>
        <w:pStyle w:val="ListParagraph"/>
        <w:jc w:val="both"/>
        <w:rPr>
          <w:rFonts w:asciiTheme="majorHAnsi" w:hAnsiTheme="majorHAnsi" w:cstheme="majorHAnsi"/>
          <w:sz w:val="24"/>
          <w:szCs w:val="24"/>
        </w:rPr>
      </w:pPr>
    </w:p>
    <w:p w14:paraId="3A42944E" w14:textId="450BDF0D" w:rsidR="008D28DC" w:rsidRPr="000959AC" w:rsidRDefault="008D28DC" w:rsidP="008224B3">
      <w:pPr>
        <w:pStyle w:val="ListParagraph"/>
        <w:numPr>
          <w:ilvl w:val="0"/>
          <w:numId w:val="28"/>
        </w:numPr>
        <w:jc w:val="both"/>
        <w:rPr>
          <w:rFonts w:asciiTheme="majorHAnsi" w:hAnsiTheme="majorHAnsi" w:cstheme="majorHAnsi"/>
          <w:sz w:val="24"/>
          <w:szCs w:val="24"/>
        </w:rPr>
      </w:pPr>
      <w:r>
        <w:rPr>
          <w:rFonts w:asciiTheme="majorHAnsi" w:hAnsiTheme="majorHAnsi"/>
          <w:b/>
          <w:bCs/>
          <w:sz w:val="24"/>
        </w:rPr>
        <w:t>Sprog</w:t>
      </w:r>
      <w:r>
        <w:rPr>
          <w:rFonts w:asciiTheme="majorHAnsi" w:hAnsiTheme="majorHAnsi"/>
          <w:sz w:val="24"/>
        </w:rPr>
        <w:t xml:space="preserve"> er et afgørende redskab for, at en person kan bidrage med sit fulde potentiale.</w:t>
      </w:r>
    </w:p>
    <w:p w14:paraId="61C62EAC" w14:textId="77777777" w:rsidR="008224B3" w:rsidRPr="000959AC" w:rsidRDefault="008224B3" w:rsidP="008224B3">
      <w:pPr>
        <w:pStyle w:val="ListParagraph"/>
        <w:jc w:val="both"/>
        <w:rPr>
          <w:rFonts w:ascii="Gill Sans Std ExtraBold" w:hAnsi="Gill Sans Std ExtraBold" w:cstheme="majorHAnsi"/>
          <w:b/>
          <w:bCs/>
          <w:sz w:val="24"/>
          <w:szCs w:val="24"/>
          <w:u w:val="single"/>
        </w:rPr>
      </w:pPr>
    </w:p>
    <w:p w14:paraId="135AB747" w14:textId="7EE69EF2" w:rsidR="00B525C0" w:rsidRPr="000959AC" w:rsidRDefault="00B525C0" w:rsidP="008224B3">
      <w:pPr>
        <w:pStyle w:val="ListParagraph"/>
        <w:numPr>
          <w:ilvl w:val="0"/>
          <w:numId w:val="28"/>
        </w:numPr>
        <w:jc w:val="both"/>
        <w:rPr>
          <w:rFonts w:ascii="Gill Sans Std ExtraBold" w:hAnsi="Gill Sans Std ExtraBold" w:cstheme="majorHAnsi"/>
          <w:b/>
          <w:bCs/>
          <w:sz w:val="24"/>
          <w:szCs w:val="24"/>
          <w:u w:val="single"/>
        </w:rPr>
      </w:pPr>
      <w:r>
        <w:rPr>
          <w:rFonts w:asciiTheme="majorHAnsi" w:hAnsiTheme="majorHAnsi"/>
          <w:b/>
          <w:bCs/>
          <w:sz w:val="24"/>
        </w:rPr>
        <w:t>Hvad en person ønsker at gøre</w:t>
      </w:r>
      <w:r>
        <w:rPr>
          <w:rFonts w:asciiTheme="majorHAnsi" w:hAnsiTheme="majorHAnsi"/>
          <w:sz w:val="24"/>
        </w:rPr>
        <w:t>, er vigtigere end personens baggrund.</w:t>
      </w:r>
    </w:p>
    <w:p w14:paraId="1CCD24AB" w14:textId="77777777" w:rsidR="008224B3" w:rsidRPr="000959AC" w:rsidRDefault="008224B3" w:rsidP="008224B3">
      <w:pPr>
        <w:pStyle w:val="ListParagraph"/>
        <w:jc w:val="both"/>
        <w:rPr>
          <w:rFonts w:ascii="Gill Sans Std ExtraBold" w:hAnsi="Gill Sans Std ExtraBold" w:cstheme="majorHAnsi"/>
          <w:b/>
          <w:bCs/>
          <w:sz w:val="24"/>
          <w:szCs w:val="24"/>
          <w:u w:val="single"/>
        </w:rPr>
      </w:pPr>
    </w:p>
    <w:p w14:paraId="7C7D8F72" w14:textId="3D283486" w:rsidR="00B525C0" w:rsidRPr="000959AC" w:rsidRDefault="008224B3" w:rsidP="008224B3">
      <w:pPr>
        <w:pStyle w:val="ListParagraph"/>
        <w:numPr>
          <w:ilvl w:val="0"/>
          <w:numId w:val="28"/>
        </w:numPr>
        <w:jc w:val="both"/>
        <w:rPr>
          <w:rFonts w:ascii="Gill Sans Std ExtraBold" w:hAnsi="Gill Sans Std ExtraBold" w:cstheme="majorHAnsi"/>
          <w:b/>
          <w:bCs/>
          <w:sz w:val="24"/>
          <w:szCs w:val="24"/>
          <w:u w:val="single"/>
        </w:rPr>
      </w:pPr>
      <w:r>
        <w:rPr>
          <w:rFonts w:asciiTheme="majorHAnsi" w:hAnsiTheme="majorHAnsi"/>
          <w:b/>
          <w:bCs/>
          <w:sz w:val="24"/>
        </w:rPr>
        <w:t>Et retfærdigt samfund</w:t>
      </w:r>
      <w:r>
        <w:rPr>
          <w:rFonts w:asciiTheme="majorHAnsi" w:hAnsiTheme="majorHAnsi"/>
          <w:sz w:val="24"/>
        </w:rPr>
        <w:t xml:space="preserve"> giver lige muligheder for alle.</w:t>
      </w:r>
    </w:p>
    <w:p w14:paraId="177F8DCE" w14:textId="77777777" w:rsidR="008224B3" w:rsidRPr="000959AC" w:rsidRDefault="008224B3" w:rsidP="008224B3">
      <w:pPr>
        <w:pStyle w:val="ListParagraph"/>
        <w:jc w:val="both"/>
        <w:rPr>
          <w:rFonts w:ascii="Gill Sans Std ExtraBold" w:hAnsi="Gill Sans Std ExtraBold" w:cstheme="majorHAnsi"/>
          <w:b/>
          <w:bCs/>
          <w:sz w:val="24"/>
          <w:szCs w:val="24"/>
          <w:u w:val="single"/>
        </w:rPr>
      </w:pPr>
    </w:p>
    <w:p w14:paraId="7C963FEF" w14:textId="09C7ECA5" w:rsidR="008D28DC" w:rsidRPr="000959AC" w:rsidRDefault="008224B3" w:rsidP="008224B3">
      <w:pPr>
        <w:pStyle w:val="ListParagraph"/>
        <w:numPr>
          <w:ilvl w:val="0"/>
          <w:numId w:val="28"/>
        </w:numPr>
        <w:jc w:val="both"/>
        <w:rPr>
          <w:rFonts w:ascii="Gill Sans Std ExtraBold" w:hAnsi="Gill Sans Std ExtraBold" w:cstheme="majorHAnsi"/>
          <w:b/>
          <w:bCs/>
          <w:sz w:val="24"/>
          <w:szCs w:val="24"/>
          <w:u w:val="single"/>
        </w:rPr>
      </w:pPr>
      <w:r>
        <w:rPr>
          <w:rFonts w:asciiTheme="majorHAnsi" w:hAnsiTheme="majorHAnsi"/>
          <w:b/>
          <w:bCs/>
          <w:sz w:val="24"/>
        </w:rPr>
        <w:lastRenderedPageBreak/>
        <w:t>At sætte borgerne i stand til</w:t>
      </w:r>
      <w:r>
        <w:rPr>
          <w:rFonts w:asciiTheme="majorHAnsi" w:hAnsiTheme="majorHAnsi"/>
          <w:sz w:val="24"/>
        </w:rPr>
        <w:t xml:space="preserve"> at være med at forme deres lokalsamfund giver de bedste resultater.</w:t>
      </w:r>
    </w:p>
    <w:p w14:paraId="44E2B632" w14:textId="77777777" w:rsidR="008224B3" w:rsidRPr="000959AC" w:rsidRDefault="008224B3" w:rsidP="008224B3">
      <w:pPr>
        <w:pStyle w:val="ListParagraph"/>
        <w:jc w:val="both"/>
        <w:rPr>
          <w:rFonts w:ascii="Gill Sans Std ExtraBold" w:hAnsi="Gill Sans Std ExtraBold" w:cstheme="majorHAnsi"/>
          <w:b/>
          <w:bCs/>
          <w:sz w:val="24"/>
          <w:szCs w:val="24"/>
          <w:u w:val="single"/>
        </w:rPr>
      </w:pPr>
    </w:p>
    <w:p w14:paraId="1E876A13" w14:textId="136FD8F4" w:rsidR="00B525C0" w:rsidRPr="000959AC" w:rsidRDefault="008D28DC" w:rsidP="008224B3">
      <w:pPr>
        <w:pStyle w:val="ListParagraph"/>
        <w:numPr>
          <w:ilvl w:val="0"/>
          <w:numId w:val="28"/>
        </w:numPr>
        <w:jc w:val="both"/>
        <w:rPr>
          <w:rFonts w:ascii="Gill Sans Std ExtraBold" w:hAnsi="Gill Sans Std ExtraBold" w:cstheme="majorHAnsi"/>
          <w:b/>
          <w:bCs/>
          <w:sz w:val="24"/>
          <w:szCs w:val="24"/>
          <w:u w:val="single"/>
        </w:rPr>
      </w:pPr>
      <w:r>
        <w:rPr>
          <w:rFonts w:asciiTheme="majorHAnsi" w:hAnsiTheme="majorHAnsi"/>
          <w:b/>
          <w:bCs/>
          <w:sz w:val="24"/>
        </w:rPr>
        <w:t>Velforvaltet mangfoldighed</w:t>
      </w:r>
      <w:r>
        <w:rPr>
          <w:rFonts w:asciiTheme="majorHAnsi" w:hAnsiTheme="majorHAnsi"/>
          <w:sz w:val="24"/>
        </w:rPr>
        <w:t xml:space="preserve"> er en kilde til økonomisk og kulturel styrke.</w:t>
      </w:r>
    </w:p>
    <w:p w14:paraId="3963B911" w14:textId="77777777" w:rsidR="008224B3" w:rsidRPr="000959AC" w:rsidRDefault="008224B3" w:rsidP="008224B3">
      <w:pPr>
        <w:pStyle w:val="ListParagraph"/>
        <w:jc w:val="both"/>
        <w:rPr>
          <w:rFonts w:ascii="Gill Sans Std ExtraBold" w:hAnsi="Gill Sans Std ExtraBold" w:cstheme="majorHAnsi"/>
          <w:b/>
          <w:bCs/>
          <w:sz w:val="24"/>
          <w:szCs w:val="24"/>
          <w:u w:val="single"/>
        </w:rPr>
      </w:pPr>
    </w:p>
    <w:p w14:paraId="139BE665" w14:textId="63AFC1AB" w:rsidR="00B525C0" w:rsidRPr="000959AC" w:rsidRDefault="008224B3" w:rsidP="008224B3">
      <w:pPr>
        <w:pStyle w:val="ListParagraph"/>
        <w:numPr>
          <w:ilvl w:val="0"/>
          <w:numId w:val="28"/>
        </w:numPr>
        <w:jc w:val="both"/>
        <w:rPr>
          <w:rFonts w:ascii="Gill Sans Std ExtraBold" w:hAnsi="Gill Sans Std ExtraBold" w:cstheme="majorHAnsi"/>
          <w:b/>
          <w:bCs/>
          <w:sz w:val="24"/>
          <w:szCs w:val="24"/>
          <w:u w:val="single"/>
        </w:rPr>
      </w:pPr>
      <w:r>
        <w:rPr>
          <w:rFonts w:asciiTheme="majorHAnsi" w:hAnsiTheme="majorHAnsi"/>
          <w:b/>
          <w:bCs/>
          <w:sz w:val="24"/>
        </w:rPr>
        <w:t>Integration betyder ikke</w:t>
      </w:r>
      <w:r>
        <w:rPr>
          <w:rFonts w:asciiTheme="majorHAnsi" w:hAnsiTheme="majorHAnsi"/>
          <w:sz w:val="24"/>
        </w:rPr>
        <w:t xml:space="preserve">, at indvandrere skal opgive deres oprindelige identitet. Det er en proces, der giver dem mulighed for at bidrage til deres nye samfund, hvor deres unikke identitet værdsættes og respekteres, samtidig med at de respekterer og værdsætter deres nye hjemlands love og værdier. </w:t>
      </w:r>
    </w:p>
    <w:p w14:paraId="6E3D7F09" w14:textId="77777777" w:rsidR="008224B3" w:rsidRPr="000959AC" w:rsidRDefault="008224B3" w:rsidP="008224B3">
      <w:pPr>
        <w:pStyle w:val="ListParagraph"/>
        <w:jc w:val="both"/>
        <w:rPr>
          <w:rFonts w:ascii="Gill Sans Std ExtraBold" w:hAnsi="Gill Sans Std ExtraBold" w:cstheme="majorHAnsi"/>
          <w:b/>
          <w:bCs/>
          <w:sz w:val="24"/>
          <w:szCs w:val="24"/>
          <w:u w:val="single"/>
        </w:rPr>
      </w:pPr>
    </w:p>
    <w:p w14:paraId="549A1455" w14:textId="41BF982B" w:rsidR="008224B3" w:rsidRPr="000959AC" w:rsidRDefault="008224B3" w:rsidP="008224B3">
      <w:pPr>
        <w:pStyle w:val="ListParagraph"/>
        <w:numPr>
          <w:ilvl w:val="0"/>
          <w:numId w:val="28"/>
        </w:numPr>
        <w:jc w:val="both"/>
        <w:rPr>
          <w:rFonts w:ascii="Gill Sans Std ExtraBold" w:hAnsi="Gill Sans Std ExtraBold" w:cstheme="majorHAnsi"/>
          <w:b/>
          <w:bCs/>
          <w:sz w:val="24"/>
          <w:szCs w:val="24"/>
          <w:u w:val="single"/>
        </w:rPr>
      </w:pPr>
      <w:r>
        <w:rPr>
          <w:rFonts w:asciiTheme="majorHAnsi" w:hAnsiTheme="majorHAnsi"/>
          <w:b/>
          <w:bCs/>
          <w:sz w:val="24"/>
        </w:rPr>
        <w:t>En vellykket integration</w:t>
      </w:r>
      <w:r>
        <w:rPr>
          <w:rFonts w:asciiTheme="majorHAnsi" w:hAnsiTheme="majorHAnsi"/>
          <w:sz w:val="24"/>
        </w:rPr>
        <w:t xml:space="preserve"> skaber stærkere og mere modstandsdygtige lokalsamfund. </w:t>
      </w:r>
    </w:p>
    <w:p w14:paraId="46FE7B0C" w14:textId="77777777" w:rsidR="008224B3" w:rsidRPr="000959AC" w:rsidRDefault="008224B3" w:rsidP="008224B3">
      <w:pPr>
        <w:pStyle w:val="ListParagraph"/>
        <w:jc w:val="both"/>
        <w:rPr>
          <w:rFonts w:ascii="Gill Sans Std ExtraBold" w:hAnsi="Gill Sans Std ExtraBold" w:cstheme="majorHAnsi"/>
          <w:b/>
          <w:bCs/>
          <w:sz w:val="24"/>
          <w:szCs w:val="24"/>
          <w:u w:val="single"/>
        </w:rPr>
      </w:pPr>
    </w:p>
    <w:p w14:paraId="36A7D30A" w14:textId="132619E4" w:rsidR="008224B3" w:rsidRPr="000959AC" w:rsidRDefault="008224B3" w:rsidP="008224B3">
      <w:pPr>
        <w:pStyle w:val="ListParagraph"/>
        <w:numPr>
          <w:ilvl w:val="0"/>
          <w:numId w:val="28"/>
        </w:numPr>
        <w:jc w:val="both"/>
        <w:rPr>
          <w:rFonts w:ascii="Gill Sans Std ExtraBold" w:hAnsi="Gill Sans Std ExtraBold" w:cstheme="majorHAnsi"/>
          <w:b/>
          <w:bCs/>
          <w:sz w:val="24"/>
          <w:szCs w:val="24"/>
          <w:u w:val="single"/>
        </w:rPr>
      </w:pPr>
      <w:r>
        <w:rPr>
          <w:rFonts w:asciiTheme="majorHAnsi" w:hAnsiTheme="majorHAnsi"/>
          <w:b/>
          <w:bCs/>
          <w:sz w:val="24"/>
        </w:rPr>
        <w:t>Integration er afgørende</w:t>
      </w:r>
      <w:r>
        <w:rPr>
          <w:rFonts w:asciiTheme="majorHAnsi" w:hAnsiTheme="majorHAnsi"/>
          <w:sz w:val="24"/>
        </w:rPr>
        <w:t xml:space="preserve"> for Den Europæiske Unions fremtid, fordi Unionens befolkning forventes at falde, mens fertilitetskvotienten forventes at forblive lav, så Europas levestandard kun kan opretholdes i de kommende årtier delvis gennem indvandring.</w:t>
      </w:r>
    </w:p>
    <w:p w14:paraId="112487A2" w14:textId="417405ED" w:rsidR="000B7AFE" w:rsidRPr="000959AC" w:rsidRDefault="000B7AFE">
      <w:pPr>
        <w:rPr>
          <w:rFonts w:ascii="Gill Sans Std ExtraBold" w:hAnsi="Gill Sans Std ExtraBold" w:cstheme="majorHAnsi"/>
          <w:b/>
          <w:bCs/>
          <w:sz w:val="32"/>
          <w:szCs w:val="32"/>
          <w:u w:val="single"/>
        </w:rPr>
      </w:pPr>
      <w:r>
        <w:br w:type="page"/>
      </w:r>
    </w:p>
    <w:p w14:paraId="6D31D813" w14:textId="77777777" w:rsidR="002A310D" w:rsidRPr="000959AC" w:rsidRDefault="002A310D" w:rsidP="003733F7">
      <w:pPr>
        <w:pStyle w:val="ListParagraph"/>
        <w:ind w:left="0"/>
        <w:rPr>
          <w:rFonts w:ascii="Gill Sans Std ExtraBold" w:hAnsi="Gill Sans Std ExtraBold" w:cstheme="majorHAnsi"/>
          <w:b/>
          <w:bCs/>
          <w:color w:val="FFFFFF" w:themeColor="background1"/>
          <w:sz w:val="18"/>
          <w:szCs w:val="18"/>
          <w:highlight w:val="black"/>
          <w:u w:val="single"/>
        </w:rPr>
      </w:pPr>
    </w:p>
    <w:p w14:paraId="1B143828" w14:textId="3ABFDA98" w:rsidR="000B7AFE" w:rsidRPr="000959AC" w:rsidRDefault="00F40965" w:rsidP="003733F7">
      <w:pPr>
        <w:pStyle w:val="ListParagraph"/>
        <w:ind w:left="0"/>
        <w:rPr>
          <w:rFonts w:ascii="Gill Sans Std ExtraBold" w:hAnsi="Gill Sans Std ExtraBold" w:cstheme="majorHAnsi"/>
          <w:b/>
          <w:bCs/>
          <w:sz w:val="32"/>
          <w:szCs w:val="32"/>
          <w:u w:val="single"/>
        </w:rPr>
      </w:pPr>
      <w:r>
        <w:rPr>
          <w:rFonts w:ascii="Gill Sans Std ExtraBold" w:hAnsi="Gill Sans Std ExtraBold"/>
          <w:b/>
          <w:color w:val="FFFFFF" w:themeColor="background1"/>
          <w:sz w:val="32"/>
          <w:highlight w:val="black"/>
          <w:u w:val="single"/>
        </w:rPr>
        <w:t>Bekæmpelse af misinformation/desinformation:</w:t>
      </w:r>
      <w:r>
        <w:rPr>
          <w:rFonts w:ascii="Gill Sans Std ExtraBold" w:hAnsi="Gill Sans Std ExtraBold"/>
          <w:b/>
          <w:sz w:val="32"/>
          <w:u w:val="single"/>
        </w:rPr>
        <w:t xml:space="preserve"> </w:t>
      </w:r>
      <w:r>
        <w:rPr>
          <w:rFonts w:ascii="Gill Sans Std ExtraBold" w:hAnsi="Gill Sans Std ExtraBold"/>
          <w:b/>
          <w:color w:val="C00000"/>
          <w:sz w:val="32"/>
          <w:u w:val="single"/>
        </w:rPr>
        <w:t>sandhedssandwich</w:t>
      </w:r>
    </w:p>
    <w:p w14:paraId="6F9A2FDA" w14:textId="529B90A6" w:rsidR="00D20D14" w:rsidRPr="000959AC" w:rsidRDefault="002600C6">
      <w:pPr>
        <w:rPr>
          <w:rFonts w:ascii="Gill Sans Std ExtraBold" w:hAnsi="Gill Sans Std ExtraBold" w:cstheme="majorHAnsi"/>
          <w:b/>
          <w:bCs/>
          <w:color w:val="FFFFFF" w:themeColor="background1"/>
          <w:sz w:val="32"/>
          <w:szCs w:val="32"/>
          <w:highlight w:val="black"/>
          <w:u w:val="single"/>
        </w:rPr>
      </w:pPr>
      <w:r>
        <w:rPr>
          <w:rFonts w:ascii="Gill Sans Std ExtraBold" w:hAnsi="Gill Sans Std ExtraBold"/>
          <w:b/>
          <w:noProof/>
          <w:color w:val="FFFFFF" w:themeColor="background1"/>
          <w:sz w:val="32"/>
          <w:u w:val="single"/>
        </w:rPr>
        <w:drawing>
          <wp:anchor distT="0" distB="0" distL="114300" distR="114300" simplePos="0" relativeHeight="251661312" behindDoc="0" locked="0" layoutInCell="1" allowOverlap="1" wp14:anchorId="120E08A3" wp14:editId="70FF0B08">
            <wp:simplePos x="0" y="0"/>
            <wp:positionH relativeFrom="column">
              <wp:posOffset>39370</wp:posOffset>
            </wp:positionH>
            <wp:positionV relativeFrom="paragraph">
              <wp:posOffset>244475</wp:posOffset>
            </wp:positionV>
            <wp:extent cx="2621280" cy="1735455"/>
            <wp:effectExtent l="19050" t="19050" r="26670" b="17145"/>
            <wp:wrapSquare wrapText="bothSides"/>
            <wp:docPr id="1" name="Picture 1" descr="Microphone and pia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Microphone and piano"/>
                    <pic:cNvPicPr/>
                  </pic:nvPicPr>
                  <pic:blipFill>
                    <a:blip r:embed="rId12"/>
                    <a:stretch>
                      <a:fillRect/>
                    </a:stretch>
                  </pic:blipFill>
                  <pic:spPr>
                    <a:xfrm>
                      <a:off x="0" y="0"/>
                      <a:ext cx="2621280" cy="1735455"/>
                    </a:xfrm>
                    <a:prstGeom prst="rect">
                      <a:avLst/>
                    </a:prstGeom>
                    <a:ln>
                      <a:solidFill>
                        <a:schemeClr val="accent1"/>
                      </a:solidFill>
                    </a:ln>
                  </pic:spPr>
                </pic:pic>
              </a:graphicData>
            </a:graphic>
            <wp14:sizeRelH relativeFrom="page">
              <wp14:pctWidth>0</wp14:pctWidth>
            </wp14:sizeRelH>
            <wp14:sizeRelV relativeFrom="page">
              <wp14:pctHeight>0</wp14:pctHeight>
            </wp14:sizeRelV>
          </wp:anchor>
        </w:drawing>
      </w:r>
    </w:p>
    <w:p w14:paraId="4FFC903B" w14:textId="77777777" w:rsidR="00DB4B67" w:rsidRPr="000959AC" w:rsidRDefault="00FF1798" w:rsidP="00DB4B67">
      <w:pPr>
        <w:pStyle w:val="ListParagraph"/>
        <w:jc w:val="both"/>
        <w:rPr>
          <w:rFonts w:ascii="Aptos" w:hAnsi="Aptos"/>
          <w:color w:val="000000"/>
          <w:sz w:val="24"/>
          <w:szCs w:val="24"/>
        </w:rPr>
      </w:pPr>
      <w:r>
        <w:rPr>
          <w:rFonts w:ascii="Aptos" w:hAnsi="Aptos"/>
          <w:b/>
          <w:color w:val="000000"/>
          <w:sz w:val="24"/>
          <w:u w:val="single"/>
        </w:rPr>
        <w:t>Misinformation</w:t>
      </w:r>
      <w:r>
        <w:rPr>
          <w:rFonts w:ascii="Aptos" w:hAnsi="Aptos"/>
          <w:color w:val="000000"/>
          <w:sz w:val="24"/>
        </w:rPr>
        <w:t xml:space="preserve">: </w:t>
      </w:r>
    </w:p>
    <w:p w14:paraId="07F43625" w14:textId="1BAB7BAA" w:rsidR="002600C6" w:rsidRPr="000959AC" w:rsidRDefault="005D05CB" w:rsidP="00DB4B67">
      <w:pPr>
        <w:pStyle w:val="ListParagraph"/>
        <w:jc w:val="both"/>
        <w:rPr>
          <w:rFonts w:ascii="Aptos" w:hAnsi="Aptos"/>
          <w:color w:val="000000"/>
          <w:sz w:val="24"/>
          <w:szCs w:val="24"/>
        </w:rPr>
      </w:pPr>
      <w:r>
        <w:rPr>
          <w:rFonts w:ascii="Aptos" w:hAnsi="Aptos"/>
          <w:color w:val="000000"/>
          <w:sz w:val="24"/>
        </w:rPr>
        <w:t>Afgivelse af forkerte eller vildledende oplysninger.</w:t>
      </w:r>
    </w:p>
    <w:p w14:paraId="41DB63AF" w14:textId="77777777" w:rsidR="00DB4B67" w:rsidRPr="000959AC" w:rsidRDefault="00DB4B67" w:rsidP="00DB4B67">
      <w:pPr>
        <w:pStyle w:val="ListParagraph"/>
        <w:jc w:val="both"/>
        <w:rPr>
          <w:rFonts w:ascii="Aptos" w:hAnsi="Aptos"/>
          <w:color w:val="000000"/>
          <w:sz w:val="24"/>
          <w:szCs w:val="24"/>
        </w:rPr>
      </w:pPr>
    </w:p>
    <w:p w14:paraId="3F562A74" w14:textId="77777777" w:rsidR="005D05CB" w:rsidRPr="000959AC" w:rsidRDefault="007262BB" w:rsidP="00DB4B67">
      <w:pPr>
        <w:pStyle w:val="ListParagraph"/>
        <w:jc w:val="both"/>
        <w:rPr>
          <w:rFonts w:ascii="Aptos" w:hAnsi="Aptos"/>
          <w:color w:val="000000"/>
          <w:sz w:val="24"/>
          <w:szCs w:val="24"/>
        </w:rPr>
      </w:pPr>
      <w:r>
        <w:rPr>
          <w:rFonts w:ascii="Aptos" w:hAnsi="Aptos"/>
          <w:b/>
          <w:bCs/>
          <w:color w:val="000000"/>
          <w:sz w:val="24"/>
          <w:u w:val="single"/>
        </w:rPr>
        <w:t>Desinformation:</w:t>
      </w:r>
      <w:r>
        <w:rPr>
          <w:rFonts w:ascii="Aptos" w:hAnsi="Aptos"/>
          <w:color w:val="000000"/>
          <w:sz w:val="24"/>
        </w:rPr>
        <w:t xml:space="preserve"> </w:t>
      </w:r>
    </w:p>
    <w:p w14:paraId="1E6DFF6E" w14:textId="212E259F" w:rsidR="007262BB" w:rsidRPr="000959AC" w:rsidRDefault="005D05CB" w:rsidP="00DB4B67">
      <w:pPr>
        <w:pStyle w:val="ListParagraph"/>
        <w:jc w:val="both"/>
        <w:rPr>
          <w:rFonts w:ascii="Aptos" w:hAnsi="Aptos"/>
          <w:color w:val="000000"/>
          <w:sz w:val="24"/>
          <w:szCs w:val="24"/>
        </w:rPr>
      </w:pPr>
      <w:r>
        <w:rPr>
          <w:rFonts w:ascii="Aptos" w:hAnsi="Aptos"/>
          <w:color w:val="000000"/>
          <w:sz w:val="24"/>
        </w:rPr>
        <w:t>Afgivelse af bevidst falske oplysninger.</w:t>
      </w:r>
    </w:p>
    <w:p w14:paraId="0C72F8D8" w14:textId="77777777" w:rsidR="00B84936" w:rsidRPr="000959AC" w:rsidRDefault="00B84936" w:rsidP="00B84936">
      <w:pPr>
        <w:pStyle w:val="ListParagraph"/>
        <w:rPr>
          <w:rFonts w:ascii="Aptos" w:hAnsi="Aptos"/>
          <w:color w:val="000000"/>
          <w:sz w:val="24"/>
          <w:szCs w:val="24"/>
        </w:rPr>
      </w:pPr>
    </w:p>
    <w:p w14:paraId="6C4DCD08" w14:textId="77777777" w:rsidR="00BD3906" w:rsidRPr="000959AC" w:rsidRDefault="00BD3906" w:rsidP="00B84936">
      <w:pPr>
        <w:pStyle w:val="ListParagraph"/>
        <w:rPr>
          <w:rFonts w:ascii="Aptos" w:hAnsi="Aptos"/>
          <w:color w:val="000000"/>
          <w:sz w:val="24"/>
          <w:szCs w:val="24"/>
        </w:rPr>
      </w:pPr>
    </w:p>
    <w:p w14:paraId="1E419538" w14:textId="3867122E" w:rsidR="00B84936" w:rsidRPr="000959AC" w:rsidRDefault="00B84936" w:rsidP="004F5173">
      <w:pPr>
        <w:pStyle w:val="ListParagraph"/>
        <w:ind w:left="360"/>
        <w:rPr>
          <w:rFonts w:ascii="Aptos" w:hAnsi="Aptos"/>
          <w:b/>
          <w:bCs/>
          <w:color w:val="000000"/>
          <w:sz w:val="24"/>
          <w:szCs w:val="24"/>
          <w:u w:val="single"/>
        </w:rPr>
      </w:pPr>
      <w:r>
        <w:rPr>
          <w:rFonts w:ascii="Aptos" w:hAnsi="Aptos"/>
          <w:b/>
          <w:color w:val="000000"/>
          <w:sz w:val="24"/>
          <w:u w:val="single"/>
        </w:rPr>
        <w:t>Metoden sandhedssandwich har vist sig at være effektiv:</w:t>
      </w:r>
    </w:p>
    <w:p w14:paraId="75587422" w14:textId="77777777" w:rsidR="00B84936" w:rsidRPr="000959AC" w:rsidRDefault="00B84936" w:rsidP="00B84936">
      <w:pPr>
        <w:pStyle w:val="ListParagraph"/>
        <w:rPr>
          <w:rFonts w:ascii="Aptos" w:hAnsi="Aptos"/>
          <w:color w:val="000000"/>
          <w:sz w:val="24"/>
          <w:szCs w:val="24"/>
        </w:rPr>
      </w:pPr>
    </w:p>
    <w:p w14:paraId="0C74DA7A" w14:textId="5BA573CD" w:rsidR="00032691" w:rsidRPr="000959AC" w:rsidRDefault="00032691" w:rsidP="00032691">
      <w:pPr>
        <w:pStyle w:val="ListParagraph"/>
        <w:numPr>
          <w:ilvl w:val="0"/>
          <w:numId w:val="28"/>
        </w:numPr>
        <w:rPr>
          <w:rFonts w:ascii="Aptos" w:hAnsi="Aptos"/>
          <w:color w:val="000000"/>
          <w:sz w:val="24"/>
          <w:szCs w:val="24"/>
        </w:rPr>
      </w:pPr>
      <w:r>
        <w:rPr>
          <w:rFonts w:ascii="Aptos" w:hAnsi="Aptos"/>
          <w:b/>
          <w:bCs/>
          <w:color w:val="000000"/>
          <w:sz w:val="24"/>
        </w:rPr>
        <w:t>Begynd med fakta</w:t>
      </w:r>
      <w:r>
        <w:rPr>
          <w:rFonts w:ascii="Aptos" w:hAnsi="Aptos"/>
          <w:color w:val="000000"/>
          <w:sz w:val="24"/>
        </w:rPr>
        <w:t xml:space="preserve">. </w:t>
      </w:r>
    </w:p>
    <w:p w14:paraId="79278B0B" w14:textId="77777777" w:rsidR="00040631" w:rsidRPr="000959AC" w:rsidRDefault="00040631" w:rsidP="00040631">
      <w:pPr>
        <w:pStyle w:val="ListParagraph"/>
        <w:rPr>
          <w:rFonts w:ascii="Aptos" w:hAnsi="Aptos"/>
          <w:color w:val="000000"/>
          <w:sz w:val="24"/>
          <w:szCs w:val="24"/>
        </w:rPr>
      </w:pPr>
    </w:p>
    <w:p w14:paraId="4686F740" w14:textId="6A1EB9E5" w:rsidR="00696A75" w:rsidRPr="000959AC" w:rsidRDefault="00032691" w:rsidP="00032691">
      <w:pPr>
        <w:pStyle w:val="ListParagraph"/>
        <w:numPr>
          <w:ilvl w:val="0"/>
          <w:numId w:val="28"/>
        </w:numPr>
        <w:rPr>
          <w:rFonts w:ascii="Aptos" w:hAnsi="Aptos"/>
          <w:color w:val="000000"/>
          <w:sz w:val="24"/>
          <w:szCs w:val="24"/>
        </w:rPr>
      </w:pPr>
      <w:r>
        <w:rPr>
          <w:rFonts w:ascii="Aptos" w:hAnsi="Aptos"/>
          <w:b/>
          <w:bCs/>
          <w:color w:val="000000"/>
          <w:sz w:val="24"/>
        </w:rPr>
        <w:t>Advar om myten</w:t>
      </w:r>
      <w:r>
        <w:rPr>
          <w:rFonts w:ascii="Aptos" w:hAnsi="Aptos"/>
          <w:color w:val="000000"/>
          <w:sz w:val="24"/>
        </w:rPr>
        <w:t xml:space="preserve"> – </w:t>
      </w:r>
      <w:r>
        <w:rPr>
          <w:rFonts w:ascii="Aptos" w:hAnsi="Aptos"/>
          <w:i/>
          <w:iCs/>
          <w:color w:val="000000"/>
          <w:sz w:val="24"/>
        </w:rPr>
        <w:t>men gør det kort for at undgå at forstærke myten!</w:t>
      </w:r>
      <w:r>
        <w:rPr>
          <w:rFonts w:ascii="Aptos" w:hAnsi="Aptos"/>
          <w:color w:val="000000"/>
          <w:sz w:val="24"/>
        </w:rPr>
        <w:t xml:space="preserve"> </w:t>
      </w:r>
    </w:p>
    <w:p w14:paraId="2032043F" w14:textId="77777777" w:rsidR="00040631" w:rsidRPr="000959AC" w:rsidRDefault="00040631" w:rsidP="00040631">
      <w:pPr>
        <w:pStyle w:val="ListParagraph"/>
        <w:rPr>
          <w:rFonts w:ascii="Aptos" w:hAnsi="Aptos"/>
          <w:color w:val="000000"/>
          <w:sz w:val="24"/>
          <w:szCs w:val="24"/>
        </w:rPr>
      </w:pPr>
    </w:p>
    <w:p w14:paraId="3BE07639" w14:textId="7D0E1469" w:rsidR="00696A75" w:rsidRPr="000959AC" w:rsidRDefault="00032691" w:rsidP="00032691">
      <w:pPr>
        <w:pStyle w:val="ListParagraph"/>
        <w:numPr>
          <w:ilvl w:val="0"/>
          <w:numId w:val="28"/>
        </w:numPr>
        <w:rPr>
          <w:rFonts w:ascii="Aptos" w:hAnsi="Aptos"/>
          <w:color w:val="000000"/>
          <w:sz w:val="24"/>
          <w:szCs w:val="24"/>
        </w:rPr>
      </w:pPr>
      <w:r>
        <w:rPr>
          <w:rFonts w:ascii="Aptos" w:hAnsi="Aptos"/>
          <w:b/>
          <w:bCs/>
          <w:color w:val="000000"/>
          <w:sz w:val="24"/>
        </w:rPr>
        <w:t>Forklar, hvorfor</w:t>
      </w:r>
      <w:r>
        <w:rPr>
          <w:rFonts w:ascii="Aptos" w:hAnsi="Aptos"/>
          <w:color w:val="000000"/>
          <w:sz w:val="24"/>
        </w:rPr>
        <w:t xml:space="preserve"> myten er forkert. </w:t>
      </w:r>
    </w:p>
    <w:p w14:paraId="6D0FE9EF" w14:textId="77777777" w:rsidR="00040631" w:rsidRPr="000959AC" w:rsidRDefault="00040631" w:rsidP="00040631">
      <w:pPr>
        <w:pStyle w:val="ListParagraph"/>
        <w:rPr>
          <w:rFonts w:ascii="Aptos" w:hAnsi="Aptos"/>
          <w:color w:val="000000"/>
          <w:sz w:val="24"/>
          <w:szCs w:val="24"/>
        </w:rPr>
      </w:pPr>
    </w:p>
    <w:p w14:paraId="5D907B05" w14:textId="39D9A15B" w:rsidR="00696A75" w:rsidRPr="000959AC" w:rsidRDefault="00BD35C9" w:rsidP="00032691">
      <w:pPr>
        <w:pStyle w:val="ListParagraph"/>
        <w:numPr>
          <w:ilvl w:val="0"/>
          <w:numId w:val="28"/>
        </w:numPr>
        <w:rPr>
          <w:rFonts w:ascii="Aptos" w:hAnsi="Aptos"/>
          <w:color w:val="000000"/>
          <w:sz w:val="24"/>
          <w:szCs w:val="24"/>
        </w:rPr>
      </w:pPr>
      <w:r>
        <w:rPr>
          <w:rFonts w:ascii="Aptos" w:hAnsi="Aptos"/>
          <w:b/>
          <w:bCs/>
          <w:color w:val="000000"/>
          <w:sz w:val="24"/>
        </w:rPr>
        <w:t>Gentag fakta</w:t>
      </w:r>
      <w:r>
        <w:rPr>
          <w:rFonts w:ascii="Aptos" w:hAnsi="Aptos"/>
          <w:color w:val="000000"/>
          <w:sz w:val="24"/>
        </w:rPr>
        <w:t xml:space="preserve"> for at understrege disse. </w:t>
      </w:r>
    </w:p>
    <w:p w14:paraId="3555ED8F" w14:textId="77777777" w:rsidR="00E71E8E" w:rsidRPr="000959AC" w:rsidRDefault="00E71E8E" w:rsidP="00E71E8E">
      <w:pPr>
        <w:pStyle w:val="ListParagraph"/>
        <w:rPr>
          <w:rFonts w:ascii="Aptos" w:hAnsi="Aptos"/>
          <w:color w:val="000000"/>
          <w:sz w:val="24"/>
          <w:szCs w:val="24"/>
        </w:rPr>
      </w:pPr>
    </w:p>
    <w:p w14:paraId="05D8B866" w14:textId="670D23BE" w:rsidR="00E71E8E" w:rsidRPr="000959AC" w:rsidRDefault="00E71E8E" w:rsidP="00E71E8E">
      <w:pPr>
        <w:pStyle w:val="ListParagraph"/>
        <w:ind w:left="360"/>
        <w:rPr>
          <w:rFonts w:ascii="Aptos" w:hAnsi="Aptos"/>
          <w:b/>
          <w:bCs/>
          <w:color w:val="000000"/>
          <w:sz w:val="24"/>
          <w:szCs w:val="24"/>
          <w:u w:val="single"/>
        </w:rPr>
      </w:pPr>
      <w:r>
        <w:rPr>
          <w:rFonts w:ascii="Aptos" w:hAnsi="Aptos"/>
          <w:b/>
          <w:color w:val="000000"/>
          <w:sz w:val="24"/>
          <w:u w:val="single"/>
        </w:rPr>
        <w:t>Sådan bruger du din sandhedssandwich</w:t>
      </w:r>
    </w:p>
    <w:p w14:paraId="65950598" w14:textId="77777777" w:rsidR="00735E38" w:rsidRPr="000959AC" w:rsidRDefault="00735E38" w:rsidP="00E71E8E">
      <w:pPr>
        <w:pStyle w:val="ListParagraph"/>
        <w:ind w:left="360"/>
        <w:rPr>
          <w:rFonts w:ascii="Aptos" w:hAnsi="Aptos"/>
          <w:b/>
          <w:bCs/>
          <w:color w:val="000000"/>
          <w:sz w:val="24"/>
          <w:szCs w:val="24"/>
          <w:u w:val="single"/>
        </w:rPr>
      </w:pPr>
    </w:p>
    <w:p w14:paraId="58631459" w14:textId="1DFB4777" w:rsidR="007618F4" w:rsidRPr="000959AC" w:rsidRDefault="00032691" w:rsidP="00032691">
      <w:pPr>
        <w:pStyle w:val="ListParagraph"/>
        <w:numPr>
          <w:ilvl w:val="0"/>
          <w:numId w:val="28"/>
        </w:numPr>
        <w:rPr>
          <w:rFonts w:ascii="Aptos" w:hAnsi="Aptos"/>
          <w:color w:val="000000"/>
          <w:sz w:val="24"/>
          <w:szCs w:val="24"/>
        </w:rPr>
      </w:pPr>
      <w:r>
        <w:rPr>
          <w:rFonts w:ascii="Aptos" w:hAnsi="Aptos"/>
          <w:b/>
          <w:color w:val="000000"/>
          <w:sz w:val="24"/>
        </w:rPr>
        <w:t>Gentag, gentag, gentag.</w:t>
      </w:r>
      <w:r>
        <w:rPr>
          <w:rFonts w:ascii="Aptos" w:hAnsi="Aptos"/>
          <w:color w:val="000000"/>
          <w:sz w:val="24"/>
        </w:rPr>
        <w:t xml:space="preserve"> Benyt enhver lejlighed til at gentage sandhedssandwichen. </w:t>
      </w:r>
    </w:p>
    <w:p w14:paraId="084B260D" w14:textId="77777777" w:rsidR="00040631" w:rsidRPr="000959AC" w:rsidRDefault="00040631" w:rsidP="00040631">
      <w:pPr>
        <w:pStyle w:val="ListParagraph"/>
        <w:rPr>
          <w:rFonts w:ascii="Aptos" w:hAnsi="Aptos"/>
          <w:color w:val="000000"/>
          <w:sz w:val="24"/>
          <w:szCs w:val="24"/>
        </w:rPr>
      </w:pPr>
    </w:p>
    <w:p w14:paraId="613D4777" w14:textId="1735DC25" w:rsidR="006C2CA7" w:rsidRPr="000959AC" w:rsidRDefault="00032691" w:rsidP="00032691">
      <w:pPr>
        <w:pStyle w:val="ListParagraph"/>
        <w:numPr>
          <w:ilvl w:val="0"/>
          <w:numId w:val="28"/>
        </w:numPr>
        <w:rPr>
          <w:rFonts w:ascii="Aptos" w:hAnsi="Aptos"/>
          <w:color w:val="000000"/>
          <w:sz w:val="24"/>
          <w:szCs w:val="24"/>
        </w:rPr>
      </w:pPr>
      <w:r>
        <w:rPr>
          <w:rFonts w:ascii="Aptos" w:hAnsi="Aptos"/>
          <w:b/>
          <w:bCs/>
          <w:color w:val="000000"/>
          <w:sz w:val="24"/>
        </w:rPr>
        <w:t>Samarbejd med andre aktører</w:t>
      </w:r>
      <w:r>
        <w:rPr>
          <w:rFonts w:ascii="Aptos" w:hAnsi="Aptos"/>
          <w:color w:val="000000"/>
          <w:sz w:val="24"/>
        </w:rPr>
        <w:t xml:space="preserve">, som er jeres allierede. </w:t>
      </w:r>
    </w:p>
    <w:p w14:paraId="73FCDB7D" w14:textId="77777777" w:rsidR="00040631" w:rsidRPr="000959AC" w:rsidRDefault="00040631" w:rsidP="00040631">
      <w:pPr>
        <w:pStyle w:val="ListParagraph"/>
        <w:rPr>
          <w:rFonts w:ascii="Aptos" w:hAnsi="Aptos"/>
          <w:color w:val="000000"/>
          <w:sz w:val="24"/>
          <w:szCs w:val="24"/>
        </w:rPr>
      </w:pPr>
    </w:p>
    <w:p w14:paraId="233C24ED" w14:textId="45FF7373" w:rsidR="00D420DA" w:rsidRPr="000959AC" w:rsidRDefault="006C2CA7" w:rsidP="00032691">
      <w:pPr>
        <w:pStyle w:val="ListParagraph"/>
        <w:numPr>
          <w:ilvl w:val="0"/>
          <w:numId w:val="28"/>
        </w:numPr>
        <w:rPr>
          <w:rFonts w:ascii="Aptos" w:hAnsi="Aptos"/>
          <w:color w:val="000000"/>
          <w:sz w:val="24"/>
          <w:szCs w:val="24"/>
        </w:rPr>
      </w:pPr>
      <w:r>
        <w:rPr>
          <w:rFonts w:ascii="Aptos" w:hAnsi="Aptos"/>
          <w:b/>
          <w:bCs/>
          <w:color w:val="000000"/>
          <w:sz w:val="24"/>
        </w:rPr>
        <w:t>Forstå din målgruppe</w:t>
      </w:r>
      <w:r>
        <w:rPr>
          <w:rFonts w:ascii="Aptos" w:hAnsi="Aptos"/>
          <w:color w:val="000000"/>
          <w:sz w:val="24"/>
        </w:rPr>
        <w:t xml:space="preserve">, og appeller til deres værdier og følelser. </w:t>
      </w:r>
    </w:p>
    <w:p w14:paraId="500036A5" w14:textId="77777777" w:rsidR="00040631" w:rsidRPr="000959AC" w:rsidRDefault="00040631" w:rsidP="00040631">
      <w:pPr>
        <w:pStyle w:val="ListParagraph"/>
        <w:rPr>
          <w:rFonts w:ascii="Aptos" w:hAnsi="Aptos"/>
          <w:color w:val="000000"/>
          <w:sz w:val="24"/>
          <w:szCs w:val="24"/>
        </w:rPr>
      </w:pPr>
    </w:p>
    <w:p w14:paraId="14471215" w14:textId="1546D84A" w:rsidR="00454A41" w:rsidRPr="000959AC" w:rsidRDefault="00447EE0" w:rsidP="00216ECD">
      <w:pPr>
        <w:pStyle w:val="ListParagraph"/>
        <w:numPr>
          <w:ilvl w:val="0"/>
          <w:numId w:val="28"/>
        </w:numPr>
        <w:jc w:val="both"/>
        <w:rPr>
          <w:rFonts w:ascii="Aptos" w:hAnsi="Aptos"/>
          <w:color w:val="000000"/>
          <w:sz w:val="24"/>
          <w:szCs w:val="24"/>
        </w:rPr>
      </w:pPr>
      <w:r>
        <w:rPr>
          <w:rFonts w:ascii="Aptos" w:hAnsi="Aptos"/>
          <w:b/>
          <w:color w:val="000000"/>
          <w:sz w:val="24"/>
        </w:rPr>
        <w:t>Brug en troværdighed talsperson.</w:t>
      </w:r>
      <w:r>
        <w:rPr>
          <w:rFonts w:ascii="Aptos" w:hAnsi="Aptos"/>
          <w:color w:val="000000"/>
          <w:sz w:val="24"/>
        </w:rPr>
        <w:t xml:space="preserve"> Sørg for, at budskabet formidles af en person, som målgruppen stoler på og kan identificere sig med. Online og offline. </w:t>
      </w:r>
    </w:p>
    <w:p w14:paraId="4C21C90C" w14:textId="77777777" w:rsidR="00040631" w:rsidRPr="000959AC" w:rsidRDefault="00040631" w:rsidP="00040631">
      <w:pPr>
        <w:pStyle w:val="ListParagraph"/>
        <w:rPr>
          <w:rFonts w:ascii="Aptos" w:hAnsi="Aptos"/>
          <w:color w:val="000000"/>
          <w:sz w:val="24"/>
          <w:szCs w:val="24"/>
        </w:rPr>
      </w:pPr>
    </w:p>
    <w:p w14:paraId="1EC635F6" w14:textId="333D2784" w:rsidR="00454A41" w:rsidRPr="000959AC" w:rsidRDefault="00032691" w:rsidP="00B5434F">
      <w:pPr>
        <w:pStyle w:val="ListParagraph"/>
        <w:keepNext/>
        <w:keepLines/>
        <w:numPr>
          <w:ilvl w:val="0"/>
          <w:numId w:val="28"/>
        </w:numPr>
        <w:rPr>
          <w:rFonts w:ascii="Aptos" w:hAnsi="Aptos"/>
          <w:color w:val="000000"/>
          <w:sz w:val="24"/>
          <w:szCs w:val="24"/>
        </w:rPr>
      </w:pPr>
      <w:r>
        <w:rPr>
          <w:rFonts w:ascii="Aptos" w:hAnsi="Aptos"/>
          <w:b/>
          <w:bCs/>
          <w:color w:val="000000"/>
          <w:sz w:val="24"/>
        </w:rPr>
        <w:lastRenderedPageBreak/>
        <w:t>Brug humor</w:t>
      </w:r>
      <w:r>
        <w:rPr>
          <w:rFonts w:ascii="Aptos" w:hAnsi="Aptos"/>
          <w:color w:val="000000"/>
          <w:sz w:val="24"/>
        </w:rPr>
        <w:t xml:space="preserve"> til at tiltrække opmærksomhed. </w:t>
      </w:r>
    </w:p>
    <w:p w14:paraId="494488BA" w14:textId="77777777" w:rsidR="00040631" w:rsidRPr="000959AC" w:rsidRDefault="00040631" w:rsidP="00B5434F">
      <w:pPr>
        <w:pStyle w:val="ListParagraph"/>
        <w:keepNext/>
        <w:keepLines/>
        <w:rPr>
          <w:rFonts w:ascii="Aptos" w:hAnsi="Aptos"/>
          <w:b/>
          <w:bCs/>
          <w:color w:val="000000"/>
          <w:sz w:val="24"/>
          <w:szCs w:val="24"/>
        </w:rPr>
      </w:pPr>
    </w:p>
    <w:p w14:paraId="5C55C24E" w14:textId="472A9FE2" w:rsidR="00032691" w:rsidRPr="000959AC" w:rsidRDefault="00032691" w:rsidP="00B5434F">
      <w:pPr>
        <w:pStyle w:val="ListParagraph"/>
        <w:keepNext/>
        <w:keepLines/>
        <w:numPr>
          <w:ilvl w:val="0"/>
          <w:numId w:val="28"/>
        </w:numPr>
        <w:rPr>
          <w:rFonts w:ascii="Aptos" w:hAnsi="Aptos"/>
          <w:b/>
          <w:bCs/>
          <w:color w:val="000000"/>
          <w:sz w:val="24"/>
          <w:szCs w:val="24"/>
        </w:rPr>
      </w:pPr>
      <w:r>
        <w:rPr>
          <w:rFonts w:ascii="Aptos" w:hAnsi="Aptos"/>
          <w:b/>
          <w:color w:val="000000"/>
          <w:sz w:val="24"/>
        </w:rPr>
        <w:t>Reager hurtigt! </w:t>
      </w:r>
    </w:p>
    <w:p w14:paraId="1BA9125B" w14:textId="77777777" w:rsidR="007243B4" w:rsidRPr="000959AC" w:rsidRDefault="007243B4" w:rsidP="0019521B">
      <w:pPr>
        <w:rPr>
          <w:rFonts w:ascii="Gill Sans Std ExtraBold" w:hAnsi="Gill Sans Std ExtraBold" w:cstheme="majorHAnsi"/>
          <w:b/>
          <w:bCs/>
          <w:color w:val="FFFFFF" w:themeColor="background1"/>
          <w:sz w:val="32"/>
          <w:szCs w:val="32"/>
          <w:highlight w:val="black"/>
          <w:u w:val="single"/>
        </w:rPr>
      </w:pPr>
    </w:p>
    <w:p w14:paraId="5B17E064" w14:textId="10760BA2" w:rsidR="0019521B" w:rsidRPr="000959AC" w:rsidRDefault="000B7AFE" w:rsidP="00B5434F">
      <w:pPr>
        <w:spacing w:after="0"/>
        <w:jc w:val="both"/>
        <w:rPr>
          <w:rFonts w:ascii="Gill Sans Std ExtraBold" w:hAnsi="Gill Sans Std ExtraBold" w:cstheme="majorHAnsi"/>
          <w:b/>
          <w:bCs/>
          <w:color w:val="C00000"/>
          <w:sz w:val="32"/>
          <w:szCs w:val="32"/>
          <w:u w:val="single"/>
        </w:rPr>
      </w:pPr>
      <w:r>
        <w:rPr>
          <w:rFonts w:ascii="Gill Sans Std ExtraBold" w:hAnsi="Gill Sans Std ExtraBold"/>
          <w:b/>
          <w:color w:val="FFFFFF" w:themeColor="background1"/>
          <w:sz w:val="32"/>
          <w:highlight w:val="black"/>
          <w:u w:val="single"/>
        </w:rPr>
        <w:t>Eksempler på politikker</w:t>
      </w:r>
      <w:r>
        <w:rPr>
          <w:rFonts w:ascii="Gill Sans Std ExtraBold" w:hAnsi="Gill Sans Std ExtraBold"/>
          <w:b/>
          <w:sz w:val="32"/>
          <w:u w:val="single"/>
        </w:rPr>
        <w:t xml:space="preserve"> </w:t>
      </w:r>
      <w:r>
        <w:rPr>
          <w:rFonts w:ascii="Gill Sans Std ExtraBold" w:hAnsi="Gill Sans Std ExtraBold"/>
          <w:b/>
          <w:color w:val="C00000"/>
          <w:sz w:val="32"/>
          <w:u w:val="single"/>
        </w:rPr>
        <w:t xml:space="preserve">fra byer rundt om i verden </w:t>
      </w:r>
    </w:p>
    <w:p w14:paraId="55FC13E2" w14:textId="77777777" w:rsidR="000B7AFE" w:rsidRPr="000959AC" w:rsidRDefault="000B7AFE" w:rsidP="00B5434F">
      <w:pPr>
        <w:pStyle w:val="Heading2"/>
        <w:spacing w:before="0" w:line="300" w:lineRule="atLeast"/>
        <w:rPr>
          <w:rStyle w:val="Strong"/>
          <w:rFonts w:ascii="Segoe UI" w:hAnsi="Segoe UI" w:cs="Segoe UI"/>
          <w:b/>
          <w:bCs/>
        </w:rPr>
      </w:pPr>
    </w:p>
    <w:p w14:paraId="3B7A01C1" w14:textId="7F17FAC3" w:rsidR="000B7AFE" w:rsidRPr="000959AC" w:rsidRDefault="000B7AFE" w:rsidP="000B7AFE">
      <w:pPr>
        <w:pStyle w:val="Heading2"/>
        <w:spacing w:line="300" w:lineRule="atLeast"/>
        <w:rPr>
          <w:rFonts w:cstheme="majorHAnsi"/>
          <w:color w:val="auto"/>
          <w:sz w:val="28"/>
          <w:szCs w:val="28"/>
        </w:rPr>
      </w:pPr>
      <w:r>
        <w:rPr>
          <w:rStyle w:val="Strong"/>
          <w:b/>
          <w:color w:val="auto"/>
          <w:sz w:val="28"/>
        </w:rPr>
        <w:t>1. Sprogindlæring og uddannelse</w:t>
      </w:r>
    </w:p>
    <w:p w14:paraId="52A20F3F" w14:textId="77777777" w:rsidR="000B7AFE" w:rsidRPr="000959AC" w:rsidRDefault="000B7AFE" w:rsidP="00B5434F">
      <w:pPr>
        <w:numPr>
          <w:ilvl w:val="0"/>
          <w:numId w:val="30"/>
        </w:numPr>
        <w:spacing w:before="100" w:beforeAutospacing="1" w:after="100" w:afterAutospacing="1" w:line="300" w:lineRule="atLeast"/>
        <w:jc w:val="both"/>
        <w:rPr>
          <w:rFonts w:asciiTheme="majorHAnsi" w:hAnsiTheme="majorHAnsi" w:cstheme="majorHAnsi"/>
          <w:sz w:val="24"/>
          <w:szCs w:val="24"/>
        </w:rPr>
      </w:pPr>
      <w:r>
        <w:rPr>
          <w:rFonts w:asciiTheme="majorHAnsi" w:hAnsiTheme="majorHAnsi"/>
          <w:sz w:val="24"/>
        </w:rPr>
        <w:t>Gratis sprogkurser i bydele, på arbejdspladser og skoler med børnepasning og fokus på talesprog til brug i hverdagen.</w:t>
      </w:r>
    </w:p>
    <w:p w14:paraId="2E2FBE54" w14:textId="77777777" w:rsidR="000B7AFE" w:rsidRPr="000959AC" w:rsidRDefault="000B7AFE" w:rsidP="00B5434F">
      <w:pPr>
        <w:numPr>
          <w:ilvl w:val="0"/>
          <w:numId w:val="30"/>
        </w:numPr>
        <w:spacing w:before="100" w:beforeAutospacing="1" w:after="100" w:afterAutospacing="1" w:line="300" w:lineRule="atLeast"/>
        <w:jc w:val="both"/>
        <w:rPr>
          <w:rFonts w:asciiTheme="majorHAnsi" w:hAnsiTheme="majorHAnsi" w:cstheme="majorHAnsi"/>
          <w:sz w:val="24"/>
          <w:szCs w:val="24"/>
        </w:rPr>
      </w:pPr>
      <w:r>
        <w:rPr>
          <w:rFonts w:asciiTheme="majorHAnsi" w:hAnsiTheme="majorHAnsi"/>
          <w:sz w:val="24"/>
        </w:rPr>
        <w:t>Fleksible modulopbyggede sprogkurser med digitale muligheder.</w:t>
      </w:r>
    </w:p>
    <w:p w14:paraId="78A55934" w14:textId="77777777" w:rsidR="000B7AFE" w:rsidRPr="000959AC" w:rsidRDefault="000B7AFE" w:rsidP="00B5434F">
      <w:pPr>
        <w:numPr>
          <w:ilvl w:val="0"/>
          <w:numId w:val="30"/>
        </w:numPr>
        <w:spacing w:before="100" w:beforeAutospacing="1" w:after="100" w:afterAutospacing="1" w:line="300" w:lineRule="atLeast"/>
        <w:jc w:val="both"/>
        <w:rPr>
          <w:rFonts w:asciiTheme="majorHAnsi" w:hAnsiTheme="majorHAnsi" w:cstheme="majorHAnsi"/>
          <w:sz w:val="24"/>
          <w:szCs w:val="24"/>
        </w:rPr>
      </w:pPr>
      <w:r>
        <w:rPr>
          <w:rFonts w:asciiTheme="majorHAnsi" w:hAnsiTheme="majorHAnsi"/>
          <w:sz w:val="24"/>
        </w:rPr>
        <w:t>Intensiv sproglig og kulturel orientering for flygtningebørn.</w:t>
      </w:r>
    </w:p>
    <w:p w14:paraId="7A5C2509" w14:textId="77777777" w:rsidR="000B7AFE" w:rsidRPr="000959AC" w:rsidRDefault="000B7AFE" w:rsidP="00B5434F">
      <w:pPr>
        <w:numPr>
          <w:ilvl w:val="0"/>
          <w:numId w:val="30"/>
        </w:numPr>
        <w:spacing w:before="100" w:beforeAutospacing="1" w:after="100" w:afterAutospacing="1" w:line="300" w:lineRule="atLeast"/>
        <w:jc w:val="both"/>
        <w:rPr>
          <w:rFonts w:asciiTheme="majorHAnsi" w:hAnsiTheme="majorHAnsi" w:cstheme="majorHAnsi"/>
          <w:sz w:val="24"/>
          <w:szCs w:val="24"/>
        </w:rPr>
      </w:pPr>
      <w:r>
        <w:rPr>
          <w:rFonts w:asciiTheme="majorHAnsi" w:hAnsiTheme="majorHAnsi"/>
          <w:sz w:val="24"/>
        </w:rPr>
        <w:t>Evaluerings- og støttecentre for indvandrerelever, herunder sprogundervisning.</w:t>
      </w:r>
    </w:p>
    <w:p w14:paraId="3C05C1EE" w14:textId="37BBFA7F" w:rsidR="000B7AFE" w:rsidRPr="000959AC" w:rsidRDefault="000B7AFE" w:rsidP="00B5434F">
      <w:pPr>
        <w:numPr>
          <w:ilvl w:val="0"/>
          <w:numId w:val="30"/>
        </w:numPr>
        <w:spacing w:before="100" w:beforeAutospacing="1" w:after="100" w:afterAutospacing="1" w:line="300" w:lineRule="atLeast"/>
        <w:jc w:val="both"/>
        <w:rPr>
          <w:rFonts w:asciiTheme="majorHAnsi" w:hAnsiTheme="majorHAnsi" w:cstheme="majorHAnsi"/>
          <w:sz w:val="24"/>
          <w:szCs w:val="24"/>
        </w:rPr>
      </w:pPr>
      <w:r>
        <w:rPr>
          <w:rFonts w:asciiTheme="majorHAnsi" w:hAnsiTheme="majorHAnsi"/>
          <w:sz w:val="24"/>
        </w:rPr>
        <w:t>Tosproget undervisning, der understøtter indvandrerbørns modersmål sammen med det lokale sprog.</w:t>
      </w:r>
    </w:p>
    <w:p w14:paraId="43EDA472" w14:textId="77777777" w:rsidR="000B7AFE" w:rsidRPr="000959AC" w:rsidRDefault="000B7AFE" w:rsidP="00B5434F">
      <w:pPr>
        <w:numPr>
          <w:ilvl w:val="0"/>
          <w:numId w:val="30"/>
        </w:numPr>
        <w:spacing w:before="100" w:beforeAutospacing="1" w:after="100" w:afterAutospacing="1" w:line="300" w:lineRule="atLeast"/>
        <w:jc w:val="both"/>
        <w:rPr>
          <w:rFonts w:asciiTheme="majorHAnsi" w:hAnsiTheme="majorHAnsi" w:cstheme="majorHAnsi"/>
          <w:sz w:val="24"/>
          <w:szCs w:val="24"/>
        </w:rPr>
      </w:pPr>
      <w:r>
        <w:rPr>
          <w:rFonts w:asciiTheme="majorHAnsi" w:hAnsiTheme="majorHAnsi"/>
          <w:sz w:val="24"/>
        </w:rPr>
        <w:t>Gratis sprogkurser i forbindelse med erhvervsuddannelse og forberedelse til statsborgerskab.</w:t>
      </w:r>
    </w:p>
    <w:p w14:paraId="0ECA9337" w14:textId="77777777" w:rsidR="000B7AFE" w:rsidRPr="000959AC" w:rsidRDefault="000B7AFE" w:rsidP="00B5434F">
      <w:pPr>
        <w:numPr>
          <w:ilvl w:val="0"/>
          <w:numId w:val="30"/>
        </w:numPr>
        <w:spacing w:before="100" w:beforeAutospacing="1" w:after="100" w:afterAutospacing="1" w:line="300" w:lineRule="atLeast"/>
        <w:jc w:val="both"/>
        <w:rPr>
          <w:rFonts w:asciiTheme="majorHAnsi" w:hAnsiTheme="majorHAnsi" w:cstheme="majorHAnsi"/>
          <w:sz w:val="24"/>
          <w:szCs w:val="24"/>
        </w:rPr>
      </w:pPr>
      <w:r>
        <w:rPr>
          <w:rFonts w:asciiTheme="majorHAnsi" w:hAnsiTheme="majorHAnsi"/>
          <w:sz w:val="24"/>
        </w:rPr>
        <w:t>Sprogstøtte i den tidlige barndom og programmer for inddragelse af forældre.</w:t>
      </w:r>
    </w:p>
    <w:p w14:paraId="0C7E6ABE" w14:textId="77777777" w:rsidR="000B7AFE" w:rsidRPr="000959AC" w:rsidRDefault="000B7AFE" w:rsidP="00B5434F">
      <w:pPr>
        <w:numPr>
          <w:ilvl w:val="0"/>
          <w:numId w:val="30"/>
        </w:numPr>
        <w:spacing w:before="100" w:beforeAutospacing="1" w:after="100" w:afterAutospacing="1" w:line="300" w:lineRule="atLeast"/>
        <w:jc w:val="both"/>
        <w:rPr>
          <w:rFonts w:asciiTheme="majorHAnsi" w:hAnsiTheme="majorHAnsi" w:cstheme="majorHAnsi"/>
          <w:sz w:val="24"/>
          <w:szCs w:val="24"/>
        </w:rPr>
      </w:pPr>
      <w:r>
        <w:rPr>
          <w:rFonts w:asciiTheme="majorHAnsi" w:hAnsiTheme="majorHAnsi"/>
          <w:sz w:val="24"/>
        </w:rPr>
        <w:t>Gratis sprogkurser på biblioteker og i medborgerhuse.</w:t>
      </w:r>
    </w:p>
    <w:p w14:paraId="68D1B29E" w14:textId="77777777" w:rsidR="000B7AFE" w:rsidRPr="000959AC" w:rsidRDefault="000B7AFE" w:rsidP="00B5434F">
      <w:pPr>
        <w:numPr>
          <w:ilvl w:val="0"/>
          <w:numId w:val="30"/>
        </w:numPr>
        <w:spacing w:before="100" w:beforeAutospacing="1" w:after="100" w:afterAutospacing="1" w:line="300" w:lineRule="atLeast"/>
        <w:jc w:val="both"/>
        <w:rPr>
          <w:rFonts w:asciiTheme="majorHAnsi" w:hAnsiTheme="majorHAnsi" w:cstheme="majorHAnsi"/>
          <w:sz w:val="24"/>
          <w:szCs w:val="24"/>
        </w:rPr>
      </w:pPr>
      <w:r>
        <w:rPr>
          <w:rFonts w:asciiTheme="majorHAnsi" w:hAnsiTheme="majorHAnsi"/>
          <w:sz w:val="24"/>
        </w:rPr>
        <w:t xml:space="preserve">Flersprogede </w:t>
      </w:r>
      <w:r>
        <w:rPr>
          <w:rStyle w:val="Emphasis"/>
          <w:rFonts w:asciiTheme="majorHAnsi" w:hAnsiTheme="majorHAnsi"/>
          <w:sz w:val="24"/>
        </w:rPr>
        <w:t>sprogcaféer</w:t>
      </w:r>
      <w:r>
        <w:rPr>
          <w:rFonts w:asciiTheme="majorHAnsi" w:hAnsiTheme="majorHAnsi"/>
          <w:sz w:val="24"/>
        </w:rPr>
        <w:t xml:space="preserve"> i bydele.</w:t>
      </w:r>
    </w:p>
    <w:p w14:paraId="4FBE4F0F" w14:textId="77777777" w:rsidR="000B7AFE" w:rsidRPr="000959AC" w:rsidRDefault="000B7AFE" w:rsidP="00B5434F">
      <w:pPr>
        <w:numPr>
          <w:ilvl w:val="0"/>
          <w:numId w:val="30"/>
        </w:numPr>
        <w:spacing w:before="100" w:beforeAutospacing="1" w:after="100" w:afterAutospacing="1" w:line="300" w:lineRule="atLeast"/>
        <w:jc w:val="both"/>
        <w:rPr>
          <w:rFonts w:asciiTheme="majorHAnsi" w:hAnsiTheme="majorHAnsi" w:cstheme="majorHAnsi"/>
          <w:sz w:val="24"/>
          <w:szCs w:val="24"/>
        </w:rPr>
      </w:pPr>
      <w:r>
        <w:rPr>
          <w:rFonts w:asciiTheme="majorHAnsi" w:hAnsiTheme="majorHAnsi"/>
          <w:sz w:val="24"/>
        </w:rPr>
        <w:t>Hurtige sprogkurser for jobsøgende.</w:t>
      </w:r>
    </w:p>
    <w:p w14:paraId="52EBCF5C" w14:textId="77777777" w:rsidR="000B7AFE" w:rsidRPr="000959AC" w:rsidRDefault="000B7AFE" w:rsidP="00B5434F">
      <w:pPr>
        <w:numPr>
          <w:ilvl w:val="0"/>
          <w:numId w:val="30"/>
        </w:numPr>
        <w:spacing w:before="100" w:beforeAutospacing="1" w:after="100" w:afterAutospacing="1" w:line="300" w:lineRule="atLeast"/>
        <w:jc w:val="both"/>
        <w:rPr>
          <w:rFonts w:asciiTheme="majorHAnsi" w:hAnsiTheme="majorHAnsi" w:cstheme="majorHAnsi"/>
          <w:sz w:val="24"/>
          <w:szCs w:val="24"/>
        </w:rPr>
      </w:pPr>
      <w:r>
        <w:rPr>
          <w:rFonts w:asciiTheme="majorHAnsi" w:hAnsiTheme="majorHAnsi"/>
          <w:sz w:val="24"/>
        </w:rPr>
        <w:t>Sprogkurser på arbejdspladsen for indvandrere.</w:t>
      </w:r>
    </w:p>
    <w:p w14:paraId="3B7EDF41" w14:textId="77777777" w:rsidR="000B7AFE" w:rsidRPr="000959AC" w:rsidRDefault="000B7AFE" w:rsidP="00B5434F">
      <w:pPr>
        <w:numPr>
          <w:ilvl w:val="0"/>
          <w:numId w:val="30"/>
        </w:numPr>
        <w:spacing w:before="100" w:beforeAutospacing="1" w:after="100" w:afterAutospacing="1" w:line="300" w:lineRule="atLeast"/>
        <w:jc w:val="both"/>
        <w:rPr>
          <w:rFonts w:asciiTheme="majorHAnsi" w:hAnsiTheme="majorHAnsi" w:cstheme="majorHAnsi"/>
          <w:sz w:val="24"/>
          <w:szCs w:val="24"/>
        </w:rPr>
      </w:pPr>
      <w:r>
        <w:rPr>
          <w:rFonts w:asciiTheme="majorHAnsi" w:hAnsiTheme="majorHAnsi"/>
          <w:sz w:val="24"/>
        </w:rPr>
        <w:t>Sproglige og kulturelle aktiviteter til støtte for integration.</w:t>
      </w:r>
    </w:p>
    <w:p w14:paraId="0D478A7F" w14:textId="77777777" w:rsidR="000B7AFE" w:rsidRPr="000959AC" w:rsidRDefault="000B7AFE" w:rsidP="00B5434F">
      <w:pPr>
        <w:numPr>
          <w:ilvl w:val="0"/>
          <w:numId w:val="30"/>
        </w:numPr>
        <w:spacing w:before="100" w:beforeAutospacing="1" w:after="100" w:afterAutospacing="1" w:line="300" w:lineRule="atLeast"/>
        <w:jc w:val="both"/>
        <w:rPr>
          <w:rFonts w:asciiTheme="majorHAnsi" w:hAnsiTheme="majorHAnsi" w:cstheme="majorHAnsi"/>
          <w:sz w:val="24"/>
          <w:szCs w:val="24"/>
        </w:rPr>
      </w:pPr>
      <w:r>
        <w:rPr>
          <w:rFonts w:asciiTheme="majorHAnsi" w:hAnsiTheme="majorHAnsi"/>
          <w:sz w:val="24"/>
        </w:rPr>
        <w:t>Onlinesprogkurser for fjernstuderende.</w:t>
      </w:r>
    </w:p>
    <w:p w14:paraId="600A5B3D" w14:textId="77777777" w:rsidR="000B7AFE" w:rsidRPr="000959AC" w:rsidRDefault="00F34865" w:rsidP="000B7AFE">
      <w:pPr>
        <w:spacing w:line="300" w:lineRule="atLeast"/>
        <w:rPr>
          <w:rFonts w:asciiTheme="majorHAnsi" w:hAnsiTheme="majorHAnsi" w:cstheme="majorHAnsi"/>
          <w:sz w:val="24"/>
          <w:szCs w:val="24"/>
        </w:rPr>
      </w:pPr>
      <w:r>
        <w:rPr>
          <w:rFonts w:asciiTheme="majorHAnsi" w:hAnsiTheme="majorHAnsi"/>
          <w:sz w:val="24"/>
        </w:rPr>
        <w:pict w14:anchorId="045359BA">
          <v:rect id="_x0000_i1026" style="width:0;height:1.5pt" o:hralign="center" o:hrstd="t" o:hr="t" fillcolor="#a0a0a0" stroked="f"/>
        </w:pict>
      </w:r>
    </w:p>
    <w:p w14:paraId="085B24AE" w14:textId="77777777" w:rsidR="000B7AFE" w:rsidRPr="000959AC" w:rsidRDefault="000B7AFE" w:rsidP="000B7AFE">
      <w:pPr>
        <w:pStyle w:val="Heading2"/>
        <w:spacing w:line="300" w:lineRule="atLeast"/>
        <w:rPr>
          <w:rFonts w:cstheme="majorHAnsi"/>
          <w:color w:val="auto"/>
          <w:sz w:val="28"/>
          <w:szCs w:val="28"/>
        </w:rPr>
      </w:pPr>
      <w:r>
        <w:rPr>
          <w:rStyle w:val="Strong"/>
          <w:b/>
          <w:color w:val="auto"/>
          <w:sz w:val="28"/>
        </w:rPr>
        <w:t>2. Beskæftigelse, færdigheder og økonomisk integration</w:t>
      </w:r>
    </w:p>
    <w:p w14:paraId="2B9AE1CE" w14:textId="77777777" w:rsidR="000B7AFE" w:rsidRPr="000959AC" w:rsidRDefault="000B7AFE" w:rsidP="00B5434F">
      <w:pPr>
        <w:numPr>
          <w:ilvl w:val="0"/>
          <w:numId w:val="31"/>
        </w:numPr>
        <w:spacing w:before="100" w:beforeAutospacing="1" w:after="100" w:afterAutospacing="1" w:line="300" w:lineRule="atLeast"/>
        <w:jc w:val="both"/>
        <w:rPr>
          <w:rFonts w:asciiTheme="majorHAnsi" w:hAnsiTheme="majorHAnsi" w:cstheme="majorHAnsi"/>
          <w:sz w:val="24"/>
          <w:szCs w:val="24"/>
        </w:rPr>
      </w:pPr>
      <w:r>
        <w:rPr>
          <w:rFonts w:asciiTheme="majorHAnsi" w:hAnsiTheme="majorHAnsi"/>
          <w:sz w:val="24"/>
        </w:rPr>
        <w:t>Jobtrænings- og arbejdsformidlingsprogrammer for indvandrere, herunder sektorspecifikke færdigheder og anerkendelse af udenlandske kvalifikationer.</w:t>
      </w:r>
    </w:p>
    <w:p w14:paraId="6FD57752" w14:textId="77777777" w:rsidR="000B7AFE" w:rsidRPr="000959AC" w:rsidRDefault="000B7AFE" w:rsidP="00B5434F">
      <w:pPr>
        <w:numPr>
          <w:ilvl w:val="0"/>
          <w:numId w:val="31"/>
        </w:numPr>
        <w:spacing w:before="100" w:beforeAutospacing="1" w:after="100" w:afterAutospacing="1" w:line="300" w:lineRule="atLeast"/>
        <w:jc w:val="both"/>
        <w:rPr>
          <w:rFonts w:asciiTheme="majorHAnsi" w:hAnsiTheme="majorHAnsi" w:cstheme="majorHAnsi"/>
          <w:sz w:val="24"/>
          <w:szCs w:val="24"/>
        </w:rPr>
      </w:pPr>
      <w:r>
        <w:rPr>
          <w:rFonts w:asciiTheme="majorHAnsi" w:hAnsiTheme="majorHAnsi"/>
          <w:sz w:val="24"/>
        </w:rPr>
        <w:t>Parring af kvalificerede indvandrere med fagfolk inden for deres område med henblik på korte mentorordninger.</w:t>
      </w:r>
    </w:p>
    <w:p w14:paraId="6B4F7CAC" w14:textId="77777777" w:rsidR="000B7AFE" w:rsidRPr="000959AC" w:rsidRDefault="000B7AFE" w:rsidP="00B5434F">
      <w:pPr>
        <w:numPr>
          <w:ilvl w:val="0"/>
          <w:numId w:val="31"/>
        </w:numPr>
        <w:spacing w:before="100" w:beforeAutospacing="1" w:after="100" w:afterAutospacing="1" w:line="300" w:lineRule="atLeast"/>
        <w:jc w:val="both"/>
        <w:rPr>
          <w:rFonts w:asciiTheme="majorHAnsi" w:hAnsiTheme="majorHAnsi" w:cstheme="majorHAnsi"/>
          <w:sz w:val="24"/>
          <w:szCs w:val="24"/>
        </w:rPr>
      </w:pPr>
      <w:r>
        <w:rPr>
          <w:rFonts w:asciiTheme="majorHAnsi" w:hAnsiTheme="majorHAnsi"/>
          <w:sz w:val="24"/>
        </w:rPr>
        <w:t>Mentorprogrammer, der sætter iværksættere med indvandrerbaggrund sammen med erfarne virksomhedsejere.</w:t>
      </w:r>
    </w:p>
    <w:p w14:paraId="636EC44C" w14:textId="77777777" w:rsidR="000B7AFE" w:rsidRPr="000959AC" w:rsidRDefault="000B7AFE" w:rsidP="00B5434F">
      <w:pPr>
        <w:numPr>
          <w:ilvl w:val="0"/>
          <w:numId w:val="31"/>
        </w:numPr>
        <w:spacing w:before="100" w:beforeAutospacing="1" w:after="100" w:afterAutospacing="1" w:line="300" w:lineRule="atLeast"/>
        <w:jc w:val="both"/>
        <w:rPr>
          <w:rFonts w:asciiTheme="majorHAnsi" w:hAnsiTheme="majorHAnsi" w:cstheme="majorHAnsi"/>
          <w:sz w:val="24"/>
          <w:szCs w:val="24"/>
        </w:rPr>
      </w:pPr>
      <w:r>
        <w:rPr>
          <w:rFonts w:asciiTheme="majorHAnsi" w:hAnsiTheme="majorHAnsi"/>
          <w:sz w:val="24"/>
        </w:rPr>
        <w:t>Gratis uddannelse, mikrolån og netværkssamarbejde for iværksættere med indvandrerbaggrund.</w:t>
      </w:r>
    </w:p>
    <w:p w14:paraId="2B6D9484" w14:textId="77777777" w:rsidR="000B7AFE" w:rsidRPr="000959AC" w:rsidRDefault="000B7AFE" w:rsidP="00B5434F">
      <w:pPr>
        <w:numPr>
          <w:ilvl w:val="0"/>
          <w:numId w:val="31"/>
        </w:numPr>
        <w:spacing w:before="100" w:beforeAutospacing="1" w:after="100" w:afterAutospacing="1" w:line="300" w:lineRule="atLeast"/>
        <w:jc w:val="both"/>
        <w:rPr>
          <w:rFonts w:asciiTheme="majorHAnsi" w:hAnsiTheme="majorHAnsi" w:cstheme="majorHAnsi"/>
          <w:sz w:val="24"/>
          <w:szCs w:val="24"/>
        </w:rPr>
      </w:pPr>
      <w:r>
        <w:rPr>
          <w:rFonts w:asciiTheme="majorHAnsi" w:hAnsiTheme="majorHAnsi"/>
          <w:sz w:val="24"/>
        </w:rPr>
        <w:lastRenderedPageBreak/>
        <w:t>Jobcentre, der tilbyder jobmatching, CV-workshopper og sprogundervisning samlet på ét sted.</w:t>
      </w:r>
    </w:p>
    <w:p w14:paraId="25E75DED" w14:textId="77777777" w:rsidR="000B7AFE" w:rsidRPr="000959AC" w:rsidRDefault="000B7AFE" w:rsidP="00B5434F">
      <w:pPr>
        <w:numPr>
          <w:ilvl w:val="0"/>
          <w:numId w:val="31"/>
        </w:numPr>
        <w:spacing w:before="100" w:beforeAutospacing="1" w:after="100" w:afterAutospacing="1" w:line="300" w:lineRule="atLeast"/>
        <w:jc w:val="both"/>
        <w:rPr>
          <w:rFonts w:asciiTheme="majorHAnsi" w:hAnsiTheme="majorHAnsi" w:cstheme="majorHAnsi"/>
          <w:sz w:val="24"/>
          <w:szCs w:val="24"/>
        </w:rPr>
      </w:pPr>
      <w:r>
        <w:rPr>
          <w:rFonts w:asciiTheme="majorHAnsi" w:hAnsiTheme="majorHAnsi"/>
          <w:sz w:val="24"/>
        </w:rPr>
        <w:t>Praktik med tilskud for indvandrere.</w:t>
      </w:r>
    </w:p>
    <w:p w14:paraId="380B1BFF" w14:textId="77777777" w:rsidR="000B7AFE" w:rsidRPr="000959AC" w:rsidRDefault="000B7AFE" w:rsidP="00B5434F">
      <w:pPr>
        <w:numPr>
          <w:ilvl w:val="0"/>
          <w:numId w:val="31"/>
        </w:numPr>
        <w:spacing w:before="100" w:beforeAutospacing="1" w:after="100" w:afterAutospacing="1" w:line="300" w:lineRule="atLeast"/>
        <w:jc w:val="both"/>
        <w:rPr>
          <w:rFonts w:asciiTheme="majorHAnsi" w:hAnsiTheme="majorHAnsi" w:cstheme="majorHAnsi"/>
          <w:sz w:val="24"/>
          <w:szCs w:val="24"/>
        </w:rPr>
      </w:pPr>
      <w:r>
        <w:rPr>
          <w:rFonts w:asciiTheme="majorHAnsi" w:hAnsiTheme="majorHAnsi"/>
          <w:sz w:val="24"/>
        </w:rPr>
        <w:t>Virksomhedsincitamenter til at ansætte indvandrere.</w:t>
      </w:r>
    </w:p>
    <w:p w14:paraId="1D3DE9BE" w14:textId="77777777" w:rsidR="000B7AFE" w:rsidRPr="000959AC" w:rsidRDefault="000B7AFE" w:rsidP="00B5434F">
      <w:pPr>
        <w:numPr>
          <w:ilvl w:val="0"/>
          <w:numId w:val="31"/>
        </w:numPr>
        <w:spacing w:before="100" w:beforeAutospacing="1" w:after="100" w:afterAutospacing="1" w:line="300" w:lineRule="atLeast"/>
        <w:jc w:val="both"/>
        <w:rPr>
          <w:rFonts w:asciiTheme="majorHAnsi" w:hAnsiTheme="majorHAnsi" w:cstheme="majorHAnsi"/>
          <w:sz w:val="24"/>
          <w:szCs w:val="24"/>
        </w:rPr>
      </w:pPr>
      <w:r>
        <w:rPr>
          <w:rFonts w:asciiTheme="majorHAnsi" w:hAnsiTheme="majorHAnsi"/>
          <w:sz w:val="24"/>
        </w:rPr>
        <w:t>Hurtig anerkendelse af kvalifikationer for kvalificerede indvandrere.</w:t>
      </w:r>
    </w:p>
    <w:p w14:paraId="6B3CEB46" w14:textId="77777777" w:rsidR="000B7AFE" w:rsidRPr="000959AC" w:rsidRDefault="000B7AFE" w:rsidP="00B5434F">
      <w:pPr>
        <w:numPr>
          <w:ilvl w:val="0"/>
          <w:numId w:val="31"/>
        </w:numPr>
        <w:spacing w:before="100" w:beforeAutospacing="1" w:after="100" w:afterAutospacing="1" w:line="300" w:lineRule="atLeast"/>
        <w:jc w:val="both"/>
        <w:rPr>
          <w:rFonts w:asciiTheme="majorHAnsi" w:hAnsiTheme="majorHAnsi" w:cstheme="majorHAnsi"/>
          <w:sz w:val="24"/>
          <w:szCs w:val="24"/>
        </w:rPr>
      </w:pPr>
      <w:r>
        <w:rPr>
          <w:rFonts w:asciiTheme="majorHAnsi" w:hAnsiTheme="majorHAnsi"/>
          <w:sz w:val="24"/>
        </w:rPr>
        <w:t>Sektorspecifik jobtræning for indvandrere (f.eks. sundhedspleje, IT).</w:t>
      </w:r>
    </w:p>
    <w:p w14:paraId="6C5ED4E9" w14:textId="77777777" w:rsidR="000B7AFE" w:rsidRPr="000959AC" w:rsidRDefault="00F34865" w:rsidP="000B7AFE">
      <w:pPr>
        <w:spacing w:line="300" w:lineRule="atLeast"/>
        <w:rPr>
          <w:rFonts w:asciiTheme="majorHAnsi" w:hAnsiTheme="majorHAnsi" w:cstheme="majorHAnsi"/>
          <w:sz w:val="24"/>
          <w:szCs w:val="24"/>
        </w:rPr>
      </w:pPr>
      <w:r>
        <w:rPr>
          <w:rFonts w:asciiTheme="majorHAnsi" w:hAnsiTheme="majorHAnsi"/>
          <w:sz w:val="24"/>
        </w:rPr>
        <w:pict w14:anchorId="0CA5F889">
          <v:rect id="_x0000_i1027" style="width:0;height:1.5pt" o:hralign="center" o:hrstd="t" o:hr="t" fillcolor="#a0a0a0" stroked="f"/>
        </w:pict>
      </w:r>
    </w:p>
    <w:p w14:paraId="0D1AD899" w14:textId="77777777" w:rsidR="000B7AFE" w:rsidRPr="000959AC" w:rsidRDefault="000B7AFE" w:rsidP="000B7AFE">
      <w:pPr>
        <w:pStyle w:val="Heading2"/>
        <w:spacing w:line="300" w:lineRule="atLeast"/>
        <w:rPr>
          <w:rFonts w:cstheme="majorHAnsi"/>
          <w:color w:val="auto"/>
          <w:sz w:val="28"/>
          <w:szCs w:val="28"/>
        </w:rPr>
      </w:pPr>
      <w:r>
        <w:rPr>
          <w:rStyle w:val="Strong"/>
          <w:b/>
          <w:color w:val="auto"/>
          <w:sz w:val="28"/>
        </w:rPr>
        <w:t>3. Boliger og inklusion i byerne</w:t>
      </w:r>
    </w:p>
    <w:p w14:paraId="59F41310" w14:textId="77777777" w:rsidR="000B7AFE" w:rsidRPr="000959AC" w:rsidRDefault="000B7AFE" w:rsidP="00B5434F">
      <w:pPr>
        <w:numPr>
          <w:ilvl w:val="0"/>
          <w:numId w:val="32"/>
        </w:numPr>
        <w:spacing w:before="100" w:beforeAutospacing="1" w:after="100" w:afterAutospacing="1" w:line="300" w:lineRule="atLeast"/>
        <w:jc w:val="both"/>
        <w:rPr>
          <w:rFonts w:asciiTheme="majorHAnsi" w:hAnsiTheme="majorHAnsi" w:cstheme="majorHAnsi"/>
          <w:sz w:val="24"/>
          <w:szCs w:val="24"/>
        </w:rPr>
      </w:pPr>
      <w:r>
        <w:rPr>
          <w:rFonts w:asciiTheme="majorHAnsi" w:hAnsiTheme="majorHAnsi"/>
          <w:sz w:val="24"/>
        </w:rPr>
        <w:t>Permanente boliger plus social støtte til hjemløse indvandrere og flygtninge.</w:t>
      </w:r>
    </w:p>
    <w:p w14:paraId="038C3079" w14:textId="77777777" w:rsidR="000B7AFE" w:rsidRPr="000959AC" w:rsidRDefault="000B7AFE" w:rsidP="00B5434F">
      <w:pPr>
        <w:numPr>
          <w:ilvl w:val="0"/>
          <w:numId w:val="32"/>
        </w:numPr>
        <w:spacing w:before="100" w:beforeAutospacing="1" w:after="100" w:afterAutospacing="1" w:line="300" w:lineRule="atLeast"/>
        <w:jc w:val="both"/>
        <w:rPr>
          <w:rFonts w:asciiTheme="majorHAnsi" w:hAnsiTheme="majorHAnsi" w:cstheme="majorHAnsi"/>
          <w:sz w:val="24"/>
          <w:szCs w:val="24"/>
        </w:rPr>
      </w:pPr>
      <w:r>
        <w:rPr>
          <w:rFonts w:asciiTheme="majorHAnsi" w:hAnsiTheme="majorHAnsi"/>
          <w:sz w:val="24"/>
        </w:rPr>
        <w:t>Midlertidige boliger, der stilles til rådighed for indvandrere gennem partnerskaber med lokale NGO'er.</w:t>
      </w:r>
    </w:p>
    <w:p w14:paraId="342C3566" w14:textId="77777777" w:rsidR="000B7AFE" w:rsidRPr="000959AC" w:rsidRDefault="000B7AFE" w:rsidP="00B5434F">
      <w:pPr>
        <w:numPr>
          <w:ilvl w:val="0"/>
          <w:numId w:val="32"/>
        </w:numPr>
        <w:spacing w:before="100" w:beforeAutospacing="1" w:after="100" w:afterAutospacing="1" w:line="300" w:lineRule="atLeast"/>
        <w:jc w:val="both"/>
        <w:rPr>
          <w:rFonts w:asciiTheme="majorHAnsi" w:hAnsiTheme="majorHAnsi" w:cstheme="majorHAnsi"/>
          <w:sz w:val="24"/>
          <w:szCs w:val="24"/>
        </w:rPr>
      </w:pPr>
      <w:r>
        <w:rPr>
          <w:rFonts w:asciiTheme="majorHAnsi" w:hAnsiTheme="majorHAnsi"/>
          <w:sz w:val="24"/>
        </w:rPr>
        <w:t>Kvoter for almennyttige boliger for at forhindre etnisk segregation.</w:t>
      </w:r>
    </w:p>
    <w:p w14:paraId="1F0960AD" w14:textId="77777777" w:rsidR="000B7AFE" w:rsidRPr="000959AC" w:rsidRDefault="000B7AFE" w:rsidP="00B5434F">
      <w:pPr>
        <w:numPr>
          <w:ilvl w:val="0"/>
          <w:numId w:val="32"/>
        </w:numPr>
        <w:spacing w:before="100" w:beforeAutospacing="1" w:after="100" w:afterAutospacing="1" w:line="300" w:lineRule="atLeast"/>
        <w:jc w:val="both"/>
        <w:rPr>
          <w:rFonts w:asciiTheme="majorHAnsi" w:hAnsiTheme="majorHAnsi" w:cstheme="majorHAnsi"/>
          <w:sz w:val="24"/>
          <w:szCs w:val="24"/>
        </w:rPr>
      </w:pPr>
      <w:r>
        <w:rPr>
          <w:rFonts w:asciiTheme="majorHAnsi" w:hAnsiTheme="majorHAnsi"/>
          <w:sz w:val="24"/>
        </w:rPr>
        <w:t>Boliger med blandet indkomst og medborgerhuse i områder med stor indvandrertæthed.</w:t>
      </w:r>
    </w:p>
    <w:p w14:paraId="45CE7F6D" w14:textId="77777777" w:rsidR="000B7AFE" w:rsidRPr="000959AC" w:rsidRDefault="000B7AFE" w:rsidP="00B5434F">
      <w:pPr>
        <w:numPr>
          <w:ilvl w:val="0"/>
          <w:numId w:val="32"/>
        </w:numPr>
        <w:spacing w:before="100" w:beforeAutospacing="1" w:after="100" w:afterAutospacing="1" w:line="300" w:lineRule="atLeast"/>
        <w:jc w:val="both"/>
        <w:rPr>
          <w:rFonts w:asciiTheme="majorHAnsi" w:hAnsiTheme="majorHAnsi" w:cstheme="majorHAnsi"/>
          <w:sz w:val="24"/>
          <w:szCs w:val="24"/>
        </w:rPr>
      </w:pPr>
      <w:r>
        <w:rPr>
          <w:rFonts w:asciiTheme="majorHAnsi" w:hAnsiTheme="majorHAnsi"/>
          <w:sz w:val="24"/>
        </w:rPr>
        <w:t>Bydelsbaserede integrationsplaner med opgraderinger af boliger og sociale tjenester.</w:t>
      </w:r>
    </w:p>
    <w:p w14:paraId="1DFB4361" w14:textId="77777777" w:rsidR="000B7AFE" w:rsidRPr="000959AC" w:rsidRDefault="000B7AFE" w:rsidP="00B5434F">
      <w:pPr>
        <w:numPr>
          <w:ilvl w:val="0"/>
          <w:numId w:val="32"/>
        </w:numPr>
        <w:spacing w:before="100" w:beforeAutospacing="1" w:after="100" w:afterAutospacing="1" w:line="300" w:lineRule="atLeast"/>
        <w:jc w:val="both"/>
        <w:rPr>
          <w:rFonts w:asciiTheme="majorHAnsi" w:hAnsiTheme="majorHAnsi" w:cstheme="majorHAnsi"/>
          <w:sz w:val="24"/>
          <w:szCs w:val="24"/>
        </w:rPr>
      </w:pPr>
      <w:r>
        <w:rPr>
          <w:rFonts w:asciiTheme="majorHAnsi" w:hAnsiTheme="majorHAnsi"/>
          <w:sz w:val="24"/>
        </w:rPr>
        <w:t>Huslejetilskud og fællesarealer for at forhindre ghettodannelse.</w:t>
      </w:r>
    </w:p>
    <w:p w14:paraId="4B549E5A" w14:textId="77777777" w:rsidR="000B7AFE" w:rsidRPr="000959AC" w:rsidRDefault="000B7AFE" w:rsidP="00B5434F">
      <w:pPr>
        <w:numPr>
          <w:ilvl w:val="0"/>
          <w:numId w:val="32"/>
        </w:numPr>
        <w:spacing w:before="100" w:beforeAutospacing="1" w:after="100" w:afterAutospacing="1" w:line="300" w:lineRule="atLeast"/>
        <w:jc w:val="both"/>
        <w:rPr>
          <w:rFonts w:asciiTheme="majorHAnsi" w:hAnsiTheme="majorHAnsi" w:cstheme="majorHAnsi"/>
          <w:sz w:val="24"/>
          <w:szCs w:val="24"/>
        </w:rPr>
      </w:pPr>
      <w:r>
        <w:rPr>
          <w:rFonts w:asciiTheme="majorHAnsi" w:hAnsiTheme="majorHAnsi"/>
          <w:sz w:val="24"/>
        </w:rPr>
        <w:t>Finansiel bistand til flygtninge og indvandrere, der er i fare for at blive hjemløse.</w:t>
      </w:r>
    </w:p>
    <w:p w14:paraId="084BD2CB" w14:textId="77777777" w:rsidR="000B7AFE" w:rsidRPr="000959AC" w:rsidRDefault="000B7AFE" w:rsidP="00B5434F">
      <w:pPr>
        <w:numPr>
          <w:ilvl w:val="0"/>
          <w:numId w:val="32"/>
        </w:numPr>
        <w:spacing w:before="100" w:beforeAutospacing="1" w:after="100" w:afterAutospacing="1" w:line="300" w:lineRule="atLeast"/>
        <w:jc w:val="both"/>
        <w:rPr>
          <w:rFonts w:asciiTheme="majorHAnsi" w:hAnsiTheme="majorHAnsi" w:cstheme="majorHAnsi"/>
          <w:sz w:val="24"/>
          <w:szCs w:val="24"/>
        </w:rPr>
      </w:pPr>
      <w:r>
        <w:rPr>
          <w:rFonts w:asciiTheme="majorHAnsi" w:hAnsiTheme="majorHAnsi"/>
          <w:sz w:val="24"/>
        </w:rPr>
        <w:t>Offentligt ejet lejeboligbyggeri med kvoter for indvandrere.</w:t>
      </w:r>
    </w:p>
    <w:p w14:paraId="5FE25F08" w14:textId="77777777" w:rsidR="000B7AFE" w:rsidRPr="000959AC" w:rsidRDefault="000B7AFE" w:rsidP="00B5434F">
      <w:pPr>
        <w:numPr>
          <w:ilvl w:val="0"/>
          <w:numId w:val="32"/>
        </w:numPr>
        <w:spacing w:before="100" w:beforeAutospacing="1" w:after="100" w:afterAutospacing="1" w:line="300" w:lineRule="atLeast"/>
        <w:jc w:val="both"/>
        <w:rPr>
          <w:rFonts w:asciiTheme="majorHAnsi" w:hAnsiTheme="majorHAnsi" w:cstheme="majorHAnsi"/>
          <w:sz w:val="24"/>
          <w:szCs w:val="24"/>
        </w:rPr>
      </w:pPr>
      <w:r>
        <w:rPr>
          <w:rFonts w:asciiTheme="majorHAnsi" w:hAnsiTheme="majorHAnsi"/>
          <w:sz w:val="24"/>
        </w:rPr>
        <w:t>Boliger med støtte og private sponsorprogrammer for flygtninge.</w:t>
      </w:r>
    </w:p>
    <w:p w14:paraId="0A6492F9" w14:textId="77777777" w:rsidR="000B7AFE" w:rsidRPr="000959AC" w:rsidRDefault="000B7AFE" w:rsidP="00B5434F">
      <w:pPr>
        <w:numPr>
          <w:ilvl w:val="0"/>
          <w:numId w:val="32"/>
        </w:numPr>
        <w:spacing w:before="100" w:beforeAutospacing="1" w:after="100" w:afterAutospacing="1" w:line="300" w:lineRule="atLeast"/>
        <w:jc w:val="both"/>
        <w:rPr>
          <w:rFonts w:asciiTheme="majorHAnsi" w:hAnsiTheme="majorHAnsi" w:cstheme="majorHAnsi"/>
          <w:sz w:val="24"/>
          <w:szCs w:val="24"/>
        </w:rPr>
      </w:pPr>
      <w:r>
        <w:rPr>
          <w:rFonts w:asciiTheme="majorHAnsi" w:hAnsiTheme="majorHAnsi"/>
          <w:sz w:val="24"/>
        </w:rPr>
        <w:t>Midlertidig bolig- og huslejebistand til asylansøgere.</w:t>
      </w:r>
    </w:p>
    <w:p w14:paraId="4F66FE7F" w14:textId="77777777" w:rsidR="000B7AFE" w:rsidRPr="000959AC" w:rsidRDefault="000B7AFE" w:rsidP="00B5434F">
      <w:pPr>
        <w:numPr>
          <w:ilvl w:val="0"/>
          <w:numId w:val="32"/>
        </w:numPr>
        <w:spacing w:before="100" w:beforeAutospacing="1" w:after="100" w:afterAutospacing="1" w:line="300" w:lineRule="atLeast"/>
        <w:jc w:val="both"/>
        <w:rPr>
          <w:rFonts w:asciiTheme="majorHAnsi" w:hAnsiTheme="majorHAnsi" w:cstheme="majorHAnsi"/>
          <w:sz w:val="24"/>
          <w:szCs w:val="24"/>
        </w:rPr>
      </w:pPr>
      <w:r>
        <w:rPr>
          <w:rFonts w:asciiTheme="majorHAnsi" w:hAnsiTheme="majorHAnsi"/>
          <w:sz w:val="24"/>
        </w:rPr>
        <w:t>Retshjælp og huslejebistand til udokumenterede indvandrere.</w:t>
      </w:r>
    </w:p>
    <w:p w14:paraId="3D3E3623" w14:textId="77777777" w:rsidR="000B7AFE" w:rsidRPr="000959AC" w:rsidRDefault="000B7AFE" w:rsidP="00B5434F">
      <w:pPr>
        <w:numPr>
          <w:ilvl w:val="0"/>
          <w:numId w:val="32"/>
        </w:numPr>
        <w:spacing w:before="100" w:beforeAutospacing="1" w:after="100" w:afterAutospacing="1" w:line="300" w:lineRule="atLeast"/>
        <w:jc w:val="both"/>
        <w:rPr>
          <w:rFonts w:asciiTheme="majorHAnsi" w:hAnsiTheme="majorHAnsi" w:cstheme="majorHAnsi"/>
          <w:sz w:val="24"/>
          <w:szCs w:val="24"/>
        </w:rPr>
      </w:pPr>
      <w:r>
        <w:rPr>
          <w:rFonts w:asciiTheme="majorHAnsi" w:hAnsiTheme="majorHAnsi"/>
          <w:sz w:val="24"/>
        </w:rPr>
        <w:t>Juridisk og finansiel rådgivning til lejere med indvandrerbaggrund.</w:t>
      </w:r>
    </w:p>
    <w:p w14:paraId="16AFBB0D" w14:textId="77777777" w:rsidR="000B7AFE" w:rsidRPr="000959AC" w:rsidRDefault="000B7AFE" w:rsidP="00B5434F">
      <w:pPr>
        <w:numPr>
          <w:ilvl w:val="0"/>
          <w:numId w:val="32"/>
        </w:numPr>
        <w:spacing w:before="100" w:beforeAutospacing="1" w:after="100" w:afterAutospacing="1" w:line="300" w:lineRule="atLeast"/>
        <w:jc w:val="both"/>
        <w:rPr>
          <w:rFonts w:asciiTheme="majorHAnsi" w:hAnsiTheme="majorHAnsi" w:cstheme="majorHAnsi"/>
          <w:sz w:val="24"/>
          <w:szCs w:val="24"/>
        </w:rPr>
      </w:pPr>
      <w:r>
        <w:rPr>
          <w:rFonts w:asciiTheme="majorHAnsi" w:hAnsiTheme="majorHAnsi"/>
          <w:sz w:val="24"/>
        </w:rPr>
        <w:t>Permanente boliger kombineret med socialt arbejde for hjemløse indvandrere.</w:t>
      </w:r>
    </w:p>
    <w:p w14:paraId="320489CF" w14:textId="77777777" w:rsidR="000B7AFE" w:rsidRPr="000959AC" w:rsidRDefault="00F34865" w:rsidP="000B7AFE">
      <w:pPr>
        <w:spacing w:line="300" w:lineRule="atLeast"/>
        <w:rPr>
          <w:rFonts w:asciiTheme="majorHAnsi" w:hAnsiTheme="majorHAnsi" w:cstheme="majorHAnsi"/>
          <w:sz w:val="24"/>
          <w:szCs w:val="24"/>
        </w:rPr>
      </w:pPr>
      <w:r>
        <w:rPr>
          <w:rFonts w:asciiTheme="majorHAnsi" w:hAnsiTheme="majorHAnsi"/>
          <w:sz w:val="24"/>
        </w:rPr>
        <w:pict w14:anchorId="563C4994">
          <v:rect id="_x0000_i1028" style="width:0;height:1.5pt" o:hralign="center" o:hrstd="t" o:hr="t" fillcolor="#a0a0a0" stroked="f"/>
        </w:pict>
      </w:r>
    </w:p>
    <w:p w14:paraId="7327889D" w14:textId="77777777" w:rsidR="000B7AFE" w:rsidRPr="000959AC" w:rsidRDefault="000B7AFE" w:rsidP="000B7AFE">
      <w:pPr>
        <w:pStyle w:val="Heading2"/>
        <w:spacing w:line="300" w:lineRule="atLeast"/>
        <w:rPr>
          <w:rFonts w:cstheme="majorHAnsi"/>
          <w:color w:val="auto"/>
          <w:sz w:val="28"/>
          <w:szCs w:val="28"/>
        </w:rPr>
      </w:pPr>
      <w:r>
        <w:rPr>
          <w:rStyle w:val="Strong"/>
          <w:b/>
          <w:color w:val="auto"/>
          <w:sz w:val="28"/>
        </w:rPr>
        <w:t>4. Social samhørighed og engagement i lokalsamfundet</w:t>
      </w:r>
    </w:p>
    <w:p w14:paraId="4EB0D4A3" w14:textId="77777777" w:rsidR="000B7AFE" w:rsidRPr="000959AC" w:rsidRDefault="000B7AFE" w:rsidP="00B5434F">
      <w:pPr>
        <w:numPr>
          <w:ilvl w:val="0"/>
          <w:numId w:val="33"/>
        </w:numPr>
        <w:spacing w:before="100" w:beforeAutospacing="1" w:after="100" w:afterAutospacing="1" w:line="300" w:lineRule="atLeast"/>
        <w:jc w:val="both"/>
        <w:rPr>
          <w:rFonts w:asciiTheme="majorHAnsi" w:hAnsiTheme="majorHAnsi" w:cstheme="majorHAnsi"/>
          <w:sz w:val="24"/>
          <w:szCs w:val="24"/>
        </w:rPr>
      </w:pPr>
      <w:r>
        <w:rPr>
          <w:rFonts w:asciiTheme="majorHAnsi" w:hAnsiTheme="majorHAnsi"/>
          <w:sz w:val="24"/>
        </w:rPr>
        <w:t>Årlige festivaler, der fejrer kulturel mangfoldighed for at mindske fordomme og opbygge relationer.</w:t>
      </w:r>
    </w:p>
    <w:p w14:paraId="70DA56BD" w14:textId="77777777" w:rsidR="000B7AFE" w:rsidRPr="000959AC" w:rsidRDefault="000B7AFE" w:rsidP="00B5434F">
      <w:pPr>
        <w:numPr>
          <w:ilvl w:val="0"/>
          <w:numId w:val="33"/>
        </w:numPr>
        <w:spacing w:before="100" w:beforeAutospacing="1" w:after="100" w:afterAutospacing="1" w:line="300" w:lineRule="atLeast"/>
        <w:jc w:val="both"/>
        <w:rPr>
          <w:rFonts w:asciiTheme="majorHAnsi" w:hAnsiTheme="majorHAnsi" w:cstheme="majorHAnsi"/>
          <w:sz w:val="24"/>
          <w:szCs w:val="24"/>
        </w:rPr>
      </w:pPr>
      <w:r>
        <w:rPr>
          <w:rFonts w:asciiTheme="majorHAnsi" w:hAnsiTheme="majorHAnsi"/>
          <w:sz w:val="24"/>
        </w:rPr>
        <w:t>Regelmæssige møder mellem politi og indvandrersamfund for at opbygge tillid og tage fat på sikkerhedsproblemer.</w:t>
      </w:r>
    </w:p>
    <w:p w14:paraId="033E9596" w14:textId="77777777" w:rsidR="000B7AFE" w:rsidRPr="000959AC" w:rsidRDefault="000B7AFE" w:rsidP="00B5434F">
      <w:pPr>
        <w:numPr>
          <w:ilvl w:val="0"/>
          <w:numId w:val="33"/>
        </w:numPr>
        <w:spacing w:before="100" w:beforeAutospacing="1" w:after="100" w:afterAutospacing="1" w:line="300" w:lineRule="atLeast"/>
        <w:jc w:val="both"/>
        <w:rPr>
          <w:rFonts w:asciiTheme="majorHAnsi" w:hAnsiTheme="majorHAnsi" w:cstheme="majorHAnsi"/>
          <w:sz w:val="24"/>
          <w:szCs w:val="24"/>
        </w:rPr>
      </w:pPr>
      <w:r>
        <w:rPr>
          <w:rFonts w:asciiTheme="majorHAnsi" w:hAnsiTheme="majorHAnsi"/>
          <w:sz w:val="24"/>
        </w:rPr>
        <w:t>Sociale arrangementer, hvor indvandrere parres med lokale familier.</w:t>
      </w:r>
    </w:p>
    <w:p w14:paraId="12FD57F6" w14:textId="77777777" w:rsidR="000B7AFE" w:rsidRPr="000959AC" w:rsidRDefault="000B7AFE" w:rsidP="00B5434F">
      <w:pPr>
        <w:numPr>
          <w:ilvl w:val="0"/>
          <w:numId w:val="33"/>
        </w:numPr>
        <w:spacing w:before="100" w:beforeAutospacing="1" w:after="100" w:afterAutospacing="1" w:line="300" w:lineRule="atLeast"/>
        <w:jc w:val="both"/>
        <w:rPr>
          <w:rFonts w:asciiTheme="majorHAnsi" w:hAnsiTheme="majorHAnsi" w:cstheme="majorHAnsi"/>
          <w:sz w:val="24"/>
          <w:szCs w:val="24"/>
        </w:rPr>
      </w:pPr>
      <w:r>
        <w:rPr>
          <w:rFonts w:asciiTheme="majorHAnsi" w:hAnsiTheme="majorHAnsi"/>
          <w:sz w:val="24"/>
        </w:rPr>
        <w:t>Flersprogede kvinder, der er uddannet som mæglere i lokalsamfundet.</w:t>
      </w:r>
    </w:p>
    <w:p w14:paraId="1C244240" w14:textId="77777777" w:rsidR="000B7AFE" w:rsidRPr="000959AC" w:rsidRDefault="000B7AFE" w:rsidP="00B5434F">
      <w:pPr>
        <w:numPr>
          <w:ilvl w:val="0"/>
          <w:numId w:val="33"/>
        </w:numPr>
        <w:spacing w:before="100" w:beforeAutospacing="1" w:after="100" w:afterAutospacing="1" w:line="300" w:lineRule="atLeast"/>
        <w:jc w:val="both"/>
        <w:rPr>
          <w:rFonts w:asciiTheme="majorHAnsi" w:hAnsiTheme="majorHAnsi" w:cstheme="majorHAnsi"/>
          <w:sz w:val="24"/>
          <w:szCs w:val="24"/>
        </w:rPr>
      </w:pPr>
      <w:r>
        <w:rPr>
          <w:rFonts w:asciiTheme="majorHAnsi" w:hAnsiTheme="majorHAnsi"/>
          <w:sz w:val="24"/>
        </w:rPr>
        <w:t>Medborgerhuse, der tilbyder kulturel udveksling, sprogcaféer og juridisk rådgivning.</w:t>
      </w:r>
    </w:p>
    <w:p w14:paraId="360E5F7A" w14:textId="77777777" w:rsidR="000B7AFE" w:rsidRPr="000959AC" w:rsidRDefault="000B7AFE" w:rsidP="00B5434F">
      <w:pPr>
        <w:numPr>
          <w:ilvl w:val="0"/>
          <w:numId w:val="33"/>
        </w:numPr>
        <w:spacing w:before="100" w:beforeAutospacing="1" w:after="100" w:afterAutospacing="1" w:line="300" w:lineRule="atLeast"/>
        <w:jc w:val="both"/>
        <w:rPr>
          <w:rFonts w:asciiTheme="majorHAnsi" w:hAnsiTheme="majorHAnsi" w:cstheme="majorHAnsi"/>
          <w:sz w:val="24"/>
          <w:szCs w:val="24"/>
        </w:rPr>
      </w:pPr>
      <w:r>
        <w:rPr>
          <w:rFonts w:asciiTheme="majorHAnsi" w:hAnsiTheme="majorHAnsi"/>
          <w:sz w:val="24"/>
        </w:rPr>
        <w:t>Gratis museumsentré, teaterbilletter og kunstundervisning for indvandrere.</w:t>
      </w:r>
    </w:p>
    <w:p w14:paraId="60719712" w14:textId="77777777" w:rsidR="000B7AFE" w:rsidRPr="000959AC" w:rsidRDefault="000B7AFE" w:rsidP="00B5434F">
      <w:pPr>
        <w:numPr>
          <w:ilvl w:val="0"/>
          <w:numId w:val="33"/>
        </w:numPr>
        <w:spacing w:before="100" w:beforeAutospacing="1" w:after="100" w:afterAutospacing="1" w:line="300" w:lineRule="atLeast"/>
        <w:jc w:val="both"/>
        <w:rPr>
          <w:rFonts w:asciiTheme="majorHAnsi" w:hAnsiTheme="majorHAnsi" w:cstheme="majorHAnsi"/>
          <w:sz w:val="24"/>
          <w:szCs w:val="24"/>
        </w:rPr>
      </w:pPr>
      <w:r>
        <w:rPr>
          <w:rFonts w:asciiTheme="majorHAnsi" w:hAnsiTheme="majorHAnsi"/>
          <w:sz w:val="24"/>
        </w:rPr>
        <w:t>Råd styret af lokalsamfundet, der udformer integrationsstrategier.</w:t>
      </w:r>
    </w:p>
    <w:p w14:paraId="00BD7FE2" w14:textId="77777777" w:rsidR="000B7AFE" w:rsidRPr="000959AC" w:rsidRDefault="000B7AFE" w:rsidP="00B5434F">
      <w:pPr>
        <w:numPr>
          <w:ilvl w:val="0"/>
          <w:numId w:val="33"/>
        </w:numPr>
        <w:spacing w:before="100" w:beforeAutospacing="1" w:after="100" w:afterAutospacing="1" w:line="300" w:lineRule="atLeast"/>
        <w:jc w:val="both"/>
        <w:rPr>
          <w:rFonts w:asciiTheme="majorHAnsi" w:hAnsiTheme="majorHAnsi" w:cstheme="majorHAnsi"/>
          <w:sz w:val="24"/>
          <w:szCs w:val="24"/>
        </w:rPr>
      </w:pPr>
      <w:r>
        <w:rPr>
          <w:rFonts w:asciiTheme="majorHAnsi" w:hAnsiTheme="majorHAnsi"/>
          <w:sz w:val="24"/>
        </w:rPr>
        <w:t>Uddannede mæglere, der løser konflikter i forskellige kvarterer.</w:t>
      </w:r>
    </w:p>
    <w:p w14:paraId="00DFBBA0" w14:textId="77777777" w:rsidR="000B7AFE" w:rsidRPr="000959AC" w:rsidRDefault="000B7AFE" w:rsidP="00B5434F">
      <w:pPr>
        <w:numPr>
          <w:ilvl w:val="0"/>
          <w:numId w:val="33"/>
        </w:numPr>
        <w:spacing w:before="100" w:beforeAutospacing="1" w:after="100" w:afterAutospacing="1" w:line="300" w:lineRule="atLeast"/>
        <w:jc w:val="both"/>
        <w:rPr>
          <w:rFonts w:asciiTheme="majorHAnsi" w:hAnsiTheme="majorHAnsi" w:cstheme="majorHAnsi"/>
          <w:sz w:val="24"/>
          <w:szCs w:val="24"/>
        </w:rPr>
      </w:pPr>
      <w:r>
        <w:rPr>
          <w:rFonts w:asciiTheme="majorHAnsi" w:hAnsiTheme="majorHAnsi"/>
          <w:sz w:val="24"/>
        </w:rPr>
        <w:lastRenderedPageBreak/>
        <w:t>Gratis leje af sportsudstyr og reservationer af lokaler til indvandrergrupper.</w:t>
      </w:r>
    </w:p>
    <w:p w14:paraId="222D9749" w14:textId="77777777" w:rsidR="000B7AFE" w:rsidRPr="000959AC" w:rsidRDefault="000B7AFE" w:rsidP="00B5434F">
      <w:pPr>
        <w:numPr>
          <w:ilvl w:val="0"/>
          <w:numId w:val="33"/>
        </w:numPr>
        <w:spacing w:before="100" w:beforeAutospacing="1" w:after="100" w:afterAutospacing="1" w:line="300" w:lineRule="atLeast"/>
        <w:jc w:val="both"/>
        <w:rPr>
          <w:rFonts w:asciiTheme="majorHAnsi" w:hAnsiTheme="majorHAnsi" w:cstheme="majorHAnsi"/>
          <w:sz w:val="24"/>
          <w:szCs w:val="24"/>
        </w:rPr>
      </w:pPr>
      <w:r>
        <w:rPr>
          <w:rFonts w:asciiTheme="majorHAnsi" w:hAnsiTheme="majorHAnsi"/>
          <w:sz w:val="24"/>
        </w:rPr>
        <w:t>Centre i lokalsamfundet, der tilbyder juridisk rådgivning, sprogkurser og børnepasning.</w:t>
      </w:r>
    </w:p>
    <w:p w14:paraId="4A11864C" w14:textId="77777777" w:rsidR="000B7AFE" w:rsidRPr="000959AC" w:rsidRDefault="000B7AFE" w:rsidP="00B5434F">
      <w:pPr>
        <w:numPr>
          <w:ilvl w:val="0"/>
          <w:numId w:val="33"/>
        </w:numPr>
        <w:spacing w:before="100" w:beforeAutospacing="1" w:after="100" w:afterAutospacing="1" w:line="300" w:lineRule="atLeast"/>
        <w:jc w:val="both"/>
        <w:rPr>
          <w:rFonts w:asciiTheme="majorHAnsi" w:hAnsiTheme="majorHAnsi" w:cstheme="majorHAnsi"/>
          <w:sz w:val="24"/>
          <w:szCs w:val="24"/>
        </w:rPr>
      </w:pPr>
      <w:r>
        <w:rPr>
          <w:rFonts w:asciiTheme="majorHAnsi" w:hAnsiTheme="majorHAnsi"/>
          <w:sz w:val="24"/>
        </w:rPr>
        <w:t>Lokalsamfundsorganisering med henblik på at kæmpe for indvandreres rettigheder og tjenester.</w:t>
      </w:r>
    </w:p>
    <w:p w14:paraId="1D59FAB3" w14:textId="77777777" w:rsidR="000B7AFE" w:rsidRPr="000959AC" w:rsidRDefault="000B7AFE" w:rsidP="00B5434F">
      <w:pPr>
        <w:numPr>
          <w:ilvl w:val="0"/>
          <w:numId w:val="33"/>
        </w:numPr>
        <w:spacing w:before="100" w:beforeAutospacing="1" w:after="100" w:afterAutospacing="1" w:line="300" w:lineRule="atLeast"/>
        <w:jc w:val="both"/>
        <w:rPr>
          <w:rFonts w:asciiTheme="majorHAnsi" w:hAnsiTheme="majorHAnsi" w:cstheme="majorHAnsi"/>
          <w:sz w:val="24"/>
          <w:szCs w:val="24"/>
        </w:rPr>
      </w:pPr>
      <w:r>
        <w:rPr>
          <w:rFonts w:asciiTheme="majorHAnsi" w:hAnsiTheme="majorHAnsi"/>
          <w:sz w:val="24"/>
        </w:rPr>
        <w:t>Årlige priser til enkeltpersoner eller organisationer, der fremmer integration.</w:t>
      </w:r>
    </w:p>
    <w:p w14:paraId="1FF3622C" w14:textId="77777777" w:rsidR="000B7AFE" w:rsidRPr="000959AC" w:rsidRDefault="000B7AFE" w:rsidP="00B5434F">
      <w:pPr>
        <w:numPr>
          <w:ilvl w:val="0"/>
          <w:numId w:val="33"/>
        </w:numPr>
        <w:spacing w:before="100" w:beforeAutospacing="1" w:after="100" w:afterAutospacing="1" w:line="300" w:lineRule="atLeast"/>
        <w:jc w:val="both"/>
        <w:rPr>
          <w:rFonts w:asciiTheme="majorHAnsi" w:hAnsiTheme="majorHAnsi" w:cstheme="majorHAnsi"/>
          <w:sz w:val="24"/>
          <w:szCs w:val="24"/>
        </w:rPr>
      </w:pPr>
      <w:r>
        <w:rPr>
          <w:rFonts w:asciiTheme="majorHAnsi" w:hAnsiTheme="majorHAnsi"/>
          <w:sz w:val="24"/>
        </w:rPr>
        <w:t>Frivilligprogrammer, der parrer lokale med nyankomne indvandrere.</w:t>
      </w:r>
    </w:p>
    <w:p w14:paraId="5709EDDA" w14:textId="77777777" w:rsidR="000B7AFE" w:rsidRPr="000959AC" w:rsidRDefault="000B7AFE" w:rsidP="00B5434F">
      <w:pPr>
        <w:numPr>
          <w:ilvl w:val="0"/>
          <w:numId w:val="33"/>
        </w:numPr>
        <w:spacing w:before="100" w:beforeAutospacing="1" w:after="100" w:afterAutospacing="1" w:line="300" w:lineRule="atLeast"/>
        <w:jc w:val="both"/>
        <w:rPr>
          <w:rFonts w:asciiTheme="majorHAnsi" w:hAnsiTheme="majorHAnsi" w:cstheme="majorHAnsi"/>
          <w:sz w:val="24"/>
          <w:szCs w:val="24"/>
        </w:rPr>
      </w:pPr>
      <w:r>
        <w:rPr>
          <w:rFonts w:asciiTheme="majorHAnsi" w:hAnsiTheme="majorHAnsi"/>
          <w:sz w:val="24"/>
        </w:rPr>
        <w:t>Offentlige møder, hvor indvandrere kan give udtryk for deres bekymringer.</w:t>
      </w:r>
    </w:p>
    <w:p w14:paraId="3ADA2847" w14:textId="77777777" w:rsidR="000B7AFE" w:rsidRPr="000959AC" w:rsidRDefault="00F34865" w:rsidP="000B7AFE">
      <w:pPr>
        <w:spacing w:line="300" w:lineRule="atLeast"/>
        <w:rPr>
          <w:rFonts w:asciiTheme="majorHAnsi" w:hAnsiTheme="majorHAnsi" w:cstheme="majorHAnsi"/>
          <w:sz w:val="24"/>
          <w:szCs w:val="24"/>
        </w:rPr>
      </w:pPr>
      <w:r>
        <w:rPr>
          <w:rFonts w:asciiTheme="majorHAnsi" w:hAnsiTheme="majorHAnsi"/>
          <w:sz w:val="24"/>
        </w:rPr>
        <w:pict w14:anchorId="61DF9A3D">
          <v:rect id="_x0000_i1029" style="width:0;height:1.5pt" o:hralign="center" o:hrstd="t" o:hr="t" fillcolor="#a0a0a0" stroked="f"/>
        </w:pict>
      </w:r>
    </w:p>
    <w:p w14:paraId="5E47FD9D" w14:textId="77777777" w:rsidR="000B7AFE" w:rsidRPr="000959AC" w:rsidRDefault="000B7AFE" w:rsidP="000B7AFE">
      <w:pPr>
        <w:pStyle w:val="Heading2"/>
        <w:spacing w:line="300" w:lineRule="atLeast"/>
        <w:rPr>
          <w:rFonts w:cstheme="majorHAnsi"/>
          <w:color w:val="auto"/>
          <w:sz w:val="28"/>
          <w:szCs w:val="28"/>
        </w:rPr>
      </w:pPr>
      <w:r>
        <w:rPr>
          <w:rStyle w:val="Strong"/>
          <w:b/>
          <w:color w:val="auto"/>
          <w:sz w:val="28"/>
        </w:rPr>
        <w:t>5. Digital inklusion</w:t>
      </w:r>
    </w:p>
    <w:p w14:paraId="0AD9575D" w14:textId="77777777" w:rsidR="000B7AFE" w:rsidRPr="000959AC" w:rsidRDefault="000B7AFE" w:rsidP="00B5434F">
      <w:pPr>
        <w:numPr>
          <w:ilvl w:val="0"/>
          <w:numId w:val="34"/>
        </w:numPr>
        <w:spacing w:before="100" w:beforeAutospacing="1" w:after="100" w:afterAutospacing="1" w:line="300" w:lineRule="atLeast"/>
        <w:jc w:val="both"/>
        <w:rPr>
          <w:rFonts w:asciiTheme="majorHAnsi" w:hAnsiTheme="majorHAnsi" w:cstheme="majorHAnsi"/>
          <w:sz w:val="24"/>
          <w:szCs w:val="24"/>
        </w:rPr>
      </w:pPr>
      <w:r>
        <w:rPr>
          <w:rFonts w:asciiTheme="majorHAnsi" w:hAnsiTheme="majorHAnsi"/>
          <w:sz w:val="24"/>
        </w:rPr>
        <w:t xml:space="preserve">Gratis kurser i digitale færdigheder, der hjælper indvandrere med at bruge </w:t>
      </w:r>
      <w:proofErr w:type="spellStart"/>
      <w:r>
        <w:rPr>
          <w:rFonts w:asciiTheme="majorHAnsi" w:hAnsiTheme="majorHAnsi"/>
          <w:sz w:val="24"/>
        </w:rPr>
        <w:t>onlinetjenester</w:t>
      </w:r>
      <w:proofErr w:type="spellEnd"/>
      <w:r>
        <w:rPr>
          <w:rFonts w:asciiTheme="majorHAnsi" w:hAnsiTheme="majorHAnsi"/>
          <w:sz w:val="24"/>
        </w:rPr>
        <w:t>, jobsøgningsværktøjer og sprogindlæringsværktøjer.</w:t>
      </w:r>
    </w:p>
    <w:p w14:paraId="4EF950C5" w14:textId="77777777" w:rsidR="000B7AFE" w:rsidRPr="000959AC" w:rsidRDefault="00F34865" w:rsidP="000B7AFE">
      <w:pPr>
        <w:spacing w:after="0" w:line="300" w:lineRule="atLeast"/>
        <w:rPr>
          <w:rFonts w:asciiTheme="majorHAnsi" w:hAnsiTheme="majorHAnsi" w:cstheme="majorHAnsi"/>
          <w:sz w:val="24"/>
          <w:szCs w:val="24"/>
        </w:rPr>
      </w:pPr>
      <w:r>
        <w:rPr>
          <w:rFonts w:asciiTheme="majorHAnsi" w:hAnsiTheme="majorHAnsi"/>
          <w:sz w:val="24"/>
        </w:rPr>
        <w:pict w14:anchorId="5A2D1071">
          <v:rect id="_x0000_i1030" style="width:0;height:1.5pt" o:hralign="center" o:hrstd="t" o:hr="t" fillcolor="#a0a0a0" stroked="f"/>
        </w:pict>
      </w:r>
    </w:p>
    <w:p w14:paraId="4D9C6211" w14:textId="77777777" w:rsidR="000B7AFE" w:rsidRPr="000959AC" w:rsidRDefault="000B7AFE" w:rsidP="000B7AFE">
      <w:pPr>
        <w:pStyle w:val="Heading2"/>
        <w:spacing w:line="300" w:lineRule="atLeast"/>
        <w:rPr>
          <w:rFonts w:cstheme="majorHAnsi"/>
          <w:color w:val="auto"/>
          <w:sz w:val="28"/>
          <w:szCs w:val="28"/>
        </w:rPr>
      </w:pPr>
      <w:r>
        <w:rPr>
          <w:rStyle w:val="Strong"/>
          <w:b/>
          <w:color w:val="auto"/>
          <w:sz w:val="28"/>
        </w:rPr>
        <w:t>6. Sundhed og velfærd</w:t>
      </w:r>
    </w:p>
    <w:p w14:paraId="036B117A" w14:textId="77777777" w:rsidR="000B7AFE" w:rsidRPr="000959AC" w:rsidRDefault="000B7AFE" w:rsidP="00B5434F">
      <w:pPr>
        <w:numPr>
          <w:ilvl w:val="0"/>
          <w:numId w:val="35"/>
        </w:numPr>
        <w:spacing w:before="100" w:beforeAutospacing="1" w:after="100" w:afterAutospacing="1" w:line="300" w:lineRule="atLeast"/>
        <w:jc w:val="both"/>
        <w:rPr>
          <w:rFonts w:asciiTheme="majorHAnsi" w:hAnsiTheme="majorHAnsi" w:cstheme="majorHAnsi"/>
          <w:sz w:val="24"/>
          <w:szCs w:val="24"/>
        </w:rPr>
      </w:pPr>
      <w:r>
        <w:rPr>
          <w:rFonts w:asciiTheme="majorHAnsi" w:hAnsiTheme="majorHAnsi"/>
          <w:sz w:val="24"/>
        </w:rPr>
        <w:t>Flersprogede sundhedsworkshopper og støtte til mental sundhed for indvandrere.</w:t>
      </w:r>
    </w:p>
    <w:p w14:paraId="3D8A2CFE" w14:textId="77777777" w:rsidR="000B7AFE" w:rsidRPr="000959AC" w:rsidRDefault="000B7AFE" w:rsidP="00B5434F">
      <w:pPr>
        <w:numPr>
          <w:ilvl w:val="0"/>
          <w:numId w:val="35"/>
        </w:numPr>
        <w:spacing w:before="100" w:beforeAutospacing="1" w:after="100" w:afterAutospacing="1" w:line="300" w:lineRule="atLeast"/>
        <w:jc w:val="both"/>
        <w:rPr>
          <w:rFonts w:asciiTheme="majorHAnsi" w:hAnsiTheme="majorHAnsi" w:cstheme="majorHAnsi"/>
          <w:sz w:val="24"/>
          <w:szCs w:val="24"/>
        </w:rPr>
      </w:pPr>
      <w:r>
        <w:rPr>
          <w:rFonts w:asciiTheme="majorHAnsi" w:hAnsiTheme="majorHAnsi"/>
          <w:sz w:val="24"/>
        </w:rPr>
        <w:t>Øjeblikkelig helbredsundersøgelse og traumerådgivning for asylansøgere.</w:t>
      </w:r>
    </w:p>
    <w:p w14:paraId="78ECE489" w14:textId="77777777" w:rsidR="000B7AFE" w:rsidRPr="000959AC" w:rsidRDefault="000B7AFE" w:rsidP="00B5434F">
      <w:pPr>
        <w:numPr>
          <w:ilvl w:val="0"/>
          <w:numId w:val="35"/>
        </w:numPr>
        <w:spacing w:before="100" w:beforeAutospacing="1" w:after="100" w:afterAutospacing="1" w:line="300" w:lineRule="atLeast"/>
        <w:jc w:val="both"/>
        <w:rPr>
          <w:rFonts w:asciiTheme="majorHAnsi" w:hAnsiTheme="majorHAnsi" w:cstheme="majorHAnsi"/>
          <w:sz w:val="24"/>
          <w:szCs w:val="24"/>
        </w:rPr>
      </w:pPr>
      <w:r>
        <w:rPr>
          <w:rFonts w:asciiTheme="majorHAnsi" w:hAnsiTheme="majorHAnsi"/>
          <w:sz w:val="24"/>
        </w:rPr>
        <w:t>Kulturelt følsomme sundhedstjenester og mentale sundhedstjenester.</w:t>
      </w:r>
    </w:p>
    <w:p w14:paraId="33085AED" w14:textId="77777777" w:rsidR="000B7AFE" w:rsidRPr="000959AC" w:rsidRDefault="000B7AFE" w:rsidP="00B5434F">
      <w:pPr>
        <w:numPr>
          <w:ilvl w:val="0"/>
          <w:numId w:val="35"/>
        </w:numPr>
        <w:spacing w:before="100" w:beforeAutospacing="1" w:after="100" w:afterAutospacing="1" w:line="300" w:lineRule="atLeast"/>
        <w:jc w:val="both"/>
        <w:rPr>
          <w:rFonts w:asciiTheme="majorHAnsi" w:hAnsiTheme="majorHAnsi" w:cstheme="majorHAnsi"/>
          <w:sz w:val="24"/>
          <w:szCs w:val="24"/>
        </w:rPr>
      </w:pPr>
      <w:r>
        <w:rPr>
          <w:rFonts w:asciiTheme="majorHAnsi" w:hAnsiTheme="majorHAnsi"/>
          <w:sz w:val="24"/>
        </w:rPr>
        <w:t>Mobile klinikker og tolke i flygtningecentre.</w:t>
      </w:r>
    </w:p>
    <w:p w14:paraId="6294F303" w14:textId="77777777" w:rsidR="000B7AFE" w:rsidRPr="000959AC" w:rsidRDefault="000B7AFE" w:rsidP="00B5434F">
      <w:pPr>
        <w:numPr>
          <w:ilvl w:val="0"/>
          <w:numId w:val="35"/>
        </w:numPr>
        <w:spacing w:before="100" w:beforeAutospacing="1" w:after="100" w:afterAutospacing="1" w:line="300" w:lineRule="atLeast"/>
        <w:jc w:val="both"/>
        <w:rPr>
          <w:rFonts w:asciiTheme="majorHAnsi" w:hAnsiTheme="majorHAnsi" w:cstheme="majorHAnsi"/>
          <w:sz w:val="24"/>
          <w:szCs w:val="24"/>
        </w:rPr>
      </w:pPr>
      <w:r>
        <w:rPr>
          <w:rFonts w:asciiTheme="majorHAnsi" w:hAnsiTheme="majorHAnsi"/>
          <w:sz w:val="24"/>
        </w:rPr>
        <w:t>Særlige lægehold til sundhedsscreening og -opfølgning af flygtninge.</w:t>
      </w:r>
    </w:p>
    <w:p w14:paraId="073BADC8" w14:textId="77777777" w:rsidR="000B7AFE" w:rsidRPr="000959AC" w:rsidRDefault="000B7AFE" w:rsidP="00B5434F">
      <w:pPr>
        <w:numPr>
          <w:ilvl w:val="0"/>
          <w:numId w:val="35"/>
        </w:numPr>
        <w:spacing w:before="100" w:beforeAutospacing="1" w:after="100" w:afterAutospacing="1" w:line="300" w:lineRule="atLeast"/>
        <w:jc w:val="both"/>
        <w:rPr>
          <w:rFonts w:asciiTheme="majorHAnsi" w:hAnsiTheme="majorHAnsi" w:cstheme="majorHAnsi"/>
          <w:sz w:val="24"/>
          <w:szCs w:val="24"/>
        </w:rPr>
      </w:pPr>
      <w:r>
        <w:rPr>
          <w:rFonts w:asciiTheme="majorHAnsi" w:hAnsiTheme="majorHAnsi"/>
          <w:sz w:val="24"/>
        </w:rPr>
        <w:t>Gratis helbredsundersøgelser og støtte til mental sundhed for indvandrere.</w:t>
      </w:r>
    </w:p>
    <w:p w14:paraId="17869685" w14:textId="77777777" w:rsidR="000B7AFE" w:rsidRPr="000959AC" w:rsidRDefault="000B7AFE" w:rsidP="00B5434F">
      <w:pPr>
        <w:numPr>
          <w:ilvl w:val="0"/>
          <w:numId w:val="35"/>
        </w:numPr>
        <w:spacing w:before="100" w:beforeAutospacing="1" w:after="100" w:afterAutospacing="1" w:line="300" w:lineRule="atLeast"/>
        <w:jc w:val="both"/>
        <w:rPr>
          <w:rFonts w:asciiTheme="majorHAnsi" w:hAnsiTheme="majorHAnsi" w:cstheme="majorHAnsi"/>
          <w:sz w:val="24"/>
          <w:szCs w:val="24"/>
        </w:rPr>
      </w:pPr>
      <w:r>
        <w:rPr>
          <w:rFonts w:asciiTheme="majorHAnsi" w:hAnsiTheme="majorHAnsi"/>
          <w:sz w:val="24"/>
        </w:rPr>
        <w:t>Kulturelt tilpassede psykoterapi- og støttegrupper.</w:t>
      </w:r>
    </w:p>
    <w:p w14:paraId="21491D06" w14:textId="77777777" w:rsidR="000B7AFE" w:rsidRPr="000959AC" w:rsidRDefault="000B7AFE" w:rsidP="00B5434F">
      <w:pPr>
        <w:numPr>
          <w:ilvl w:val="0"/>
          <w:numId w:val="35"/>
        </w:numPr>
        <w:spacing w:before="100" w:beforeAutospacing="1" w:after="100" w:afterAutospacing="1" w:line="300" w:lineRule="atLeast"/>
        <w:jc w:val="both"/>
        <w:rPr>
          <w:rFonts w:asciiTheme="majorHAnsi" w:hAnsiTheme="majorHAnsi" w:cstheme="majorHAnsi"/>
          <w:sz w:val="24"/>
          <w:szCs w:val="24"/>
        </w:rPr>
      </w:pPr>
      <w:r>
        <w:rPr>
          <w:rFonts w:asciiTheme="majorHAnsi" w:hAnsiTheme="majorHAnsi"/>
          <w:sz w:val="24"/>
        </w:rPr>
        <w:t>Adgang til sundhedspleje for udokumenterede indvandrere, herunder mental sundhedspleje.</w:t>
      </w:r>
    </w:p>
    <w:p w14:paraId="0CEB2535" w14:textId="77777777" w:rsidR="000B7AFE" w:rsidRPr="000959AC" w:rsidRDefault="000B7AFE" w:rsidP="00B5434F">
      <w:pPr>
        <w:numPr>
          <w:ilvl w:val="0"/>
          <w:numId w:val="35"/>
        </w:numPr>
        <w:spacing w:before="100" w:beforeAutospacing="1" w:after="100" w:afterAutospacing="1" w:line="300" w:lineRule="atLeast"/>
        <w:jc w:val="both"/>
        <w:rPr>
          <w:rFonts w:asciiTheme="majorHAnsi" w:hAnsiTheme="majorHAnsi" w:cstheme="majorHAnsi"/>
          <w:sz w:val="24"/>
          <w:szCs w:val="24"/>
        </w:rPr>
      </w:pPr>
      <w:r>
        <w:rPr>
          <w:rFonts w:asciiTheme="majorHAnsi" w:hAnsiTheme="majorHAnsi"/>
          <w:sz w:val="24"/>
        </w:rPr>
        <w:t xml:space="preserve">Gratis prænatal og </w:t>
      </w:r>
      <w:proofErr w:type="spellStart"/>
      <w:r>
        <w:rPr>
          <w:rFonts w:asciiTheme="majorHAnsi" w:hAnsiTheme="majorHAnsi"/>
          <w:sz w:val="24"/>
        </w:rPr>
        <w:t>postnatal</w:t>
      </w:r>
      <w:proofErr w:type="spellEnd"/>
      <w:r>
        <w:rPr>
          <w:rFonts w:asciiTheme="majorHAnsi" w:hAnsiTheme="majorHAnsi"/>
          <w:sz w:val="24"/>
        </w:rPr>
        <w:t xml:space="preserve"> pleje til indvandrermødre.</w:t>
      </w:r>
    </w:p>
    <w:p w14:paraId="33FF144F" w14:textId="77777777" w:rsidR="000B7AFE" w:rsidRPr="000959AC" w:rsidRDefault="000B7AFE" w:rsidP="00B5434F">
      <w:pPr>
        <w:numPr>
          <w:ilvl w:val="0"/>
          <w:numId w:val="35"/>
        </w:numPr>
        <w:spacing w:before="100" w:beforeAutospacing="1" w:after="100" w:afterAutospacing="1" w:line="300" w:lineRule="atLeast"/>
        <w:jc w:val="both"/>
        <w:rPr>
          <w:rFonts w:asciiTheme="majorHAnsi" w:hAnsiTheme="majorHAnsi" w:cstheme="majorHAnsi"/>
          <w:sz w:val="24"/>
          <w:szCs w:val="24"/>
        </w:rPr>
      </w:pPr>
      <w:r>
        <w:rPr>
          <w:rFonts w:asciiTheme="majorHAnsi" w:hAnsiTheme="majorHAnsi"/>
          <w:sz w:val="24"/>
        </w:rPr>
        <w:t>Uddannelse af sundhedspersonale i kulturelle kompetencer og sprogadgang.</w:t>
      </w:r>
    </w:p>
    <w:p w14:paraId="2A72CFC7" w14:textId="77777777" w:rsidR="000B7AFE" w:rsidRPr="000959AC" w:rsidRDefault="00F34865" w:rsidP="000B7AFE">
      <w:pPr>
        <w:spacing w:line="300" w:lineRule="atLeast"/>
        <w:rPr>
          <w:rFonts w:asciiTheme="majorHAnsi" w:hAnsiTheme="majorHAnsi" w:cstheme="majorHAnsi"/>
          <w:sz w:val="24"/>
          <w:szCs w:val="24"/>
        </w:rPr>
      </w:pPr>
      <w:r>
        <w:rPr>
          <w:rFonts w:asciiTheme="majorHAnsi" w:hAnsiTheme="majorHAnsi"/>
          <w:sz w:val="24"/>
        </w:rPr>
        <w:pict w14:anchorId="0DDCA9AD">
          <v:rect id="_x0000_i1031" style="width:0;height:1.5pt" o:hralign="center" o:hrstd="t" o:hr="t" fillcolor="#a0a0a0" stroked="f"/>
        </w:pict>
      </w:r>
    </w:p>
    <w:p w14:paraId="1199CC67" w14:textId="77777777" w:rsidR="000B7AFE" w:rsidRPr="000959AC" w:rsidRDefault="000B7AFE" w:rsidP="000B7AFE">
      <w:pPr>
        <w:pStyle w:val="Heading2"/>
        <w:spacing w:line="300" w:lineRule="atLeast"/>
        <w:rPr>
          <w:rFonts w:cstheme="majorHAnsi"/>
          <w:color w:val="auto"/>
          <w:sz w:val="28"/>
          <w:szCs w:val="28"/>
        </w:rPr>
      </w:pPr>
      <w:r>
        <w:rPr>
          <w:rStyle w:val="Strong"/>
          <w:b/>
          <w:color w:val="auto"/>
          <w:sz w:val="28"/>
        </w:rPr>
        <w:t>7. Integrationsinfrastruktur og tjenester samlet på ét sted</w:t>
      </w:r>
    </w:p>
    <w:p w14:paraId="54434D5B" w14:textId="77777777" w:rsidR="000B7AFE" w:rsidRPr="000959AC" w:rsidRDefault="000B7AFE" w:rsidP="00B5434F">
      <w:pPr>
        <w:numPr>
          <w:ilvl w:val="0"/>
          <w:numId w:val="36"/>
        </w:numPr>
        <w:spacing w:before="100" w:beforeAutospacing="1" w:after="100" w:afterAutospacing="1" w:line="300" w:lineRule="atLeast"/>
        <w:jc w:val="both"/>
        <w:rPr>
          <w:rFonts w:asciiTheme="majorHAnsi" w:hAnsiTheme="majorHAnsi" w:cstheme="majorHAnsi"/>
          <w:sz w:val="24"/>
          <w:szCs w:val="24"/>
        </w:rPr>
      </w:pPr>
      <w:r>
        <w:rPr>
          <w:rFonts w:asciiTheme="majorHAnsi" w:hAnsiTheme="majorHAnsi"/>
          <w:sz w:val="24"/>
        </w:rPr>
        <w:t>Samlede integrationscentre, der tilbyder flersproget rådgivning, problemløsning og koordinerede tjenester.</w:t>
      </w:r>
    </w:p>
    <w:p w14:paraId="34FB6FE8" w14:textId="77777777" w:rsidR="000B7AFE" w:rsidRPr="000959AC" w:rsidRDefault="000B7AFE" w:rsidP="00B5434F">
      <w:pPr>
        <w:numPr>
          <w:ilvl w:val="0"/>
          <w:numId w:val="36"/>
        </w:numPr>
        <w:spacing w:before="100" w:beforeAutospacing="1" w:after="100" w:afterAutospacing="1" w:line="300" w:lineRule="atLeast"/>
        <w:jc w:val="both"/>
        <w:rPr>
          <w:rFonts w:asciiTheme="majorHAnsi" w:hAnsiTheme="majorHAnsi" w:cstheme="majorHAnsi"/>
          <w:sz w:val="24"/>
          <w:szCs w:val="24"/>
        </w:rPr>
      </w:pPr>
      <w:r>
        <w:rPr>
          <w:rFonts w:asciiTheme="majorHAnsi" w:hAnsiTheme="majorHAnsi"/>
          <w:sz w:val="24"/>
        </w:rPr>
        <w:t>Flersprogede socialarbejdere og bydelsteams, der yder lokal støtte i indvandrertætte områder.</w:t>
      </w:r>
    </w:p>
    <w:p w14:paraId="397C5450" w14:textId="77777777" w:rsidR="000227D1" w:rsidRDefault="000227D1">
      <w:pPr>
        <w:overflowPunct w:val="0"/>
        <w:autoSpaceDE w:val="0"/>
        <w:autoSpaceDN w:val="0"/>
        <w:adjustRightInd w:val="0"/>
        <w:spacing w:line="288" w:lineRule="auto"/>
        <w:jc w:val="center"/>
        <w:textAlignment w:val="baseline"/>
      </w:pPr>
      <w:r>
        <w:t>_____________</w:t>
      </w:r>
    </w:p>
    <w:sectPr w:rsidR="000227D1" w:rsidSect="00E635FE">
      <w:headerReference w:type="even" r:id="rId13"/>
      <w:headerReference w:type="default" r:id="rId14"/>
      <w:footerReference w:type="even" r:id="rId15"/>
      <w:footerReference w:type="default" r:id="rId16"/>
      <w:headerReference w:type="first" r:id="rId17"/>
      <w:footerReference w:type="first" r:id="rId18"/>
      <w:pgSz w:w="12240" w:h="15874"/>
      <w:pgMar w:top="1440" w:right="1797" w:bottom="1440" w:left="1797" w:header="720" w:footer="720" w:gutter="0"/>
      <w:pgNumType w:start="1"/>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62A3364" w14:textId="77777777" w:rsidR="0030215B" w:rsidRPr="000959AC" w:rsidRDefault="0030215B" w:rsidP="000B7AFE">
      <w:pPr>
        <w:spacing w:after="0" w:line="240" w:lineRule="auto"/>
      </w:pPr>
      <w:r w:rsidRPr="000959AC">
        <w:separator/>
      </w:r>
    </w:p>
  </w:endnote>
  <w:endnote w:type="continuationSeparator" w:id="0">
    <w:p w14:paraId="2F616774" w14:textId="77777777" w:rsidR="0030215B" w:rsidRPr="000959AC" w:rsidRDefault="0030215B" w:rsidP="000B7AFE">
      <w:pPr>
        <w:spacing w:after="0" w:line="240" w:lineRule="auto"/>
      </w:pPr>
      <w:r w:rsidRPr="000959AC">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Courier">
    <w:panose1 w:val="02070409020205020404"/>
    <w:charset w:val="00"/>
    <w:family w:val="auto"/>
    <w:pitch w:val="variable"/>
    <w:sig w:usb0="00000003" w:usb1="00000000" w:usb2="00000000" w:usb3="00000000" w:csb0="00000001" w:csb1="00000000"/>
  </w:font>
  <w:font w:name="Gill Sans Std ExtraBold">
    <w:altName w:val="Segoe UI Black"/>
    <w:panose1 w:val="020B0902020104020203"/>
    <w:charset w:val="00"/>
    <w:family w:val="swiss"/>
    <w:notTrueType/>
    <w:pitch w:val="variable"/>
    <w:sig w:usb0="800000AF" w:usb1="4000204A" w:usb2="00000000" w:usb3="00000000" w:csb0="00000001" w:csb1="00000000"/>
  </w:font>
  <w:font w:name="Arial">
    <w:panose1 w:val="020B0604020202020204"/>
    <w:charset w:val="00"/>
    <w:family w:val="swiss"/>
    <w:pitch w:val="variable"/>
    <w:sig w:usb0="E0002EFF" w:usb1="C000785B" w:usb2="00000009" w:usb3="00000000" w:csb0="000001FF" w:csb1="00000000"/>
  </w:font>
  <w:font w:name="Verdana">
    <w:panose1 w:val="020B0604030504040204"/>
    <w:charset w:val="00"/>
    <w:family w:val="swiss"/>
    <w:pitch w:val="variable"/>
    <w:sig w:usb0="A00006FF" w:usb1="4000205B" w:usb2="00000010" w:usb3="00000000" w:csb0="0000019F" w:csb1="00000000"/>
  </w:font>
  <w:font w:name="Segoe UI Emoji">
    <w:panose1 w:val="020B0502040204020203"/>
    <w:charset w:val="00"/>
    <w:family w:val="swiss"/>
    <w:pitch w:val="variable"/>
    <w:sig w:usb0="00000003" w:usb1="02000000" w:usb2="08000000" w:usb3="00000000" w:csb0="00000001" w:csb1="00000000"/>
  </w:font>
  <w:font w:name="Aptos">
    <w:charset w:val="00"/>
    <w:family w:val="swiss"/>
    <w:pitch w:val="variable"/>
    <w:sig w:usb0="20000287" w:usb1="00000003" w:usb2="00000000" w:usb3="00000000" w:csb0="0000019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F3AD781" w14:textId="77777777" w:rsidR="000227D1" w:rsidRDefault="000227D1">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AC003FE" w14:textId="548F36B0" w:rsidR="000B7AFE" w:rsidRPr="00790E27" w:rsidRDefault="00C91FA3" w:rsidP="00C91FA3">
    <w:pPr>
      <w:pStyle w:val="Footer"/>
      <w:rPr>
        <w:rFonts w:ascii="Calibri" w:hAnsi="Calibri" w:cs="Calibri"/>
      </w:rPr>
    </w:pPr>
    <w:r>
      <w:rPr>
        <w:rFonts w:ascii="Calibri" w:hAnsi="Calibri"/>
        <w:sz w:val="20"/>
      </w:rPr>
      <w:t xml:space="preserve">COR-2026-00897-00-00-TCD-TRA (EN) </w:t>
    </w:r>
    <w:r w:rsidRPr="00790E27">
      <w:rPr>
        <w:rFonts w:ascii="Calibri" w:hAnsi="Calibri" w:cs="Calibri"/>
        <w:sz w:val="20"/>
      </w:rPr>
      <w:fldChar w:fldCharType="begin"/>
    </w:r>
    <w:r w:rsidRPr="00790E27">
      <w:rPr>
        <w:rFonts w:ascii="Calibri" w:hAnsi="Calibri" w:cs="Calibri"/>
        <w:sz w:val="20"/>
      </w:rPr>
      <w:instrText xml:space="preserve"> PAGE  \* Arabic  \* MERGEFORMAT </w:instrText>
    </w:r>
    <w:r w:rsidRPr="00790E27">
      <w:rPr>
        <w:rFonts w:ascii="Calibri" w:hAnsi="Calibri" w:cs="Calibri"/>
        <w:sz w:val="20"/>
      </w:rPr>
      <w:fldChar w:fldCharType="separate"/>
    </w:r>
    <w:r w:rsidRPr="00790E27">
      <w:rPr>
        <w:rFonts w:ascii="Calibri" w:hAnsi="Calibri" w:cs="Calibri"/>
        <w:sz w:val="20"/>
      </w:rPr>
      <w:t>1</w:t>
    </w:r>
    <w:r w:rsidRPr="00790E27">
      <w:rPr>
        <w:rFonts w:ascii="Calibri" w:hAnsi="Calibri" w:cs="Calibri"/>
        <w:sz w:val="20"/>
      </w:rPr>
      <w:fldChar w:fldCharType="end"/>
    </w:r>
    <w:r>
      <w:rPr>
        <w:rFonts w:ascii="Calibri" w:hAnsi="Calibri"/>
        <w:sz w:val="20"/>
      </w:rPr>
      <w:t>/</w:t>
    </w:r>
    <w:r w:rsidRPr="00790E27">
      <w:rPr>
        <w:rFonts w:ascii="Calibri" w:hAnsi="Calibri" w:cs="Calibri"/>
        <w:sz w:val="20"/>
      </w:rPr>
      <w:fldChar w:fldCharType="begin"/>
    </w:r>
    <w:r w:rsidRPr="00790E27">
      <w:rPr>
        <w:rFonts w:ascii="Calibri" w:hAnsi="Calibri" w:cs="Calibri"/>
        <w:sz w:val="20"/>
      </w:rPr>
      <w:instrText xml:space="preserve"> NUMPAGES </w:instrText>
    </w:r>
    <w:r w:rsidRPr="00790E27">
      <w:rPr>
        <w:rFonts w:ascii="Calibri" w:hAnsi="Calibri" w:cs="Calibri"/>
        <w:sz w:val="20"/>
      </w:rPr>
      <w:fldChar w:fldCharType="separate"/>
    </w:r>
    <w:r w:rsidRPr="00790E27">
      <w:rPr>
        <w:rFonts w:ascii="Calibri" w:hAnsi="Calibri" w:cs="Calibri"/>
        <w:sz w:val="20"/>
      </w:rPr>
      <w:t>1</w:t>
    </w:r>
    <w:r w:rsidRPr="00790E27">
      <w:rPr>
        <w:rFonts w:ascii="Calibri" w:hAnsi="Calibri" w:cs="Calibri"/>
        <w:sz w:val="20"/>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DA19399" w14:textId="51B98045" w:rsidR="002026B5" w:rsidRPr="0005582C" w:rsidRDefault="002026B5">
    <w:pPr>
      <w:pStyle w:val="Footer"/>
      <w:rPr>
        <w:rFonts w:ascii="Calibri" w:hAnsi="Calibri" w:cs="Calibri"/>
      </w:rPr>
    </w:pPr>
    <w:r>
      <w:rPr>
        <w:rFonts w:ascii="Calibri" w:hAnsi="Calibri"/>
        <w:sz w:val="20"/>
      </w:rPr>
      <w:t xml:space="preserve">COR-2026-00897-00-00-TCD-TRA (EN) </w:t>
    </w:r>
    <w:r w:rsidRPr="0005582C">
      <w:rPr>
        <w:rFonts w:ascii="Calibri" w:hAnsi="Calibri" w:cs="Calibri"/>
        <w:sz w:val="20"/>
      </w:rPr>
      <w:fldChar w:fldCharType="begin"/>
    </w:r>
    <w:r w:rsidRPr="0005582C">
      <w:rPr>
        <w:rFonts w:ascii="Calibri" w:hAnsi="Calibri" w:cs="Calibri"/>
        <w:sz w:val="20"/>
      </w:rPr>
      <w:instrText xml:space="preserve"> PAGE  \* Arabic  \* MERGEFORMAT </w:instrText>
    </w:r>
    <w:r w:rsidRPr="0005582C">
      <w:rPr>
        <w:rFonts w:ascii="Calibri" w:hAnsi="Calibri" w:cs="Calibri"/>
        <w:sz w:val="20"/>
      </w:rPr>
      <w:fldChar w:fldCharType="separate"/>
    </w:r>
    <w:r w:rsidR="00073760">
      <w:rPr>
        <w:rFonts w:ascii="Calibri" w:hAnsi="Calibri" w:cs="Calibri"/>
        <w:sz w:val="20"/>
      </w:rPr>
      <w:t>1</w:t>
    </w:r>
    <w:r w:rsidRPr="0005582C">
      <w:rPr>
        <w:rFonts w:ascii="Calibri" w:hAnsi="Calibri" w:cs="Calibri"/>
        <w:sz w:val="20"/>
      </w:rPr>
      <w:fldChar w:fldCharType="end"/>
    </w:r>
    <w:r>
      <w:rPr>
        <w:rFonts w:ascii="Calibri" w:hAnsi="Calibri"/>
        <w:sz w:val="20"/>
      </w:rPr>
      <w:t>/</w:t>
    </w:r>
    <w:r w:rsidRPr="0005582C">
      <w:rPr>
        <w:rFonts w:ascii="Calibri" w:hAnsi="Calibri" w:cs="Calibri"/>
        <w:sz w:val="20"/>
      </w:rPr>
      <w:fldChar w:fldCharType="begin"/>
    </w:r>
    <w:r w:rsidRPr="0005582C">
      <w:rPr>
        <w:rFonts w:ascii="Calibri" w:hAnsi="Calibri" w:cs="Calibri"/>
        <w:sz w:val="20"/>
      </w:rPr>
      <w:instrText xml:space="preserve"> NUMPAGES </w:instrText>
    </w:r>
    <w:r w:rsidRPr="0005582C">
      <w:rPr>
        <w:rFonts w:ascii="Calibri" w:hAnsi="Calibri" w:cs="Calibri"/>
        <w:sz w:val="20"/>
      </w:rPr>
      <w:fldChar w:fldCharType="separate"/>
    </w:r>
    <w:r w:rsidR="00073760">
      <w:rPr>
        <w:rFonts w:ascii="Calibri" w:hAnsi="Calibri" w:cs="Calibri"/>
        <w:sz w:val="20"/>
      </w:rPr>
      <w:t>1</w:t>
    </w:r>
    <w:r w:rsidRPr="0005582C">
      <w:rPr>
        <w:rFonts w:ascii="Calibri" w:hAnsi="Calibri" w:cs="Calibri"/>
        <w:sz w:val="20"/>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96F8FF3" w14:textId="77777777" w:rsidR="0030215B" w:rsidRPr="000959AC" w:rsidRDefault="0030215B" w:rsidP="000B7AFE">
      <w:pPr>
        <w:spacing w:after="0" w:line="240" w:lineRule="auto"/>
      </w:pPr>
      <w:r w:rsidRPr="000959AC">
        <w:separator/>
      </w:r>
    </w:p>
  </w:footnote>
  <w:footnote w:type="continuationSeparator" w:id="0">
    <w:p w14:paraId="2601FFFD" w14:textId="77777777" w:rsidR="0030215B" w:rsidRPr="000959AC" w:rsidRDefault="0030215B" w:rsidP="000B7AFE">
      <w:pPr>
        <w:spacing w:after="0" w:line="240" w:lineRule="auto"/>
      </w:pPr>
      <w:r w:rsidRPr="000959AC">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FF033C6" w14:textId="77777777" w:rsidR="000227D1" w:rsidRDefault="000227D1">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60C84A4" w14:textId="46763906" w:rsidR="00377491" w:rsidRDefault="00377491" w:rsidP="00377491">
    <w:pPr>
      <w:pStyle w:val="Header"/>
      <w:ind w:left="7513"/>
    </w:pPr>
    <w:r>
      <w:rPr>
        <w:noProof/>
      </w:rPr>
      <w:drawing>
        <wp:inline distT="0" distB="0" distL="0" distR="0" wp14:anchorId="40767ADD" wp14:editId="1C544867">
          <wp:extent cx="798946" cy="449408"/>
          <wp:effectExtent l="0" t="0" r="0" b="0"/>
          <wp:docPr id="445040843" name="Picture 4450408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1"/>
                  <a:stretch>
                    <a:fillRect/>
                  </a:stretch>
                </pic:blipFill>
                <pic:spPr>
                  <a:xfrm>
                    <a:off x="0" y="0"/>
                    <a:ext cx="822990" cy="462933"/>
                  </a:xfrm>
                  <a:prstGeom prst="rect">
                    <a:avLst/>
                  </a:prstGeom>
                </pic:spPr>
              </pic:pic>
            </a:graphicData>
          </a:graphic>
        </wp:inline>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C66D73A" w14:textId="35FFC9A3" w:rsidR="00377491" w:rsidRDefault="00E635FE" w:rsidP="00790E27">
    <w:pPr>
      <w:pStyle w:val="Header"/>
      <w:tabs>
        <w:tab w:val="left" w:pos="0"/>
      </w:tabs>
      <w:ind w:firstLine="6946"/>
      <w:jc w:val="left"/>
    </w:pPr>
    <w:r>
      <w:rPr>
        <w:noProof/>
      </w:rPr>
      <w:drawing>
        <wp:inline distT="0" distB="0" distL="0" distR="0" wp14:anchorId="30E748E8" wp14:editId="33E4CC31">
          <wp:extent cx="798946" cy="449408"/>
          <wp:effectExtent l="0" t="0" r="0" b="0"/>
          <wp:docPr id="1444912917" name="Picture 14449129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1"/>
                  <a:stretch>
                    <a:fillRect/>
                  </a:stretch>
                </pic:blipFill>
                <pic:spPr>
                  <a:xfrm>
                    <a:off x="0" y="0"/>
                    <a:ext cx="822990" cy="462933"/>
                  </a:xfrm>
                  <a:prstGeom prst="rect">
                    <a:avLst/>
                  </a:prstGeom>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2pt;height:12pt" o:bullet="t">
        <v:imagedata r:id="rId1" o:title="mso2168"/>
      </v:shape>
    </w:pict>
  </w:numPicBullet>
  <w:abstractNum w:abstractNumId="0" w15:restartNumberingAfterBreak="0">
    <w:nsid w:val="FFFFFF7C"/>
    <w:multiLevelType w:val="singleLevel"/>
    <w:tmpl w:val="C310EC42"/>
    <w:lvl w:ilvl="0">
      <w:start w:val="1"/>
      <w:numFmt w:val="decimal"/>
      <w:lvlText w:val="%1."/>
      <w:lvlJc w:val="left"/>
      <w:pPr>
        <w:tabs>
          <w:tab w:val="num" w:pos="1800"/>
        </w:tabs>
        <w:ind w:left="1800" w:hanging="360"/>
      </w:pPr>
    </w:lvl>
  </w:abstractNum>
  <w:abstractNum w:abstractNumId="1" w15:restartNumberingAfterBreak="0">
    <w:nsid w:val="FFFFFF7D"/>
    <w:multiLevelType w:val="singleLevel"/>
    <w:tmpl w:val="E4089024"/>
    <w:lvl w:ilvl="0">
      <w:start w:val="1"/>
      <w:numFmt w:val="decimal"/>
      <w:lvlText w:val="%1."/>
      <w:lvlJc w:val="left"/>
      <w:pPr>
        <w:tabs>
          <w:tab w:val="num" w:pos="1440"/>
        </w:tabs>
        <w:ind w:left="1440" w:hanging="360"/>
      </w:pPr>
    </w:lvl>
  </w:abstractNum>
  <w:abstractNum w:abstractNumId="2" w15:restartNumberingAfterBreak="0">
    <w:nsid w:val="FFFFFF7E"/>
    <w:multiLevelType w:val="singleLevel"/>
    <w:tmpl w:val="FB12693A"/>
    <w:lvl w:ilvl="0">
      <w:start w:val="1"/>
      <w:numFmt w:val="decimal"/>
      <w:pStyle w:val="ListNumber3"/>
      <w:lvlText w:val="%1."/>
      <w:lvlJc w:val="left"/>
      <w:pPr>
        <w:tabs>
          <w:tab w:val="num" w:pos="1080"/>
        </w:tabs>
        <w:ind w:left="1080" w:hanging="360"/>
      </w:pPr>
    </w:lvl>
  </w:abstractNum>
  <w:abstractNum w:abstractNumId="3" w15:restartNumberingAfterBreak="0">
    <w:nsid w:val="FFFFFF7F"/>
    <w:multiLevelType w:val="singleLevel"/>
    <w:tmpl w:val="38441652"/>
    <w:lvl w:ilvl="0">
      <w:start w:val="1"/>
      <w:numFmt w:val="decimal"/>
      <w:pStyle w:val="ListNumber2"/>
      <w:lvlText w:val="%1."/>
      <w:lvlJc w:val="left"/>
      <w:pPr>
        <w:tabs>
          <w:tab w:val="num" w:pos="720"/>
        </w:tabs>
        <w:ind w:left="720" w:hanging="360"/>
      </w:pPr>
    </w:lvl>
  </w:abstractNum>
  <w:abstractNum w:abstractNumId="4" w15:restartNumberingAfterBreak="0">
    <w:nsid w:val="FFFFFF81"/>
    <w:multiLevelType w:val="singleLevel"/>
    <w:tmpl w:val="171AC3A4"/>
    <w:lvl w:ilvl="0">
      <w:start w:val="1"/>
      <w:numFmt w:val="bullet"/>
      <w:lvlText w:val=""/>
      <w:lvlJc w:val="left"/>
      <w:pPr>
        <w:tabs>
          <w:tab w:val="num" w:pos="1440"/>
        </w:tabs>
        <w:ind w:left="1440" w:hanging="360"/>
      </w:pPr>
      <w:rPr>
        <w:rFonts w:ascii="Symbol" w:hAnsi="Symbol" w:hint="default"/>
      </w:rPr>
    </w:lvl>
  </w:abstractNum>
  <w:abstractNum w:abstractNumId="5" w15:restartNumberingAfterBreak="0">
    <w:nsid w:val="FFFFFF82"/>
    <w:multiLevelType w:val="singleLevel"/>
    <w:tmpl w:val="F3EAFDEC"/>
    <w:lvl w:ilvl="0">
      <w:start w:val="1"/>
      <w:numFmt w:val="bullet"/>
      <w:pStyle w:val="ListBullet3"/>
      <w:lvlText w:val=""/>
      <w:lvlJc w:val="left"/>
      <w:pPr>
        <w:tabs>
          <w:tab w:val="num" w:pos="1080"/>
        </w:tabs>
        <w:ind w:left="1080" w:hanging="360"/>
      </w:pPr>
      <w:rPr>
        <w:rFonts w:ascii="Symbol" w:hAnsi="Symbol" w:hint="default"/>
      </w:rPr>
    </w:lvl>
  </w:abstractNum>
  <w:abstractNum w:abstractNumId="6" w15:restartNumberingAfterBreak="0">
    <w:nsid w:val="FFFFFF83"/>
    <w:multiLevelType w:val="singleLevel"/>
    <w:tmpl w:val="3D1EFFD4"/>
    <w:lvl w:ilvl="0">
      <w:start w:val="1"/>
      <w:numFmt w:val="bullet"/>
      <w:pStyle w:val="ListBullet2"/>
      <w:lvlText w:val=""/>
      <w:lvlJc w:val="left"/>
      <w:pPr>
        <w:tabs>
          <w:tab w:val="num" w:pos="720"/>
        </w:tabs>
        <w:ind w:left="720" w:hanging="360"/>
      </w:pPr>
      <w:rPr>
        <w:rFonts w:ascii="Symbol" w:hAnsi="Symbol" w:hint="default"/>
      </w:rPr>
    </w:lvl>
  </w:abstractNum>
  <w:abstractNum w:abstractNumId="7" w15:restartNumberingAfterBreak="0">
    <w:nsid w:val="FFFFFF88"/>
    <w:multiLevelType w:val="singleLevel"/>
    <w:tmpl w:val="D0A62B40"/>
    <w:lvl w:ilvl="0">
      <w:start w:val="1"/>
      <w:numFmt w:val="decimal"/>
      <w:pStyle w:val="ListNumber"/>
      <w:lvlText w:val="%1."/>
      <w:lvlJc w:val="left"/>
      <w:pPr>
        <w:tabs>
          <w:tab w:val="num" w:pos="360"/>
        </w:tabs>
        <w:ind w:left="360" w:hanging="360"/>
      </w:pPr>
    </w:lvl>
  </w:abstractNum>
  <w:abstractNum w:abstractNumId="8" w15:restartNumberingAfterBreak="0">
    <w:nsid w:val="FFFFFF89"/>
    <w:multiLevelType w:val="singleLevel"/>
    <w:tmpl w:val="29761A62"/>
    <w:lvl w:ilvl="0">
      <w:start w:val="1"/>
      <w:numFmt w:val="bullet"/>
      <w:pStyle w:val="ListBullet"/>
      <w:lvlText w:val=""/>
      <w:lvlJc w:val="left"/>
      <w:pPr>
        <w:tabs>
          <w:tab w:val="num" w:pos="360"/>
        </w:tabs>
        <w:ind w:left="360" w:hanging="360"/>
      </w:pPr>
      <w:rPr>
        <w:rFonts w:ascii="Symbol" w:hAnsi="Symbol" w:hint="default"/>
      </w:rPr>
    </w:lvl>
  </w:abstractNum>
  <w:abstractNum w:abstractNumId="9" w15:restartNumberingAfterBreak="0">
    <w:nsid w:val="01F53E97"/>
    <w:multiLevelType w:val="multilevel"/>
    <w:tmpl w:val="BEFA25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066048DA"/>
    <w:multiLevelType w:val="multilevel"/>
    <w:tmpl w:val="258A9F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08072F9B"/>
    <w:multiLevelType w:val="hybridMultilevel"/>
    <w:tmpl w:val="018EFFB4"/>
    <w:lvl w:ilvl="0" w:tplc="5B1CB752">
      <w:start w:val="1"/>
      <w:numFmt w:val="bullet"/>
      <w:lvlText w:val=""/>
      <w:lvlJc w:val="left"/>
      <w:pPr>
        <w:ind w:left="720" w:hanging="360"/>
      </w:pPr>
      <w:rPr>
        <w:rFonts w:ascii="Wingdings" w:hAnsi="Wingdings" w:hint="default"/>
        <w:color w:val="FFFF00"/>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091A6D16"/>
    <w:multiLevelType w:val="multilevel"/>
    <w:tmpl w:val="478AFF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105F2FDA"/>
    <w:multiLevelType w:val="hybridMultilevel"/>
    <w:tmpl w:val="D4DC87C0"/>
    <w:lvl w:ilvl="0" w:tplc="08090007">
      <w:start w:val="1"/>
      <w:numFmt w:val="bullet"/>
      <w:lvlText w:val=""/>
      <w:lvlPicBulletId w:val="0"/>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1A4C0933"/>
    <w:multiLevelType w:val="multilevel"/>
    <w:tmpl w:val="1B48F5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1B0F4922"/>
    <w:multiLevelType w:val="hybridMultilevel"/>
    <w:tmpl w:val="B3BE029C"/>
    <w:lvl w:ilvl="0" w:tplc="08090007">
      <w:start w:val="1"/>
      <w:numFmt w:val="bullet"/>
      <w:lvlText w:val=""/>
      <w:lvlPicBulletId w:val="0"/>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1E5D7FD7"/>
    <w:multiLevelType w:val="multilevel"/>
    <w:tmpl w:val="66320AF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 w15:restartNumberingAfterBreak="0">
    <w:nsid w:val="21713291"/>
    <w:multiLevelType w:val="hybridMultilevel"/>
    <w:tmpl w:val="504281EE"/>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8" w15:restartNumberingAfterBreak="0">
    <w:nsid w:val="220551C3"/>
    <w:multiLevelType w:val="hybridMultilevel"/>
    <w:tmpl w:val="5FEA28FE"/>
    <w:lvl w:ilvl="0" w:tplc="08090007">
      <w:start w:val="1"/>
      <w:numFmt w:val="bullet"/>
      <w:lvlText w:val=""/>
      <w:lvlPicBulletId w:val="0"/>
      <w:lvlJc w:val="left"/>
      <w:pPr>
        <w:ind w:left="720" w:hanging="360"/>
      </w:pPr>
      <w:rPr>
        <w:rFonts w:ascii="Symbol" w:hAnsi="Symbol" w:hint="default"/>
      </w:rPr>
    </w:lvl>
    <w:lvl w:ilvl="1" w:tplc="15BE8D88">
      <w:numFmt w:val="bullet"/>
      <w:lvlText w:val="•"/>
      <w:lvlJc w:val="left"/>
      <w:pPr>
        <w:ind w:left="1440" w:hanging="360"/>
      </w:pPr>
      <w:rPr>
        <w:rFonts w:ascii="Calibri" w:eastAsiaTheme="minorEastAsia" w:hAnsi="Calibri" w:cs="Calibri" w:hint="default"/>
      </w:rPr>
    </w:lvl>
    <w:lvl w:ilvl="2" w:tplc="E99ED80A">
      <w:numFmt w:val="bullet"/>
      <w:lvlText w:val="-"/>
      <w:lvlJc w:val="left"/>
      <w:pPr>
        <w:ind w:left="2160" w:hanging="360"/>
      </w:pPr>
      <w:rPr>
        <w:rFonts w:ascii="Calibri" w:eastAsiaTheme="minorEastAsia" w:hAnsi="Calibri" w:cs="Calibri"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246F5F11"/>
    <w:multiLevelType w:val="multilevel"/>
    <w:tmpl w:val="B86444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274253D4"/>
    <w:multiLevelType w:val="hybridMultilevel"/>
    <w:tmpl w:val="8A184CC0"/>
    <w:lvl w:ilvl="0" w:tplc="08090009">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2753436D"/>
    <w:multiLevelType w:val="hybridMultilevel"/>
    <w:tmpl w:val="C4AEEF72"/>
    <w:lvl w:ilvl="0" w:tplc="394A2640">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2" w15:restartNumberingAfterBreak="0">
    <w:nsid w:val="2AC6350C"/>
    <w:multiLevelType w:val="hybridMultilevel"/>
    <w:tmpl w:val="9BEACD5E"/>
    <w:lvl w:ilvl="0" w:tplc="5B1CB752">
      <w:start w:val="1"/>
      <w:numFmt w:val="bullet"/>
      <w:lvlText w:val=""/>
      <w:lvlJc w:val="left"/>
      <w:pPr>
        <w:ind w:left="720" w:hanging="360"/>
      </w:pPr>
      <w:rPr>
        <w:rFonts w:ascii="Wingdings" w:hAnsi="Wingdings" w:hint="default"/>
        <w:color w:val="FFFF00"/>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15:restartNumberingAfterBreak="0">
    <w:nsid w:val="33B01404"/>
    <w:multiLevelType w:val="multilevel"/>
    <w:tmpl w:val="0FD01D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35496509"/>
    <w:multiLevelType w:val="hybridMultilevel"/>
    <w:tmpl w:val="BA142338"/>
    <w:lvl w:ilvl="0" w:tplc="08090007">
      <w:start w:val="1"/>
      <w:numFmt w:val="bullet"/>
      <w:lvlText w:val=""/>
      <w:lvlPicBulletId w:val="0"/>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15:restartNumberingAfterBreak="0">
    <w:nsid w:val="36261525"/>
    <w:multiLevelType w:val="hybridMultilevel"/>
    <w:tmpl w:val="B94411AA"/>
    <w:lvl w:ilvl="0" w:tplc="0809000F">
      <w:start w:val="1"/>
      <w:numFmt w:val="decimal"/>
      <w:lvlText w:val="%1."/>
      <w:lvlJc w:val="left"/>
      <w:pPr>
        <w:ind w:left="720" w:hanging="360"/>
      </w:pPr>
    </w:lvl>
    <w:lvl w:ilvl="1" w:tplc="0809000F">
      <w:start w:val="1"/>
      <w:numFmt w:val="decimal"/>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6" w15:restartNumberingAfterBreak="0">
    <w:nsid w:val="3762702E"/>
    <w:multiLevelType w:val="hybridMultilevel"/>
    <w:tmpl w:val="A2E6F5D4"/>
    <w:lvl w:ilvl="0" w:tplc="8902A796">
      <w:start w:val="1"/>
      <w:numFmt w:val="bullet"/>
      <w:lvlText w:val=""/>
      <w:lvlJc w:val="left"/>
      <w:pPr>
        <w:ind w:left="720" w:hanging="360"/>
      </w:pPr>
      <w:rPr>
        <w:rFonts w:ascii="Wingdings" w:hAnsi="Wingdings" w:hint="default"/>
      </w:rPr>
    </w:lvl>
    <w:lvl w:ilvl="1" w:tplc="08090003">
      <w:start w:val="1"/>
      <w:numFmt w:val="bullet"/>
      <w:lvlText w:val="o"/>
      <w:lvlJc w:val="left"/>
      <w:pPr>
        <w:ind w:left="1440" w:hanging="360"/>
      </w:pPr>
      <w:rPr>
        <w:rFonts w:ascii="Courier New" w:hAnsi="Courier New" w:cs="Courier New" w:hint="default"/>
      </w:rPr>
    </w:lvl>
    <w:lvl w:ilvl="2" w:tplc="8902A796">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15:restartNumberingAfterBreak="0">
    <w:nsid w:val="41947EF4"/>
    <w:multiLevelType w:val="hybridMultilevel"/>
    <w:tmpl w:val="335C9C4C"/>
    <w:lvl w:ilvl="0" w:tplc="08090007">
      <w:start w:val="1"/>
      <w:numFmt w:val="bullet"/>
      <w:lvlText w:val=""/>
      <w:lvlPicBulletId w:val="0"/>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 w15:restartNumberingAfterBreak="0">
    <w:nsid w:val="46B4290D"/>
    <w:multiLevelType w:val="hybridMultilevel"/>
    <w:tmpl w:val="4016E5A4"/>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9" w15:restartNumberingAfterBreak="0">
    <w:nsid w:val="4B262E77"/>
    <w:multiLevelType w:val="multilevel"/>
    <w:tmpl w:val="B37C43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15:restartNumberingAfterBreak="0">
    <w:nsid w:val="4D4E6A2C"/>
    <w:multiLevelType w:val="multilevel"/>
    <w:tmpl w:val="EB6080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4E5024C5"/>
    <w:multiLevelType w:val="hybridMultilevel"/>
    <w:tmpl w:val="89A60BE8"/>
    <w:lvl w:ilvl="0" w:tplc="04090017">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2" w15:restartNumberingAfterBreak="0">
    <w:nsid w:val="586E3031"/>
    <w:multiLevelType w:val="hybridMultilevel"/>
    <w:tmpl w:val="19E23D72"/>
    <w:lvl w:ilvl="0" w:tplc="CCA2E1F6">
      <w:start w:val="1"/>
      <w:numFmt w:val="bullet"/>
      <w:lvlText w:val=""/>
      <w:lvlJc w:val="left"/>
      <w:pPr>
        <w:ind w:left="720" w:hanging="360"/>
      </w:pPr>
      <w:rPr>
        <w:rFonts w:ascii="Wingdings" w:hAnsi="Wingdings" w:hint="default"/>
        <w:color w:val="auto"/>
        <w:sz w:val="28"/>
        <w:szCs w:val="28"/>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 w15:restartNumberingAfterBreak="0">
    <w:nsid w:val="5F114BA8"/>
    <w:multiLevelType w:val="hybridMultilevel"/>
    <w:tmpl w:val="48125CC2"/>
    <w:lvl w:ilvl="0" w:tplc="08090009">
      <w:start w:val="1"/>
      <w:numFmt w:val="bullet"/>
      <w:lvlText w:val=""/>
      <w:lvlJc w:val="left"/>
      <w:pPr>
        <w:ind w:left="720" w:hanging="360"/>
      </w:pPr>
      <w:rPr>
        <w:rFonts w:ascii="Wingdings" w:hAnsi="Wingdings" w:hint="default"/>
      </w:rPr>
    </w:lvl>
    <w:lvl w:ilvl="1" w:tplc="08090003">
      <w:start w:val="1"/>
      <w:numFmt w:val="bullet"/>
      <w:lvlText w:val="o"/>
      <w:lvlJc w:val="left"/>
      <w:pPr>
        <w:ind w:left="1440" w:hanging="360"/>
      </w:pPr>
      <w:rPr>
        <w:rFonts w:ascii="Courier New" w:hAnsi="Courier New" w:cs="Courier New" w:hint="default"/>
      </w:rPr>
    </w:lvl>
    <w:lvl w:ilvl="2" w:tplc="8902A796">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4" w15:restartNumberingAfterBreak="0">
    <w:nsid w:val="614132E4"/>
    <w:multiLevelType w:val="hybridMultilevel"/>
    <w:tmpl w:val="0ECC10AA"/>
    <w:lvl w:ilvl="0" w:tplc="8902A796">
      <w:start w:val="1"/>
      <w:numFmt w:val="bullet"/>
      <w:lvlText w:val=""/>
      <w:lvlJc w:val="left"/>
      <w:pPr>
        <w:ind w:left="720" w:hanging="360"/>
      </w:pPr>
      <w:rPr>
        <w:rFonts w:ascii="Wingdings" w:hAnsi="Wingdings"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5" w15:restartNumberingAfterBreak="0">
    <w:nsid w:val="641C5DE6"/>
    <w:multiLevelType w:val="hybridMultilevel"/>
    <w:tmpl w:val="0A22FFE4"/>
    <w:lvl w:ilvl="0" w:tplc="5B1CB752">
      <w:start w:val="1"/>
      <w:numFmt w:val="bullet"/>
      <w:lvlText w:val=""/>
      <w:lvlJc w:val="left"/>
      <w:pPr>
        <w:ind w:left="720" w:hanging="360"/>
      </w:pPr>
      <w:rPr>
        <w:rFonts w:ascii="Wingdings" w:hAnsi="Wingdings" w:hint="default"/>
        <w:color w:val="FFFF00"/>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6" w15:restartNumberingAfterBreak="0">
    <w:nsid w:val="6DC14698"/>
    <w:multiLevelType w:val="hybridMultilevel"/>
    <w:tmpl w:val="CD0036F6"/>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7" w15:restartNumberingAfterBreak="0">
    <w:nsid w:val="76EC1873"/>
    <w:multiLevelType w:val="hybridMultilevel"/>
    <w:tmpl w:val="5C8CE726"/>
    <w:lvl w:ilvl="0" w:tplc="08090007">
      <w:start w:val="1"/>
      <w:numFmt w:val="bullet"/>
      <w:lvlText w:val=""/>
      <w:lvlPicBulletId w:val="0"/>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8" w15:restartNumberingAfterBreak="0">
    <w:nsid w:val="78D30573"/>
    <w:multiLevelType w:val="hybridMultilevel"/>
    <w:tmpl w:val="59F4682A"/>
    <w:lvl w:ilvl="0" w:tplc="08090007">
      <w:start w:val="1"/>
      <w:numFmt w:val="bullet"/>
      <w:lvlText w:val=""/>
      <w:lvlPicBulletId w:val="0"/>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1336148982">
    <w:abstractNumId w:val="8"/>
  </w:num>
  <w:num w:numId="2" w16cid:durableId="1551576214">
    <w:abstractNumId w:val="6"/>
  </w:num>
  <w:num w:numId="3" w16cid:durableId="550187294">
    <w:abstractNumId w:val="5"/>
  </w:num>
  <w:num w:numId="4" w16cid:durableId="1003320641">
    <w:abstractNumId w:val="4"/>
  </w:num>
  <w:num w:numId="5" w16cid:durableId="649677663">
    <w:abstractNumId w:val="7"/>
  </w:num>
  <w:num w:numId="6" w16cid:durableId="1627080909">
    <w:abstractNumId w:val="3"/>
  </w:num>
  <w:num w:numId="7" w16cid:durableId="1288395710">
    <w:abstractNumId w:val="2"/>
  </w:num>
  <w:num w:numId="8" w16cid:durableId="1332758883">
    <w:abstractNumId w:val="1"/>
  </w:num>
  <w:num w:numId="9" w16cid:durableId="578901631">
    <w:abstractNumId w:val="0"/>
  </w:num>
  <w:num w:numId="10" w16cid:durableId="896478179">
    <w:abstractNumId w:val="38"/>
  </w:num>
  <w:num w:numId="11" w16cid:durableId="900600414">
    <w:abstractNumId w:val="27"/>
  </w:num>
  <w:num w:numId="12" w16cid:durableId="281812870">
    <w:abstractNumId w:val="13"/>
  </w:num>
  <w:num w:numId="13" w16cid:durableId="677848533">
    <w:abstractNumId w:val="24"/>
  </w:num>
  <w:num w:numId="14" w16cid:durableId="1660575860">
    <w:abstractNumId w:val="37"/>
  </w:num>
  <w:num w:numId="15" w16cid:durableId="381288951">
    <w:abstractNumId w:val="18"/>
  </w:num>
  <w:num w:numId="16" w16cid:durableId="8601695">
    <w:abstractNumId w:val="15"/>
  </w:num>
  <w:num w:numId="17" w16cid:durableId="1177427951">
    <w:abstractNumId w:val="36"/>
  </w:num>
  <w:num w:numId="18" w16cid:durableId="1940600957">
    <w:abstractNumId w:val="28"/>
  </w:num>
  <w:num w:numId="19" w16cid:durableId="679085331">
    <w:abstractNumId w:val="17"/>
  </w:num>
  <w:num w:numId="20" w16cid:durableId="740758902">
    <w:abstractNumId w:val="25"/>
  </w:num>
  <w:num w:numId="21" w16cid:durableId="568461514">
    <w:abstractNumId w:val="20"/>
  </w:num>
  <w:num w:numId="22" w16cid:durableId="850073221">
    <w:abstractNumId w:val="33"/>
  </w:num>
  <w:num w:numId="23" w16cid:durableId="1495294625">
    <w:abstractNumId w:val="26"/>
  </w:num>
  <w:num w:numId="24" w16cid:durableId="1446269560">
    <w:abstractNumId w:val="34"/>
  </w:num>
  <w:num w:numId="25" w16cid:durableId="1983344186">
    <w:abstractNumId w:val="35"/>
  </w:num>
  <w:num w:numId="26" w16cid:durableId="1314794486">
    <w:abstractNumId w:val="11"/>
  </w:num>
  <w:num w:numId="27" w16cid:durableId="586882690">
    <w:abstractNumId w:val="22"/>
  </w:num>
  <w:num w:numId="28" w16cid:durableId="445587384">
    <w:abstractNumId w:val="32"/>
  </w:num>
  <w:num w:numId="29" w16cid:durableId="353963862">
    <w:abstractNumId w:val="16"/>
  </w:num>
  <w:num w:numId="30" w16cid:durableId="1556233945">
    <w:abstractNumId w:val="10"/>
  </w:num>
  <w:num w:numId="31" w16cid:durableId="364985802">
    <w:abstractNumId w:val="29"/>
  </w:num>
  <w:num w:numId="32" w16cid:durableId="805270578">
    <w:abstractNumId w:val="14"/>
  </w:num>
  <w:num w:numId="33" w16cid:durableId="1376739083">
    <w:abstractNumId w:val="23"/>
  </w:num>
  <w:num w:numId="34" w16cid:durableId="842822405">
    <w:abstractNumId w:val="12"/>
  </w:num>
  <w:num w:numId="35" w16cid:durableId="1772167061">
    <w:abstractNumId w:val="19"/>
  </w:num>
  <w:num w:numId="36" w16cid:durableId="398089903">
    <w:abstractNumId w:val="9"/>
  </w:num>
  <w:num w:numId="37" w16cid:durableId="759907655">
    <w:abstractNumId w:val="30"/>
  </w:num>
  <w:num w:numId="38" w16cid:durableId="441843909">
    <w:abstractNumId w:val="31"/>
  </w:num>
  <w:num w:numId="39" w16cid:durableId="598758025">
    <w:abstractNumId w:val="2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removePersonalInformation/>
  <w:proofState w:spelling="clean"/>
  <w:stylePaneFormatFilter w:val="1001" w:allStyles="1" w:customStyles="0" w:latentStyles="0" w:stylesInUse="0" w:headingStyles="0" w:numberingStyles="0" w:tableStyles="0" w:directFormattingOnRuns="0" w:directFormattingOnParagraphs="0" w:directFormattingOnNumbering="0" w:directFormattingOnTables="0" w:clearFormatting="1" w:top3HeadingStyles="0" w:visibleStyles="0" w:alternateStyleNames="0"/>
  <w:defaultTabStop w:val="720"/>
  <w:hyphenationZone w:val="425"/>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47730"/>
    <w:rsid w:val="000227D1"/>
    <w:rsid w:val="00032691"/>
    <w:rsid w:val="00034616"/>
    <w:rsid w:val="00040631"/>
    <w:rsid w:val="0005582C"/>
    <w:rsid w:val="0006063C"/>
    <w:rsid w:val="00071C5D"/>
    <w:rsid w:val="00073760"/>
    <w:rsid w:val="000959AC"/>
    <w:rsid w:val="000A1336"/>
    <w:rsid w:val="000A1439"/>
    <w:rsid w:val="000A40BA"/>
    <w:rsid w:val="000A78B2"/>
    <w:rsid w:val="000B7AFE"/>
    <w:rsid w:val="000D0896"/>
    <w:rsid w:val="000D1F93"/>
    <w:rsid w:val="000F7804"/>
    <w:rsid w:val="00100BF1"/>
    <w:rsid w:val="0012224A"/>
    <w:rsid w:val="0015074B"/>
    <w:rsid w:val="00174798"/>
    <w:rsid w:val="001945D2"/>
    <w:rsid w:val="0019521B"/>
    <w:rsid w:val="00196133"/>
    <w:rsid w:val="00197AF0"/>
    <w:rsid w:val="001D10B3"/>
    <w:rsid w:val="001D4E87"/>
    <w:rsid w:val="001E6584"/>
    <w:rsid w:val="001F7814"/>
    <w:rsid w:val="002026B5"/>
    <w:rsid w:val="00216ECD"/>
    <w:rsid w:val="002600C6"/>
    <w:rsid w:val="00267838"/>
    <w:rsid w:val="00273113"/>
    <w:rsid w:val="0029639D"/>
    <w:rsid w:val="002A310D"/>
    <w:rsid w:val="002A4E46"/>
    <w:rsid w:val="002A798E"/>
    <w:rsid w:val="002B7516"/>
    <w:rsid w:val="0030215B"/>
    <w:rsid w:val="00326F90"/>
    <w:rsid w:val="003733F7"/>
    <w:rsid w:val="00376058"/>
    <w:rsid w:val="00377491"/>
    <w:rsid w:val="003851AF"/>
    <w:rsid w:val="003A0792"/>
    <w:rsid w:val="003C6C95"/>
    <w:rsid w:val="003D12C6"/>
    <w:rsid w:val="003D19DA"/>
    <w:rsid w:val="003D2EB4"/>
    <w:rsid w:val="003D567D"/>
    <w:rsid w:val="003D5954"/>
    <w:rsid w:val="003E6EF1"/>
    <w:rsid w:val="00445334"/>
    <w:rsid w:val="00447EE0"/>
    <w:rsid w:val="00454A41"/>
    <w:rsid w:val="00461D41"/>
    <w:rsid w:val="00491458"/>
    <w:rsid w:val="004D10C9"/>
    <w:rsid w:val="004F5173"/>
    <w:rsid w:val="00507752"/>
    <w:rsid w:val="00540FCF"/>
    <w:rsid w:val="00593B48"/>
    <w:rsid w:val="005A2026"/>
    <w:rsid w:val="005D05CB"/>
    <w:rsid w:val="006244D3"/>
    <w:rsid w:val="00646124"/>
    <w:rsid w:val="00654B6F"/>
    <w:rsid w:val="00674E1E"/>
    <w:rsid w:val="00683FBA"/>
    <w:rsid w:val="00691AE7"/>
    <w:rsid w:val="00696A75"/>
    <w:rsid w:val="006A5279"/>
    <w:rsid w:val="006C2CA7"/>
    <w:rsid w:val="006C57B6"/>
    <w:rsid w:val="006D01A8"/>
    <w:rsid w:val="007243B4"/>
    <w:rsid w:val="007262BB"/>
    <w:rsid w:val="00735E38"/>
    <w:rsid w:val="007457A7"/>
    <w:rsid w:val="007618F4"/>
    <w:rsid w:val="0077280A"/>
    <w:rsid w:val="007834CB"/>
    <w:rsid w:val="00790E27"/>
    <w:rsid w:val="007B4A5A"/>
    <w:rsid w:val="007C62F2"/>
    <w:rsid w:val="007C7736"/>
    <w:rsid w:val="007D251D"/>
    <w:rsid w:val="007D7CFE"/>
    <w:rsid w:val="007F15E5"/>
    <w:rsid w:val="00803583"/>
    <w:rsid w:val="008164F6"/>
    <w:rsid w:val="008224B3"/>
    <w:rsid w:val="00833239"/>
    <w:rsid w:val="00840026"/>
    <w:rsid w:val="0086494D"/>
    <w:rsid w:val="008949B7"/>
    <w:rsid w:val="00895F14"/>
    <w:rsid w:val="008A3DBC"/>
    <w:rsid w:val="008A6698"/>
    <w:rsid w:val="008D28DC"/>
    <w:rsid w:val="008E3157"/>
    <w:rsid w:val="008E5E6C"/>
    <w:rsid w:val="008F2AC9"/>
    <w:rsid w:val="008F3180"/>
    <w:rsid w:val="00904000"/>
    <w:rsid w:val="00914F22"/>
    <w:rsid w:val="00923FD5"/>
    <w:rsid w:val="0093446A"/>
    <w:rsid w:val="00936EE8"/>
    <w:rsid w:val="00941221"/>
    <w:rsid w:val="0095619D"/>
    <w:rsid w:val="00960F91"/>
    <w:rsid w:val="00962E88"/>
    <w:rsid w:val="009830A2"/>
    <w:rsid w:val="009951AE"/>
    <w:rsid w:val="009A5508"/>
    <w:rsid w:val="009B4230"/>
    <w:rsid w:val="009D1F44"/>
    <w:rsid w:val="009F38F7"/>
    <w:rsid w:val="009F4F12"/>
    <w:rsid w:val="00A24C28"/>
    <w:rsid w:val="00A467A7"/>
    <w:rsid w:val="00A50A6B"/>
    <w:rsid w:val="00A844C9"/>
    <w:rsid w:val="00AA1D8D"/>
    <w:rsid w:val="00AA3111"/>
    <w:rsid w:val="00AB2BEA"/>
    <w:rsid w:val="00AC3B03"/>
    <w:rsid w:val="00B47730"/>
    <w:rsid w:val="00B51E3B"/>
    <w:rsid w:val="00B525C0"/>
    <w:rsid w:val="00B5434F"/>
    <w:rsid w:val="00B84936"/>
    <w:rsid w:val="00B87CD7"/>
    <w:rsid w:val="00B90963"/>
    <w:rsid w:val="00BD1A79"/>
    <w:rsid w:val="00BD35C9"/>
    <w:rsid w:val="00BD3906"/>
    <w:rsid w:val="00BD6D03"/>
    <w:rsid w:val="00BE544F"/>
    <w:rsid w:val="00C27688"/>
    <w:rsid w:val="00C46C6D"/>
    <w:rsid w:val="00C91FA3"/>
    <w:rsid w:val="00CA2DED"/>
    <w:rsid w:val="00CB0664"/>
    <w:rsid w:val="00CC726D"/>
    <w:rsid w:val="00CD2D39"/>
    <w:rsid w:val="00CE386B"/>
    <w:rsid w:val="00CE50D3"/>
    <w:rsid w:val="00CF0604"/>
    <w:rsid w:val="00CF7081"/>
    <w:rsid w:val="00D20348"/>
    <w:rsid w:val="00D20D14"/>
    <w:rsid w:val="00D420DA"/>
    <w:rsid w:val="00D5196C"/>
    <w:rsid w:val="00D64C5C"/>
    <w:rsid w:val="00D80E97"/>
    <w:rsid w:val="00DA02CD"/>
    <w:rsid w:val="00DB4B67"/>
    <w:rsid w:val="00E06B44"/>
    <w:rsid w:val="00E253A2"/>
    <w:rsid w:val="00E30867"/>
    <w:rsid w:val="00E32A38"/>
    <w:rsid w:val="00E32DED"/>
    <w:rsid w:val="00E612E2"/>
    <w:rsid w:val="00E62B26"/>
    <w:rsid w:val="00E635FE"/>
    <w:rsid w:val="00E71E8E"/>
    <w:rsid w:val="00E72C05"/>
    <w:rsid w:val="00E75339"/>
    <w:rsid w:val="00EC07B0"/>
    <w:rsid w:val="00F10967"/>
    <w:rsid w:val="00F33908"/>
    <w:rsid w:val="00F33B35"/>
    <w:rsid w:val="00F3611E"/>
    <w:rsid w:val="00F40965"/>
    <w:rsid w:val="00F66C9E"/>
    <w:rsid w:val="00F66EDD"/>
    <w:rsid w:val="00FA2AEB"/>
    <w:rsid w:val="00FC005A"/>
    <w:rsid w:val="00FC693F"/>
    <w:rsid w:val="00FE0BC6"/>
    <w:rsid w:val="00FF1798"/>
    <w:rsid w:val="00FF78E7"/>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1A76FA5D"/>
  <w14:defaultImageDpi w14:val="33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2"/>
        <w:szCs w:val="22"/>
        <w:lang w:val="da-DK"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C693F"/>
  </w:style>
  <w:style w:type="paragraph" w:styleId="Heading1">
    <w:name w:val="heading 1"/>
    <w:basedOn w:val="Normal"/>
    <w:next w:val="Normal"/>
    <w:link w:val="Heading1Char"/>
    <w:uiPriority w:val="9"/>
    <w:qFormat/>
    <w:rsid w:val="00FC693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FC693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FC693F"/>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FC693F"/>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FC693F"/>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FC693F"/>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FC693F"/>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FC693F"/>
    <w:pPr>
      <w:keepNext/>
      <w:keepLines/>
      <w:spacing w:before="200" w:after="0"/>
      <w:outlineLvl w:val="7"/>
    </w:pPr>
    <w:rPr>
      <w:rFonts w:asciiTheme="majorHAnsi" w:eastAsiaTheme="majorEastAsia" w:hAnsiTheme="majorHAnsi" w:cstheme="majorBidi"/>
      <w:color w:val="4F81BD" w:themeColor="accent1"/>
      <w:sz w:val="20"/>
      <w:szCs w:val="20"/>
    </w:rPr>
  </w:style>
  <w:style w:type="paragraph" w:styleId="Heading9">
    <w:name w:val="heading 9"/>
    <w:basedOn w:val="Normal"/>
    <w:next w:val="Normal"/>
    <w:link w:val="Heading9Char"/>
    <w:uiPriority w:val="9"/>
    <w:semiHidden/>
    <w:unhideWhenUsed/>
    <w:qFormat/>
    <w:rsid w:val="00FC693F"/>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E618BF"/>
    <w:pPr>
      <w:spacing w:after="0" w:line="288" w:lineRule="auto"/>
      <w:jc w:val="both"/>
    </w:pPr>
    <w:rPr>
      <w:rFonts w:ascii="Times New Roman" w:hAnsi="Times New Roman" w:cs="Times New Roman"/>
    </w:rPr>
  </w:style>
  <w:style w:type="character" w:customStyle="1" w:styleId="HeaderChar">
    <w:name w:val="Header Char"/>
    <w:basedOn w:val="DefaultParagraphFont"/>
    <w:link w:val="Header"/>
    <w:uiPriority w:val="99"/>
    <w:rsid w:val="00E618BF"/>
    <w:rPr>
      <w:rFonts w:ascii="Times New Roman" w:hAnsi="Times New Roman" w:cs="Times New Roman"/>
    </w:rPr>
  </w:style>
  <w:style w:type="paragraph" w:styleId="Footer">
    <w:name w:val="footer"/>
    <w:basedOn w:val="Normal"/>
    <w:link w:val="FooterChar"/>
    <w:uiPriority w:val="99"/>
    <w:unhideWhenUsed/>
    <w:rsid w:val="00E618BF"/>
    <w:pPr>
      <w:spacing w:after="0" w:line="288" w:lineRule="auto"/>
      <w:jc w:val="both"/>
    </w:pPr>
    <w:rPr>
      <w:rFonts w:ascii="Times New Roman" w:hAnsi="Times New Roman" w:cs="Times New Roman"/>
    </w:rPr>
  </w:style>
  <w:style w:type="character" w:customStyle="1" w:styleId="FooterChar">
    <w:name w:val="Footer Char"/>
    <w:basedOn w:val="DefaultParagraphFont"/>
    <w:link w:val="Footer"/>
    <w:uiPriority w:val="99"/>
    <w:rsid w:val="00E618BF"/>
    <w:rPr>
      <w:rFonts w:ascii="Times New Roman" w:hAnsi="Times New Roman" w:cs="Times New Roman"/>
    </w:rPr>
  </w:style>
  <w:style w:type="paragraph" w:styleId="NoSpacing">
    <w:name w:val="No Spacing"/>
    <w:uiPriority w:val="1"/>
    <w:qFormat/>
    <w:rsid w:val="00FC693F"/>
    <w:pPr>
      <w:spacing w:after="0" w:line="240" w:lineRule="auto"/>
    </w:pPr>
  </w:style>
  <w:style w:type="character" w:customStyle="1" w:styleId="Heading1Char">
    <w:name w:val="Heading 1 Char"/>
    <w:basedOn w:val="DefaultParagraphFont"/>
    <w:link w:val="Heading1"/>
    <w:uiPriority w:val="9"/>
    <w:rsid w:val="00FC693F"/>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FC693F"/>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FC693F"/>
    <w:rPr>
      <w:rFonts w:asciiTheme="majorHAnsi" w:eastAsiaTheme="majorEastAsia" w:hAnsiTheme="majorHAnsi" w:cstheme="majorBidi"/>
      <w:b/>
      <w:bCs/>
      <w:color w:val="4F81BD" w:themeColor="accent1"/>
    </w:rPr>
  </w:style>
  <w:style w:type="paragraph" w:styleId="Title">
    <w:name w:val="Title"/>
    <w:basedOn w:val="Normal"/>
    <w:next w:val="Normal"/>
    <w:link w:val="TitleChar"/>
    <w:uiPriority w:val="10"/>
    <w:qFormat/>
    <w:rsid w:val="00FC693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FC693F"/>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FC693F"/>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FC693F"/>
    <w:rPr>
      <w:rFonts w:asciiTheme="majorHAnsi" w:eastAsiaTheme="majorEastAsia" w:hAnsiTheme="majorHAnsi" w:cstheme="majorBidi"/>
      <w:i/>
      <w:iCs/>
      <w:color w:val="4F81BD" w:themeColor="accent1"/>
      <w:spacing w:val="15"/>
      <w:sz w:val="24"/>
      <w:szCs w:val="24"/>
    </w:rPr>
  </w:style>
  <w:style w:type="paragraph" w:styleId="ListParagraph">
    <w:name w:val="List Paragraph"/>
    <w:basedOn w:val="Normal"/>
    <w:uiPriority w:val="34"/>
    <w:qFormat/>
    <w:rsid w:val="00FC693F"/>
    <w:pPr>
      <w:ind w:left="720"/>
      <w:contextualSpacing/>
    </w:pPr>
  </w:style>
  <w:style w:type="paragraph" w:styleId="BodyText">
    <w:name w:val="Body Text"/>
    <w:basedOn w:val="Normal"/>
    <w:link w:val="BodyTextChar"/>
    <w:uiPriority w:val="99"/>
    <w:unhideWhenUsed/>
    <w:rsid w:val="00AA1D8D"/>
    <w:pPr>
      <w:spacing w:after="120"/>
    </w:pPr>
  </w:style>
  <w:style w:type="character" w:customStyle="1" w:styleId="BodyTextChar">
    <w:name w:val="Body Text Char"/>
    <w:basedOn w:val="DefaultParagraphFont"/>
    <w:link w:val="BodyText"/>
    <w:uiPriority w:val="99"/>
    <w:rsid w:val="00AA1D8D"/>
  </w:style>
  <w:style w:type="paragraph" w:styleId="BodyText2">
    <w:name w:val="Body Text 2"/>
    <w:basedOn w:val="Normal"/>
    <w:link w:val="BodyText2Char"/>
    <w:uiPriority w:val="99"/>
    <w:unhideWhenUsed/>
    <w:rsid w:val="00AA1D8D"/>
    <w:pPr>
      <w:spacing w:after="120" w:line="480" w:lineRule="auto"/>
    </w:pPr>
  </w:style>
  <w:style w:type="character" w:customStyle="1" w:styleId="BodyText2Char">
    <w:name w:val="Body Text 2 Char"/>
    <w:basedOn w:val="DefaultParagraphFont"/>
    <w:link w:val="BodyText2"/>
    <w:uiPriority w:val="99"/>
    <w:rsid w:val="00AA1D8D"/>
  </w:style>
  <w:style w:type="paragraph" w:styleId="BodyText3">
    <w:name w:val="Body Text 3"/>
    <w:basedOn w:val="Normal"/>
    <w:link w:val="BodyText3Char"/>
    <w:uiPriority w:val="99"/>
    <w:unhideWhenUsed/>
    <w:rsid w:val="00AA1D8D"/>
    <w:pPr>
      <w:spacing w:after="120"/>
    </w:pPr>
    <w:rPr>
      <w:sz w:val="16"/>
      <w:szCs w:val="16"/>
    </w:rPr>
  </w:style>
  <w:style w:type="character" w:customStyle="1" w:styleId="BodyText3Char">
    <w:name w:val="Body Text 3 Char"/>
    <w:basedOn w:val="DefaultParagraphFont"/>
    <w:link w:val="BodyText3"/>
    <w:uiPriority w:val="99"/>
    <w:rsid w:val="00AA1D8D"/>
    <w:rPr>
      <w:sz w:val="16"/>
      <w:szCs w:val="16"/>
    </w:rPr>
  </w:style>
  <w:style w:type="paragraph" w:styleId="List">
    <w:name w:val="List"/>
    <w:basedOn w:val="Normal"/>
    <w:uiPriority w:val="99"/>
    <w:unhideWhenUsed/>
    <w:rsid w:val="00AA1D8D"/>
    <w:pPr>
      <w:ind w:left="360" w:hanging="360"/>
      <w:contextualSpacing/>
    </w:pPr>
  </w:style>
  <w:style w:type="paragraph" w:styleId="List2">
    <w:name w:val="List 2"/>
    <w:basedOn w:val="Normal"/>
    <w:uiPriority w:val="99"/>
    <w:unhideWhenUsed/>
    <w:rsid w:val="00326F90"/>
    <w:pPr>
      <w:ind w:left="720" w:hanging="360"/>
      <w:contextualSpacing/>
    </w:pPr>
  </w:style>
  <w:style w:type="paragraph" w:styleId="List3">
    <w:name w:val="List 3"/>
    <w:basedOn w:val="Normal"/>
    <w:uiPriority w:val="99"/>
    <w:unhideWhenUsed/>
    <w:rsid w:val="00326F90"/>
    <w:pPr>
      <w:ind w:left="1080" w:hanging="360"/>
      <w:contextualSpacing/>
    </w:pPr>
  </w:style>
  <w:style w:type="paragraph" w:styleId="ListBullet">
    <w:name w:val="List Bullet"/>
    <w:basedOn w:val="Normal"/>
    <w:uiPriority w:val="99"/>
    <w:unhideWhenUsed/>
    <w:rsid w:val="00326F90"/>
    <w:pPr>
      <w:numPr>
        <w:numId w:val="1"/>
      </w:numPr>
      <w:contextualSpacing/>
    </w:pPr>
  </w:style>
  <w:style w:type="paragraph" w:styleId="ListBullet2">
    <w:name w:val="List Bullet 2"/>
    <w:basedOn w:val="Normal"/>
    <w:uiPriority w:val="99"/>
    <w:unhideWhenUsed/>
    <w:rsid w:val="00326F90"/>
    <w:pPr>
      <w:numPr>
        <w:numId w:val="2"/>
      </w:numPr>
      <w:contextualSpacing/>
    </w:pPr>
  </w:style>
  <w:style w:type="paragraph" w:styleId="ListBullet3">
    <w:name w:val="List Bullet 3"/>
    <w:basedOn w:val="Normal"/>
    <w:uiPriority w:val="99"/>
    <w:unhideWhenUsed/>
    <w:rsid w:val="00326F90"/>
    <w:pPr>
      <w:numPr>
        <w:numId w:val="3"/>
      </w:numPr>
      <w:contextualSpacing/>
    </w:pPr>
  </w:style>
  <w:style w:type="paragraph" w:styleId="ListNumber">
    <w:name w:val="List Number"/>
    <w:basedOn w:val="Normal"/>
    <w:uiPriority w:val="99"/>
    <w:unhideWhenUsed/>
    <w:rsid w:val="00326F90"/>
    <w:pPr>
      <w:numPr>
        <w:numId w:val="5"/>
      </w:numPr>
      <w:contextualSpacing/>
    </w:pPr>
  </w:style>
  <w:style w:type="paragraph" w:styleId="ListNumber2">
    <w:name w:val="List Number 2"/>
    <w:basedOn w:val="Normal"/>
    <w:uiPriority w:val="99"/>
    <w:unhideWhenUsed/>
    <w:rsid w:val="0029639D"/>
    <w:pPr>
      <w:numPr>
        <w:numId w:val="6"/>
      </w:numPr>
      <w:contextualSpacing/>
    </w:pPr>
  </w:style>
  <w:style w:type="paragraph" w:styleId="ListNumber3">
    <w:name w:val="List Number 3"/>
    <w:basedOn w:val="Normal"/>
    <w:uiPriority w:val="99"/>
    <w:unhideWhenUsed/>
    <w:rsid w:val="0029639D"/>
    <w:pPr>
      <w:numPr>
        <w:numId w:val="7"/>
      </w:numPr>
      <w:contextualSpacing/>
    </w:pPr>
  </w:style>
  <w:style w:type="paragraph" w:styleId="ListContinue">
    <w:name w:val="List Continue"/>
    <w:basedOn w:val="Normal"/>
    <w:uiPriority w:val="99"/>
    <w:unhideWhenUsed/>
    <w:rsid w:val="0029639D"/>
    <w:pPr>
      <w:spacing w:after="120"/>
      <w:ind w:left="360"/>
      <w:contextualSpacing/>
    </w:pPr>
  </w:style>
  <w:style w:type="paragraph" w:styleId="ListContinue2">
    <w:name w:val="List Continue 2"/>
    <w:basedOn w:val="Normal"/>
    <w:uiPriority w:val="99"/>
    <w:unhideWhenUsed/>
    <w:rsid w:val="0029639D"/>
    <w:pPr>
      <w:spacing w:after="120"/>
      <w:ind w:left="720"/>
      <w:contextualSpacing/>
    </w:pPr>
  </w:style>
  <w:style w:type="paragraph" w:styleId="ListContinue3">
    <w:name w:val="List Continue 3"/>
    <w:basedOn w:val="Normal"/>
    <w:uiPriority w:val="99"/>
    <w:unhideWhenUsed/>
    <w:rsid w:val="0029639D"/>
    <w:pPr>
      <w:spacing w:after="120"/>
      <w:ind w:left="1080"/>
      <w:contextualSpacing/>
    </w:pPr>
  </w:style>
  <w:style w:type="paragraph" w:styleId="MacroText">
    <w:name w:val="macro"/>
    <w:link w:val="MacroTextChar"/>
    <w:uiPriority w:val="99"/>
    <w:unhideWhenUsed/>
    <w:rsid w:val="0029639D"/>
    <w:pPr>
      <w:tabs>
        <w:tab w:val="left" w:pos="576"/>
        <w:tab w:val="left" w:pos="1152"/>
        <w:tab w:val="left" w:pos="1728"/>
        <w:tab w:val="left" w:pos="2304"/>
        <w:tab w:val="left" w:pos="2880"/>
        <w:tab w:val="left" w:pos="3456"/>
        <w:tab w:val="left" w:pos="4032"/>
      </w:tabs>
    </w:pPr>
    <w:rPr>
      <w:rFonts w:ascii="Courier" w:hAnsi="Courier"/>
      <w:sz w:val="20"/>
      <w:szCs w:val="20"/>
    </w:rPr>
  </w:style>
  <w:style w:type="character" w:customStyle="1" w:styleId="MacroTextChar">
    <w:name w:val="Macro Text Char"/>
    <w:basedOn w:val="DefaultParagraphFont"/>
    <w:link w:val="MacroText"/>
    <w:uiPriority w:val="99"/>
    <w:rsid w:val="0029639D"/>
    <w:rPr>
      <w:rFonts w:ascii="Courier" w:hAnsi="Courier"/>
      <w:sz w:val="20"/>
      <w:szCs w:val="20"/>
    </w:rPr>
  </w:style>
  <w:style w:type="paragraph" w:styleId="Quote">
    <w:name w:val="Quote"/>
    <w:basedOn w:val="Normal"/>
    <w:next w:val="Normal"/>
    <w:link w:val="QuoteChar"/>
    <w:uiPriority w:val="29"/>
    <w:qFormat/>
    <w:rsid w:val="00FC693F"/>
    <w:rPr>
      <w:i/>
      <w:iCs/>
      <w:color w:val="000000" w:themeColor="text1"/>
    </w:rPr>
  </w:style>
  <w:style w:type="character" w:customStyle="1" w:styleId="QuoteChar">
    <w:name w:val="Quote Char"/>
    <w:basedOn w:val="DefaultParagraphFont"/>
    <w:link w:val="Quote"/>
    <w:uiPriority w:val="29"/>
    <w:rsid w:val="00FC693F"/>
    <w:rPr>
      <w:i/>
      <w:iCs/>
      <w:color w:val="000000" w:themeColor="text1"/>
    </w:rPr>
  </w:style>
  <w:style w:type="character" w:customStyle="1" w:styleId="Heading4Char">
    <w:name w:val="Heading 4 Char"/>
    <w:basedOn w:val="DefaultParagraphFont"/>
    <w:link w:val="Heading4"/>
    <w:uiPriority w:val="9"/>
    <w:semiHidden/>
    <w:rsid w:val="00FC693F"/>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FC693F"/>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FC693F"/>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FC693F"/>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FC693F"/>
    <w:rPr>
      <w:rFonts w:asciiTheme="majorHAnsi" w:eastAsiaTheme="majorEastAsia" w:hAnsiTheme="majorHAnsi" w:cstheme="majorBidi"/>
      <w:color w:val="4F81BD" w:themeColor="accent1"/>
      <w:sz w:val="20"/>
      <w:szCs w:val="20"/>
    </w:rPr>
  </w:style>
  <w:style w:type="character" w:customStyle="1" w:styleId="Heading9Char">
    <w:name w:val="Heading 9 Char"/>
    <w:basedOn w:val="DefaultParagraphFont"/>
    <w:link w:val="Heading9"/>
    <w:uiPriority w:val="9"/>
    <w:semiHidden/>
    <w:rsid w:val="00FC693F"/>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semiHidden/>
    <w:unhideWhenUsed/>
    <w:qFormat/>
    <w:rsid w:val="00FC693F"/>
    <w:pPr>
      <w:spacing w:line="240" w:lineRule="auto"/>
    </w:pPr>
    <w:rPr>
      <w:b/>
      <w:bCs/>
      <w:color w:val="4F81BD" w:themeColor="accent1"/>
      <w:sz w:val="18"/>
      <w:szCs w:val="18"/>
    </w:rPr>
  </w:style>
  <w:style w:type="character" w:styleId="Strong">
    <w:name w:val="Strong"/>
    <w:basedOn w:val="DefaultParagraphFont"/>
    <w:uiPriority w:val="22"/>
    <w:qFormat/>
    <w:rsid w:val="00FC693F"/>
    <w:rPr>
      <w:b/>
      <w:bCs/>
    </w:rPr>
  </w:style>
  <w:style w:type="character" w:styleId="Emphasis">
    <w:name w:val="Emphasis"/>
    <w:basedOn w:val="DefaultParagraphFont"/>
    <w:uiPriority w:val="20"/>
    <w:qFormat/>
    <w:rsid w:val="00FC693F"/>
    <w:rPr>
      <w:i/>
      <w:iCs/>
    </w:rPr>
  </w:style>
  <w:style w:type="paragraph" w:styleId="IntenseQuote">
    <w:name w:val="Intense Quote"/>
    <w:basedOn w:val="Normal"/>
    <w:next w:val="Normal"/>
    <w:link w:val="IntenseQuoteChar"/>
    <w:uiPriority w:val="30"/>
    <w:qFormat/>
    <w:rsid w:val="00FC693F"/>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FC693F"/>
    <w:rPr>
      <w:b/>
      <w:bCs/>
      <w:i/>
      <w:iCs/>
      <w:color w:val="4F81BD" w:themeColor="accent1"/>
    </w:rPr>
  </w:style>
  <w:style w:type="character" w:styleId="SubtleEmphasis">
    <w:name w:val="Subtle Emphasis"/>
    <w:basedOn w:val="DefaultParagraphFont"/>
    <w:uiPriority w:val="19"/>
    <w:qFormat/>
    <w:rsid w:val="00FC693F"/>
    <w:rPr>
      <w:i/>
      <w:iCs/>
      <w:color w:val="808080" w:themeColor="text1" w:themeTint="7F"/>
    </w:rPr>
  </w:style>
  <w:style w:type="character" w:styleId="IntenseEmphasis">
    <w:name w:val="Intense Emphasis"/>
    <w:basedOn w:val="DefaultParagraphFont"/>
    <w:uiPriority w:val="21"/>
    <w:qFormat/>
    <w:rsid w:val="00FC693F"/>
    <w:rPr>
      <w:b/>
      <w:bCs/>
      <w:i/>
      <w:iCs/>
      <w:color w:val="4F81BD" w:themeColor="accent1"/>
    </w:rPr>
  </w:style>
  <w:style w:type="character" w:styleId="SubtleReference">
    <w:name w:val="Subtle Reference"/>
    <w:basedOn w:val="DefaultParagraphFont"/>
    <w:uiPriority w:val="31"/>
    <w:qFormat/>
    <w:rsid w:val="00FC693F"/>
    <w:rPr>
      <w:smallCaps/>
      <w:color w:val="C0504D" w:themeColor="accent2"/>
      <w:u w:val="single"/>
    </w:rPr>
  </w:style>
  <w:style w:type="character" w:styleId="IntenseReference">
    <w:name w:val="Intense Reference"/>
    <w:basedOn w:val="DefaultParagraphFont"/>
    <w:uiPriority w:val="32"/>
    <w:qFormat/>
    <w:rsid w:val="00FC693F"/>
    <w:rPr>
      <w:b/>
      <w:bCs/>
      <w:smallCaps/>
      <w:color w:val="C0504D" w:themeColor="accent2"/>
      <w:spacing w:val="5"/>
      <w:u w:val="single"/>
    </w:rPr>
  </w:style>
  <w:style w:type="character" w:styleId="BookTitle">
    <w:name w:val="Book Title"/>
    <w:basedOn w:val="DefaultParagraphFont"/>
    <w:uiPriority w:val="33"/>
    <w:qFormat/>
    <w:rsid w:val="00FC693F"/>
    <w:rPr>
      <w:b/>
      <w:bCs/>
      <w:smallCaps/>
      <w:spacing w:val="5"/>
    </w:rPr>
  </w:style>
  <w:style w:type="paragraph" w:styleId="TOCHeading">
    <w:name w:val="TOC Heading"/>
    <w:basedOn w:val="Heading1"/>
    <w:next w:val="Normal"/>
    <w:uiPriority w:val="39"/>
    <w:semiHidden/>
    <w:unhideWhenUsed/>
    <w:qFormat/>
    <w:rsid w:val="00FC693F"/>
    <w:pPr>
      <w:outlineLvl w:val="9"/>
    </w:pPr>
  </w:style>
  <w:style w:type="table" w:styleId="TableGrid">
    <w:name w:val="Table Grid"/>
    <w:basedOn w:val="TableNormal"/>
    <w:uiPriority w:val="59"/>
    <w:rsid w:val="00FC693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LightShading">
    <w:name w:val="Light Shading"/>
    <w:basedOn w:val="TableNormal"/>
    <w:uiPriority w:val="60"/>
    <w:rsid w:val="00FC693F"/>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rsid w:val="00FC693F"/>
    <w:pPr>
      <w:spacing w:after="0" w:line="240" w:lineRule="auto"/>
    </w:pPr>
    <w:rPr>
      <w:color w:val="365F91" w:themeColor="accent1" w:themeShade="BF"/>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rsid w:val="00FC693F"/>
    <w:pPr>
      <w:spacing w:after="0" w:line="240" w:lineRule="auto"/>
    </w:pPr>
    <w:rPr>
      <w:color w:val="943634" w:themeColor="accent2" w:themeShade="BF"/>
    </w:rPr>
    <w:tblPr>
      <w:tblStyleRowBandSize w:val="1"/>
      <w:tblStyleColBandSize w:val="1"/>
      <w:tblBorders>
        <w:top w:val="single" w:sz="8" w:space="0" w:color="C0504D" w:themeColor="accent2"/>
        <w:bottom w:val="single" w:sz="8" w:space="0" w:color="C0504D" w:themeColor="accent2"/>
      </w:tblBorders>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rsid w:val="00FC693F"/>
    <w:pPr>
      <w:spacing w:after="0" w:line="240" w:lineRule="auto"/>
    </w:pPr>
    <w:rPr>
      <w:color w:val="76923C" w:themeColor="accent3" w:themeShade="BF"/>
    </w:rPr>
    <w:tblPr>
      <w:tblStyleRowBandSize w:val="1"/>
      <w:tblStyleColBandSize w:val="1"/>
      <w:tblBorders>
        <w:top w:val="single" w:sz="8" w:space="0" w:color="9BBB59" w:themeColor="accent3"/>
        <w:bottom w:val="single" w:sz="8" w:space="0" w:color="9BBB59" w:themeColor="accent3"/>
      </w:tblBorders>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rsid w:val="00FC693F"/>
    <w:pPr>
      <w:spacing w:after="0" w:line="240" w:lineRule="auto"/>
    </w:pPr>
    <w:rPr>
      <w:color w:val="5F497A" w:themeColor="accent4" w:themeShade="BF"/>
    </w:rPr>
    <w:tblPr>
      <w:tblStyleRowBandSize w:val="1"/>
      <w:tblStyleColBandSize w:val="1"/>
      <w:tblBorders>
        <w:top w:val="single" w:sz="8" w:space="0" w:color="8064A2" w:themeColor="accent4"/>
        <w:bottom w:val="single" w:sz="8" w:space="0" w:color="8064A2" w:themeColor="accent4"/>
      </w:tblBorders>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5">
    <w:name w:val="Light Shading Accent 5"/>
    <w:basedOn w:val="TableNormal"/>
    <w:uiPriority w:val="60"/>
    <w:rsid w:val="00FC693F"/>
    <w:pPr>
      <w:spacing w:after="0" w:line="240" w:lineRule="auto"/>
    </w:pPr>
    <w:rPr>
      <w:color w:val="31849B" w:themeColor="accent5" w:themeShade="BF"/>
    </w:rPr>
    <w:tblPr>
      <w:tblStyleRowBandSize w:val="1"/>
      <w:tblStyleColBandSize w:val="1"/>
      <w:tblBorders>
        <w:top w:val="single" w:sz="8" w:space="0" w:color="4BACC6" w:themeColor="accent5"/>
        <w:bottom w:val="single" w:sz="8" w:space="0" w:color="4BACC6" w:themeColor="accent5"/>
      </w:tblBorders>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6">
    <w:name w:val="Light Shading Accent 6"/>
    <w:basedOn w:val="TableNormal"/>
    <w:uiPriority w:val="60"/>
    <w:rsid w:val="00FC693F"/>
    <w:pPr>
      <w:spacing w:after="0" w:line="240" w:lineRule="auto"/>
    </w:pPr>
    <w:rPr>
      <w:color w:val="E36C0A" w:themeColor="accent6" w:themeShade="BF"/>
    </w:rPr>
    <w:tblPr>
      <w:tblStyleRowBandSize w:val="1"/>
      <w:tblStyleColBandSize w:val="1"/>
      <w:tblBorders>
        <w:top w:val="single" w:sz="8" w:space="0" w:color="F79646" w:themeColor="accent6"/>
        <w:bottom w:val="single" w:sz="8" w:space="0" w:color="F79646" w:themeColor="accent6"/>
      </w:tblBorders>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LightList">
    <w:name w:val="Light List"/>
    <w:basedOn w:val="TableNormal"/>
    <w:uiPriority w:val="61"/>
    <w:rsid w:val="00FC693F"/>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rsid w:val="00FC693F"/>
    <w:pPr>
      <w:spacing w:after="0" w:line="240" w:lineRule="auto"/>
    </w:p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2">
    <w:name w:val="Light List Accent 2"/>
    <w:basedOn w:val="TableNormal"/>
    <w:uiPriority w:val="61"/>
    <w:rsid w:val="00CB0664"/>
    <w:pPr>
      <w:spacing w:after="0" w:line="240" w:lineRule="auto"/>
    </w:p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tblBorders>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ghtList-Accent3">
    <w:name w:val="Light List Accent 3"/>
    <w:basedOn w:val="TableNormal"/>
    <w:uiPriority w:val="61"/>
    <w:rsid w:val="00CB0664"/>
    <w:pPr>
      <w:spacing w:after="0" w:line="240" w:lineRule="auto"/>
    </w:p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tblBorders>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List-Accent4">
    <w:name w:val="Light List Accent 4"/>
    <w:basedOn w:val="TableNormal"/>
    <w:uiPriority w:val="61"/>
    <w:rsid w:val="00CB0664"/>
    <w:pPr>
      <w:spacing w:after="0" w:line="240" w:lineRule="auto"/>
    </w:p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tblBorders>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ghtList-Accent5">
    <w:name w:val="Light List Accent 5"/>
    <w:basedOn w:val="TableNormal"/>
    <w:uiPriority w:val="61"/>
    <w:rsid w:val="00CB0664"/>
    <w:pPr>
      <w:spacing w:after="0" w:line="240" w:lineRule="auto"/>
    </w:p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tblBorders>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List-Accent6">
    <w:name w:val="Light List Accent 6"/>
    <w:basedOn w:val="TableNormal"/>
    <w:uiPriority w:val="61"/>
    <w:rsid w:val="00CB0664"/>
    <w:pPr>
      <w:spacing w:after="0" w:line="240" w:lineRule="auto"/>
    </w:p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tblBorders>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ghtGrid">
    <w:name w:val="Light Grid"/>
    <w:basedOn w:val="TableNormal"/>
    <w:uiPriority w:val="62"/>
    <w:rsid w:val="00CB0664"/>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rsid w:val="00CB0664"/>
    <w:pPr>
      <w:spacing w:after="0" w:line="240" w:lineRule="auto"/>
    </w:p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ghtGrid-Accent2">
    <w:name w:val="Light Grid Accent 2"/>
    <w:basedOn w:val="TableNormal"/>
    <w:uiPriority w:val="62"/>
    <w:rsid w:val="00CB0664"/>
    <w:pPr>
      <w:spacing w:after="0" w:line="240" w:lineRule="auto"/>
    </w:p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ightGrid-Accent3">
    <w:name w:val="Light Grid Accent 3"/>
    <w:basedOn w:val="TableNormal"/>
    <w:uiPriority w:val="62"/>
    <w:rsid w:val="00CB0664"/>
    <w:pPr>
      <w:spacing w:after="0" w:line="240" w:lineRule="auto"/>
    </w:p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ightGrid-Accent4">
    <w:name w:val="Light Grid Accent 4"/>
    <w:basedOn w:val="TableNormal"/>
    <w:uiPriority w:val="62"/>
    <w:rsid w:val="00CB0664"/>
    <w:pPr>
      <w:spacing w:after="0" w:line="240" w:lineRule="auto"/>
    </w:p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ghtGrid-Accent5">
    <w:name w:val="Light Grid Accent 5"/>
    <w:basedOn w:val="TableNormal"/>
    <w:uiPriority w:val="62"/>
    <w:rsid w:val="00CB0664"/>
    <w:pPr>
      <w:spacing w:after="0" w:line="240" w:lineRule="auto"/>
    </w:p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Grid-Accent6">
    <w:name w:val="Light Grid Accent 6"/>
    <w:basedOn w:val="TableNormal"/>
    <w:uiPriority w:val="62"/>
    <w:rsid w:val="00CB0664"/>
    <w:pPr>
      <w:spacing w:after="0" w:line="240" w:lineRule="auto"/>
    </w:p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MediumShading1">
    <w:name w:val="Medium Shading 1"/>
    <w:basedOn w:val="TableNormal"/>
    <w:uiPriority w:val="63"/>
    <w:rsid w:val="00CB0664"/>
    <w:pPr>
      <w:spacing w:after="0" w:line="240" w:lineRule="auto"/>
    </w:p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CB0664"/>
    <w:pPr>
      <w:spacing w:after="0" w:line="240" w:lineRule="auto"/>
    </w:pPr>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CB0664"/>
    <w:pPr>
      <w:spacing w:after="0" w:line="240" w:lineRule="auto"/>
    </w:pPr>
    <w:tblPr>
      <w:tblStyleRowBandSize w:val="1"/>
      <w:tblStyleColBandSize w:val="1"/>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CB0664"/>
    <w:pPr>
      <w:spacing w:after="0" w:line="240" w:lineRule="auto"/>
    </w:pPr>
    <w:tblPr>
      <w:tblStyleRowBandSize w:val="1"/>
      <w:tblStyleColBandSize w:val="1"/>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CB0664"/>
    <w:pPr>
      <w:spacing w:after="0" w:line="240" w:lineRule="auto"/>
    </w:pPr>
    <w:tblPr>
      <w:tblStyleRowBandSize w:val="1"/>
      <w:tblStyleColBandSize w:val="1"/>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CB0664"/>
    <w:pPr>
      <w:spacing w:after="0" w:line="240" w:lineRule="auto"/>
    </w:pPr>
    <w:tblPr>
      <w:tblStyleRowBandSize w:val="1"/>
      <w:tblStyleColBandSize w:val="1"/>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rsid w:val="00CB0664"/>
    <w:pPr>
      <w:spacing w:after="0" w:line="240" w:lineRule="auto"/>
    </w:pPr>
    <w:tblPr>
      <w:tblStyleRowBandSize w:val="1"/>
      <w:tblStyleColBandSize w:val="1"/>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1">
    <w:name w:val="Medium List 1"/>
    <w:basedOn w:val="TableNormal"/>
    <w:uiPriority w:val="65"/>
    <w:rsid w:val="00CB0664"/>
    <w:pPr>
      <w:spacing w:after="0" w:line="240" w:lineRule="auto"/>
    </w:pPr>
    <w:rPr>
      <w:color w:val="000000" w:themeColor="text1"/>
    </w:rPr>
    <w:tblPr>
      <w:tblStyleRowBandSize w:val="1"/>
      <w:tblStyleColBandSize w:val="1"/>
      <w:tblBorders>
        <w:top w:val="single" w:sz="8" w:space="0" w:color="000000" w:themeColor="text1"/>
        <w:bottom w:val="single" w:sz="8" w:space="0" w:color="000000" w:themeColor="text1"/>
      </w:tblBorders>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rsid w:val="00CB0664"/>
    <w:pPr>
      <w:spacing w:after="0" w:line="240" w:lineRule="auto"/>
    </w:pPr>
    <w:rPr>
      <w:color w:val="000000" w:themeColor="text1"/>
    </w:rPr>
    <w:tblPr>
      <w:tblStyleRowBandSize w:val="1"/>
      <w:tblStyleColBandSize w:val="1"/>
      <w:tblBorders>
        <w:top w:val="single" w:sz="8" w:space="0" w:color="4F81BD" w:themeColor="accent1"/>
        <w:bottom w:val="single" w:sz="8" w:space="0" w:color="4F81BD" w:themeColor="accent1"/>
      </w:tblBorders>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ediumList1-Accent2">
    <w:name w:val="Medium List 1 Accent 2"/>
    <w:basedOn w:val="TableNormal"/>
    <w:uiPriority w:val="65"/>
    <w:rsid w:val="00CB0664"/>
    <w:pPr>
      <w:spacing w:after="0" w:line="240" w:lineRule="auto"/>
    </w:pPr>
    <w:rPr>
      <w:color w:val="000000" w:themeColor="text1"/>
    </w:rPr>
    <w:tblPr>
      <w:tblStyleRowBandSize w:val="1"/>
      <w:tblStyleColBandSize w:val="1"/>
      <w:tblBorders>
        <w:top w:val="single" w:sz="8" w:space="0" w:color="C0504D" w:themeColor="accent2"/>
        <w:bottom w:val="single" w:sz="8" w:space="0" w:color="C0504D" w:themeColor="accent2"/>
      </w:tblBorders>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MediumList1-Accent3">
    <w:name w:val="Medium List 1 Accent 3"/>
    <w:basedOn w:val="TableNormal"/>
    <w:uiPriority w:val="65"/>
    <w:rsid w:val="00CB0664"/>
    <w:pPr>
      <w:spacing w:after="0" w:line="240" w:lineRule="auto"/>
    </w:pPr>
    <w:rPr>
      <w:color w:val="000000" w:themeColor="text1"/>
    </w:rPr>
    <w:tblPr>
      <w:tblStyleRowBandSize w:val="1"/>
      <w:tblStyleColBandSize w:val="1"/>
      <w:tblBorders>
        <w:top w:val="single" w:sz="8" w:space="0" w:color="9BBB59" w:themeColor="accent3"/>
        <w:bottom w:val="single" w:sz="8" w:space="0" w:color="9BBB59" w:themeColor="accent3"/>
      </w:tblBorders>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MediumList1-Accent4">
    <w:name w:val="Medium List 1 Accent 4"/>
    <w:basedOn w:val="TableNormal"/>
    <w:uiPriority w:val="65"/>
    <w:rsid w:val="00CB0664"/>
    <w:pPr>
      <w:spacing w:after="0" w:line="240" w:lineRule="auto"/>
    </w:pPr>
    <w:rPr>
      <w:color w:val="000000" w:themeColor="text1"/>
    </w:rPr>
    <w:tblPr>
      <w:tblStyleRowBandSize w:val="1"/>
      <w:tblStyleColBandSize w:val="1"/>
      <w:tblBorders>
        <w:top w:val="single" w:sz="8" w:space="0" w:color="8064A2" w:themeColor="accent4"/>
        <w:bottom w:val="single" w:sz="8" w:space="0" w:color="8064A2" w:themeColor="accent4"/>
      </w:tblBorders>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MediumList1-Accent5">
    <w:name w:val="Medium List 1 Accent 5"/>
    <w:basedOn w:val="TableNormal"/>
    <w:uiPriority w:val="65"/>
    <w:rsid w:val="00CB0664"/>
    <w:pPr>
      <w:spacing w:after="0" w:line="240" w:lineRule="auto"/>
    </w:pPr>
    <w:rPr>
      <w:color w:val="000000" w:themeColor="text1"/>
    </w:rPr>
    <w:tblPr>
      <w:tblStyleRowBandSize w:val="1"/>
      <w:tblStyleColBandSize w:val="1"/>
      <w:tblBorders>
        <w:top w:val="single" w:sz="8" w:space="0" w:color="4BACC6" w:themeColor="accent5"/>
        <w:bottom w:val="single" w:sz="8" w:space="0" w:color="4BACC6" w:themeColor="accent5"/>
      </w:tblBorders>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MediumList1-Accent6">
    <w:name w:val="Medium List 1 Accent 6"/>
    <w:basedOn w:val="TableNormal"/>
    <w:uiPriority w:val="65"/>
    <w:rsid w:val="00CB0664"/>
    <w:pPr>
      <w:spacing w:after="0" w:line="240" w:lineRule="auto"/>
    </w:pPr>
    <w:rPr>
      <w:color w:val="000000" w:themeColor="text1"/>
    </w:rPr>
    <w:tblPr>
      <w:tblStyleRowBandSize w:val="1"/>
      <w:tblStyleColBandSize w:val="1"/>
      <w:tblBorders>
        <w:top w:val="single" w:sz="8" w:space="0" w:color="F79646" w:themeColor="accent6"/>
        <w:bottom w:val="single" w:sz="8" w:space="0" w:color="F79646" w:themeColor="accent6"/>
      </w:tblBorders>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MediumList2">
    <w:name w:val="Medium Lis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tblBorders>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tblBorders>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tblBorders>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tblBorders>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tblBorders>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1">
    <w:name w:val="Medium Grid 1"/>
    <w:basedOn w:val="TableNormal"/>
    <w:uiPriority w:val="67"/>
    <w:rsid w:val="00CB0664"/>
    <w:pPr>
      <w:spacing w:after="0" w:line="240" w:lineRule="auto"/>
    </w:p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rsid w:val="00CB0664"/>
    <w:pPr>
      <w:spacing w:after="0" w:line="240" w:lineRule="auto"/>
    </w:pPr>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ediumGrid1-Accent2">
    <w:name w:val="Medium Grid 1 Accent 2"/>
    <w:basedOn w:val="TableNormal"/>
    <w:uiPriority w:val="67"/>
    <w:rsid w:val="00CB0664"/>
    <w:pPr>
      <w:spacing w:after="0" w:line="240" w:lineRule="auto"/>
    </w:pPr>
    <w:tblPr>
      <w:tblStyleRowBandSize w:val="1"/>
      <w:tblStyleColBandSize w:val="1"/>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Grid1-Accent3">
    <w:name w:val="Medium Grid 1 Accent 3"/>
    <w:basedOn w:val="TableNormal"/>
    <w:uiPriority w:val="67"/>
    <w:rsid w:val="00CB0664"/>
    <w:pPr>
      <w:spacing w:after="0" w:line="240" w:lineRule="auto"/>
    </w:pPr>
    <w:tblPr>
      <w:tblStyleRowBandSize w:val="1"/>
      <w:tblStyleColBandSize w:val="1"/>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MediumGrid1-Accent4">
    <w:name w:val="Medium Grid 1 Accent 4"/>
    <w:basedOn w:val="TableNormal"/>
    <w:uiPriority w:val="67"/>
    <w:rsid w:val="00CB0664"/>
    <w:pPr>
      <w:spacing w:after="0" w:line="240" w:lineRule="auto"/>
    </w:pPr>
    <w:tblPr>
      <w:tblStyleRowBandSize w:val="1"/>
      <w:tblStyleColBandSize w:val="1"/>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MediumGrid1-Accent5">
    <w:name w:val="Medium Grid 1 Accent 5"/>
    <w:basedOn w:val="TableNormal"/>
    <w:uiPriority w:val="67"/>
    <w:rsid w:val="00CB0664"/>
    <w:pPr>
      <w:spacing w:after="0" w:line="240" w:lineRule="auto"/>
    </w:pPr>
    <w:tblPr>
      <w:tblStyleRowBandSize w:val="1"/>
      <w:tblStyleColBandSize w:val="1"/>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6">
    <w:name w:val="Medium Grid 1 Accent 6"/>
    <w:basedOn w:val="TableNormal"/>
    <w:uiPriority w:val="67"/>
    <w:rsid w:val="00CB0664"/>
    <w:pPr>
      <w:spacing w:after="0" w:line="240" w:lineRule="auto"/>
    </w:pPr>
    <w:tblPr>
      <w:tblStyleRowBandSize w:val="1"/>
      <w:tblStyleColBandSize w:val="1"/>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ediumGrid2">
    <w:name w:val="Medium Grid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Grid3-Accent2">
    <w:name w:val="Medium Grid 3 Accent 2"/>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3-Accent3">
    <w:name w:val="Medium Grid 3 Accent 3"/>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ediumGrid3-Accent4">
    <w:name w:val="Medium Grid 3 Accent 4"/>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MediumGrid3-Accent5">
    <w:name w:val="Medium Grid 3 Accent 5"/>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MediumGrid3-Accent6">
    <w:name w:val="Medium Grid 3 Accent 6"/>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DarkList">
    <w:name w:val="Dark List"/>
    <w:basedOn w:val="TableNormal"/>
    <w:uiPriority w:val="70"/>
    <w:rsid w:val="00CB0664"/>
    <w:pPr>
      <w:spacing w:after="0" w:line="240" w:lineRule="auto"/>
    </w:pPr>
    <w:rPr>
      <w:color w:val="FFFFFF" w:themeColor="background1"/>
    </w:rPr>
    <w:tblPr>
      <w:tblStyleRowBandSize w:val="1"/>
      <w:tblStyleColBandSize w:val="1"/>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rsid w:val="00CB0664"/>
    <w:pPr>
      <w:spacing w:after="0" w:line="240" w:lineRule="auto"/>
    </w:pPr>
    <w:rPr>
      <w:color w:val="FFFFFF" w:themeColor="background1"/>
    </w:rPr>
    <w:tblPr>
      <w:tblStyleRowBandSize w:val="1"/>
      <w:tblStyleColBandSize w:val="1"/>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DarkList-Accent2">
    <w:name w:val="Dark List Accent 2"/>
    <w:basedOn w:val="TableNormal"/>
    <w:uiPriority w:val="70"/>
    <w:rsid w:val="00CB0664"/>
    <w:pPr>
      <w:spacing w:after="0" w:line="240" w:lineRule="auto"/>
    </w:pPr>
    <w:rPr>
      <w:color w:val="FFFFFF" w:themeColor="background1"/>
    </w:rPr>
    <w:tblPr>
      <w:tblStyleRowBandSize w:val="1"/>
      <w:tblStyleColBandSize w:val="1"/>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DarkList-Accent3">
    <w:name w:val="Dark List Accent 3"/>
    <w:basedOn w:val="TableNormal"/>
    <w:uiPriority w:val="70"/>
    <w:rsid w:val="00CB0664"/>
    <w:pPr>
      <w:spacing w:after="0" w:line="240" w:lineRule="auto"/>
    </w:pPr>
    <w:rPr>
      <w:color w:val="FFFFFF" w:themeColor="background1"/>
    </w:rPr>
    <w:tblPr>
      <w:tblStyleRowBandSize w:val="1"/>
      <w:tblStyleColBandSize w:val="1"/>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DarkList-Accent4">
    <w:name w:val="Dark List Accent 4"/>
    <w:basedOn w:val="TableNormal"/>
    <w:uiPriority w:val="70"/>
    <w:rsid w:val="00CB0664"/>
    <w:pPr>
      <w:spacing w:after="0" w:line="240" w:lineRule="auto"/>
    </w:pPr>
    <w:rPr>
      <w:color w:val="FFFFFF" w:themeColor="background1"/>
    </w:rPr>
    <w:tblPr>
      <w:tblStyleRowBandSize w:val="1"/>
      <w:tblStyleColBandSize w:val="1"/>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DarkList-Accent5">
    <w:name w:val="Dark List Accent 5"/>
    <w:basedOn w:val="TableNormal"/>
    <w:uiPriority w:val="70"/>
    <w:rsid w:val="00CB0664"/>
    <w:pPr>
      <w:spacing w:after="0" w:line="240" w:lineRule="auto"/>
    </w:pPr>
    <w:rPr>
      <w:color w:val="FFFFFF" w:themeColor="background1"/>
    </w:rPr>
    <w:tblPr>
      <w:tblStyleRowBandSize w:val="1"/>
      <w:tblStyleColBandSize w:val="1"/>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DarkList-Accent6">
    <w:name w:val="Dark List Accent 6"/>
    <w:basedOn w:val="TableNormal"/>
    <w:uiPriority w:val="70"/>
    <w:rsid w:val="00CB0664"/>
    <w:pPr>
      <w:spacing w:after="0" w:line="240" w:lineRule="auto"/>
    </w:pPr>
    <w:rPr>
      <w:color w:val="FFFFFF" w:themeColor="background1"/>
    </w:rPr>
    <w:tblPr>
      <w:tblStyleRowBandSize w:val="1"/>
      <w:tblStyleColBandSize w:val="1"/>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styleId="ColourfulShading">
    <w:name w:val="Colorful Shading"/>
    <w:basedOn w:val="TableNormal"/>
    <w:uiPriority w:val="71"/>
    <w:rsid w:val="00CB0664"/>
    <w:pPr>
      <w:spacing w:after="0" w:line="240" w:lineRule="auto"/>
    </w:pPr>
    <w:rPr>
      <w:color w:val="000000" w:themeColor="text1"/>
    </w:rPr>
    <w:tblPr>
      <w:tblStyleRowBandSize w:val="1"/>
      <w:tblStyleColBandSize w:val="1"/>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urfulShadingAccent1">
    <w:name w:val="Colorful Shading Accent 1"/>
    <w:basedOn w:val="TableNormal"/>
    <w:uiPriority w:val="71"/>
    <w:rsid w:val="00CB0664"/>
    <w:pPr>
      <w:spacing w:after="0" w:line="240" w:lineRule="auto"/>
    </w:pPr>
    <w:rPr>
      <w:color w:val="000000" w:themeColor="text1"/>
    </w:rPr>
    <w:tblPr>
      <w:tblStyleRowBandSize w:val="1"/>
      <w:tblStyleColBandSize w:val="1"/>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ColourfulShadingAccent2">
    <w:name w:val="Colorful Shading Accent 2"/>
    <w:basedOn w:val="TableNormal"/>
    <w:uiPriority w:val="71"/>
    <w:rsid w:val="00CB0664"/>
    <w:pPr>
      <w:spacing w:after="0" w:line="240" w:lineRule="auto"/>
    </w:pPr>
    <w:rPr>
      <w:color w:val="000000" w:themeColor="text1"/>
    </w:rPr>
    <w:tblPr>
      <w:tblStyleRowBandSize w:val="1"/>
      <w:tblStyleColBandSize w:val="1"/>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ColourfulShadingAccent3">
    <w:name w:val="Colorful Shading Accent 3"/>
    <w:basedOn w:val="TableNormal"/>
    <w:uiPriority w:val="71"/>
    <w:rsid w:val="00CB0664"/>
    <w:pPr>
      <w:spacing w:after="0" w:line="240" w:lineRule="auto"/>
    </w:pPr>
    <w:rPr>
      <w:color w:val="000000" w:themeColor="text1"/>
    </w:rPr>
    <w:tblPr>
      <w:tblStyleRowBandSize w:val="1"/>
      <w:tblStyleColBandSize w:val="1"/>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ColourfulShadingAccent4">
    <w:name w:val="Colorful Shading Accent 4"/>
    <w:basedOn w:val="TableNormal"/>
    <w:uiPriority w:val="71"/>
    <w:rsid w:val="00CB0664"/>
    <w:pPr>
      <w:spacing w:after="0" w:line="240" w:lineRule="auto"/>
    </w:pPr>
    <w:rPr>
      <w:color w:val="000000" w:themeColor="text1"/>
    </w:rPr>
    <w:tblPr>
      <w:tblStyleRowBandSize w:val="1"/>
      <w:tblStyleColBandSize w:val="1"/>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ColourfulShadingAccent5">
    <w:name w:val="Colorful Shading Accent 5"/>
    <w:basedOn w:val="TableNormal"/>
    <w:uiPriority w:val="71"/>
    <w:rsid w:val="00CB0664"/>
    <w:pPr>
      <w:spacing w:after="0" w:line="240" w:lineRule="auto"/>
    </w:pPr>
    <w:rPr>
      <w:color w:val="000000" w:themeColor="text1"/>
    </w:rPr>
    <w:tblPr>
      <w:tblStyleRowBandSize w:val="1"/>
      <w:tblStyleColBandSize w:val="1"/>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ColourfulShadingAccent6">
    <w:name w:val="Colorful Shading Accent 6"/>
    <w:basedOn w:val="TableNormal"/>
    <w:uiPriority w:val="71"/>
    <w:rsid w:val="00CB0664"/>
    <w:pPr>
      <w:spacing w:after="0" w:line="240" w:lineRule="auto"/>
    </w:pPr>
    <w:rPr>
      <w:color w:val="000000" w:themeColor="text1"/>
    </w:rPr>
    <w:tblPr>
      <w:tblStyleRowBandSize w:val="1"/>
      <w:tblStyleColBandSize w:val="1"/>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ColourfulList">
    <w:name w:val="Colorful List"/>
    <w:basedOn w:val="TableNormal"/>
    <w:uiPriority w:val="72"/>
    <w:rsid w:val="00CB0664"/>
    <w:pPr>
      <w:spacing w:after="0" w:line="240" w:lineRule="auto"/>
    </w:pPr>
    <w:rPr>
      <w:color w:val="000000" w:themeColor="text1"/>
    </w:rPr>
    <w:tblPr>
      <w:tblStyleRowBandSize w:val="1"/>
      <w:tblStyleColBandSize w:val="1"/>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urfulListAccent1">
    <w:name w:val="Colorful List Accent 1"/>
    <w:basedOn w:val="TableNormal"/>
    <w:uiPriority w:val="72"/>
    <w:rsid w:val="00CB0664"/>
    <w:pPr>
      <w:spacing w:after="0" w:line="240" w:lineRule="auto"/>
    </w:pPr>
    <w:rPr>
      <w:color w:val="000000" w:themeColor="text1"/>
    </w:rPr>
    <w:tblPr>
      <w:tblStyleRowBandSize w:val="1"/>
      <w:tblStyleColBandSize w:val="1"/>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ColourfulListAccent2">
    <w:name w:val="Colorful List Accent 2"/>
    <w:basedOn w:val="TableNormal"/>
    <w:uiPriority w:val="72"/>
    <w:rsid w:val="00CB0664"/>
    <w:pPr>
      <w:spacing w:after="0" w:line="240" w:lineRule="auto"/>
    </w:pPr>
    <w:rPr>
      <w:color w:val="000000" w:themeColor="text1"/>
    </w:rPr>
    <w:tblPr>
      <w:tblStyleRowBandSize w:val="1"/>
      <w:tblStyleColBandSize w:val="1"/>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ColourfulListAccent3">
    <w:name w:val="Colorful List Accent 3"/>
    <w:basedOn w:val="TableNormal"/>
    <w:uiPriority w:val="72"/>
    <w:rsid w:val="00CB0664"/>
    <w:pPr>
      <w:spacing w:after="0" w:line="240" w:lineRule="auto"/>
    </w:pPr>
    <w:rPr>
      <w:color w:val="000000" w:themeColor="text1"/>
    </w:rPr>
    <w:tblPr>
      <w:tblStyleRowBandSize w:val="1"/>
      <w:tblStyleColBandSize w:val="1"/>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ColourfulListAccent4">
    <w:name w:val="Colorful List Accent 4"/>
    <w:basedOn w:val="TableNormal"/>
    <w:uiPriority w:val="72"/>
    <w:rsid w:val="00CB0664"/>
    <w:pPr>
      <w:spacing w:after="0" w:line="240" w:lineRule="auto"/>
    </w:pPr>
    <w:rPr>
      <w:color w:val="000000" w:themeColor="text1"/>
    </w:rPr>
    <w:tblPr>
      <w:tblStyleRowBandSize w:val="1"/>
      <w:tblStyleColBandSize w:val="1"/>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ColourfulListAccent5">
    <w:name w:val="Colorful List Accent 5"/>
    <w:basedOn w:val="TableNormal"/>
    <w:uiPriority w:val="72"/>
    <w:rsid w:val="00CB0664"/>
    <w:pPr>
      <w:spacing w:after="0" w:line="240" w:lineRule="auto"/>
    </w:pPr>
    <w:rPr>
      <w:color w:val="000000" w:themeColor="text1"/>
    </w:rPr>
    <w:tblPr>
      <w:tblStyleRowBandSize w:val="1"/>
      <w:tblStyleColBandSize w:val="1"/>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ColourfulListAccent6">
    <w:name w:val="Colorful List Accent 6"/>
    <w:basedOn w:val="TableNormal"/>
    <w:uiPriority w:val="72"/>
    <w:rsid w:val="00CB0664"/>
    <w:pPr>
      <w:spacing w:after="0" w:line="240" w:lineRule="auto"/>
    </w:pPr>
    <w:rPr>
      <w:color w:val="000000" w:themeColor="text1"/>
    </w:rPr>
    <w:tblPr>
      <w:tblStyleRowBandSize w:val="1"/>
      <w:tblStyleColBandSize w:val="1"/>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ColourfulGrid">
    <w:name w:val="Colorful Grid"/>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urfulGridAccent1">
    <w:name w:val="Colorful Grid Accent 1"/>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olourfulGridAccent2">
    <w:name w:val="Colorful Grid Accent 2"/>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ColourfulGridAccent3">
    <w:name w:val="Colorful Grid Accent 3"/>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ColourfulGridAccent4">
    <w:name w:val="Colorful Grid Accent 4"/>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ColourfulGridAccent5">
    <w:name w:val="Colorful Grid Accent 5"/>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ColourfulGridAccent6">
    <w:name w:val="Colorful Grid Accent 6"/>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paragraph" w:styleId="NormalWeb">
    <w:name w:val="Normal (Web)"/>
    <w:basedOn w:val="Normal"/>
    <w:uiPriority w:val="99"/>
    <w:semiHidden/>
    <w:unhideWhenUsed/>
    <w:rsid w:val="000B7AFE"/>
    <w:pPr>
      <w:spacing w:before="100" w:beforeAutospacing="1" w:after="100" w:afterAutospacing="1" w:line="240" w:lineRule="auto"/>
    </w:pPr>
    <w:rPr>
      <w:rFonts w:ascii="Times New Roman" w:eastAsia="Times New Roman" w:hAnsi="Times New Roman" w:cs="Times New Roman"/>
      <w:sz w:val="24"/>
      <w:szCs w:val="24"/>
      <w:lang w:eastAsia="en-GB"/>
    </w:rPr>
  </w:style>
  <w:style w:type="paragraph" w:styleId="Revision">
    <w:name w:val="Revision"/>
    <w:hidden/>
    <w:uiPriority w:val="99"/>
    <w:semiHidden/>
    <w:rsid w:val="00936EE8"/>
    <w:pP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395658119">
      <w:bodyDiv w:val="1"/>
      <w:marLeft w:val="0"/>
      <w:marRight w:val="0"/>
      <w:marTop w:val="0"/>
      <w:marBottom w:val="0"/>
      <w:divBdr>
        <w:top w:val="none" w:sz="0" w:space="0" w:color="auto"/>
        <w:left w:val="none" w:sz="0" w:space="0" w:color="auto"/>
        <w:bottom w:val="none" w:sz="0" w:space="0" w:color="auto"/>
        <w:right w:val="none" w:sz="0" w:space="0" w:color="auto"/>
      </w:divBdr>
    </w:div>
    <w:div w:id="1458572354">
      <w:bodyDiv w:val="1"/>
      <w:marLeft w:val="0"/>
      <w:marRight w:val="0"/>
      <w:marTop w:val="0"/>
      <w:marBottom w:val="0"/>
      <w:divBdr>
        <w:top w:val="none" w:sz="0" w:space="0" w:color="auto"/>
        <w:left w:val="none" w:sz="0" w:space="0" w:color="auto"/>
        <w:bottom w:val="none" w:sz="0" w:space="0" w:color="auto"/>
        <w:right w:val="none" w:sz="0" w:space="0" w:color="auto"/>
      </w:divBdr>
      <w:divsChild>
        <w:div w:id="873347258">
          <w:marLeft w:val="0"/>
          <w:marRight w:val="0"/>
          <w:marTop w:val="0"/>
          <w:marBottom w:val="0"/>
          <w:divBdr>
            <w:top w:val="none" w:sz="0" w:space="0" w:color="auto"/>
            <w:left w:val="none" w:sz="0" w:space="0" w:color="auto"/>
            <w:bottom w:val="none" w:sz="0" w:space="0" w:color="auto"/>
            <w:right w:val="none" w:sz="0" w:space="0" w:color="auto"/>
          </w:divBdr>
        </w:div>
      </w:divsChild>
    </w:div>
  </w:divs>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g"/><Relationship Id="rId13" Type="http://schemas.openxmlformats.org/officeDocument/2006/relationships/header" Target="header1.xml"/><Relationship Id="rId18" Type="http://schemas.openxmlformats.org/officeDocument/2006/relationships/footer" Target="footer3.xml"/><Relationship Id="rId3" Type="http://schemas.openxmlformats.org/officeDocument/2006/relationships/styles" Target="styles.xml"/><Relationship Id="rId21" Type="http://schemas.openxmlformats.org/officeDocument/2006/relationships/customXml" Target="../customXml/item2.xml"/><Relationship Id="rId7" Type="http://schemas.openxmlformats.org/officeDocument/2006/relationships/endnotes" Target="endnotes.xml"/><Relationship Id="rId12" Type="http://schemas.openxmlformats.org/officeDocument/2006/relationships/image" Target="media/image6.jpg"/><Relationship Id="rId17" Type="http://schemas.openxmlformats.org/officeDocument/2006/relationships/header" Target="header3.xml"/><Relationship Id="rId2" Type="http://schemas.openxmlformats.org/officeDocument/2006/relationships/numbering" Target="numbering.xml"/><Relationship Id="rId16" Type="http://schemas.openxmlformats.org/officeDocument/2006/relationships/footer" Target="footer2.xml"/><Relationship Id="rId2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5.jpg"/><Relationship Id="rId24" Type="http://schemas.openxmlformats.org/officeDocument/2006/relationships/customXml" Target="../customXml/item5.xml"/><Relationship Id="rId5" Type="http://schemas.openxmlformats.org/officeDocument/2006/relationships/webSettings" Target="webSettings.xml"/><Relationship Id="rId15" Type="http://schemas.openxmlformats.org/officeDocument/2006/relationships/footer" Target="footer1.xml"/><Relationship Id="rId23" Type="http://schemas.openxmlformats.org/officeDocument/2006/relationships/customXml" Target="../customXml/item4.xml"/><Relationship Id="rId10" Type="http://schemas.openxmlformats.org/officeDocument/2006/relationships/image" Target="media/image4.jpg"/><Relationship Id="rId19"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3.jpg"/><Relationship Id="rId14" Type="http://schemas.openxmlformats.org/officeDocument/2006/relationships/header" Target="header2.xml"/><Relationship Id="rId22" Type="http://schemas.openxmlformats.org/officeDocument/2006/relationships/customXml" Target="../customXml/item3.xml"/></Relationships>
</file>

<file path=word/_rels/header2.xml.rels><?xml version="1.0" encoding="UTF-8" standalone="yes"?>
<Relationships xmlns="http://schemas.openxmlformats.org/package/2006/relationships"><Relationship Id="rId1" Type="http://schemas.openxmlformats.org/officeDocument/2006/relationships/image" Target="media/image7.png"/></Relationships>
</file>

<file path=word/_rels/header3.xml.rels><?xml version="1.0" encoding="UTF-8" standalone="yes"?>
<Relationships xmlns="http://schemas.openxmlformats.org/package/2006/relationships"><Relationship Id="rId1" Type="http://schemas.openxmlformats.org/officeDocument/2006/relationships/image" Target="media/image7.png"/></Relationships>
</file>

<file path=word/_rels/numbering.xml.rels><?xml version="1.0" encoding="UTF-8" standalone="yes"?>
<Relationships xmlns="http://schemas.openxmlformats.org/package/2006/relationships"><Relationship Id="rId1" Type="http://schemas.openxmlformats.org/officeDocument/2006/relationships/image" Target="media/image1.gi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b:Sources xmlns:b="http://schemas.openxmlformats.org/officeDocument/2006/bibliography" xmlns="http://schemas.openxmlformats.org/officeDocument/2006/bibliography" SelectedStyle="/APA.XSL" StyleName="APA"/>
</file>

<file path=customXml/item2.xml><?xml version="1.0" encoding="utf-8"?>
<ct:contentTypeSchema xmlns:ct="http://schemas.microsoft.com/office/2006/metadata/contentType" xmlns:ma="http://schemas.microsoft.com/office/2006/metadata/properties/metaAttributes" ct:_="" ma:_="" ma:contentTypeName="DM Document" ma:contentTypeID="0x010100EA97B91038054C99906057A708A1480A009A20C32A3A8BD84BAB55EF874378F5AC" ma:contentTypeVersion="4" ma:contentTypeDescription="Defines the documents for Document Manager V2" ma:contentTypeScope="" ma:versionID="5f81c7e1b89e1bddd23406bcf7ba5f8b">
  <xsd:schema xmlns:xsd="http://www.w3.org/2001/XMLSchema" xmlns:xs="http://www.w3.org/2001/XMLSchema" xmlns:p="http://schemas.microsoft.com/office/2006/metadata/properties" xmlns:ns2="9a374663-1dfe-4dc2-a588-c58c3844eeda" xmlns:ns3="http://schemas.microsoft.com/sharepoint/v3/fields" xmlns:ns4="2e448c8d-2e8c-4b0b-9046-cd67a24c27db" targetNamespace="http://schemas.microsoft.com/office/2006/metadata/properties" ma:root="true" ma:fieldsID="7c111dc54813f8293a3f19657abf9893" ns2:_="" ns3:_="" ns4:_="">
    <xsd:import namespace="9a374663-1dfe-4dc2-a588-c58c3844eeda"/>
    <xsd:import namespace="http://schemas.microsoft.com/sharepoint/v3/fields"/>
    <xsd:import namespace="2e448c8d-2e8c-4b0b-9046-cd67a24c27db"/>
    <xsd:element name="properties">
      <xsd:complexType>
        <xsd:sequence>
          <xsd:element name="documentManagement">
            <xsd:complexType>
              <xsd:all>
                <xsd:element ref="ns2:_dlc_DocId" minOccurs="0"/>
                <xsd:element ref="ns2:_dlc_DocIdUrl" minOccurs="0"/>
                <xsd:element ref="ns2:_dlc_DocIdPersistId" minOccurs="0"/>
                <xsd:element ref="ns2:ProductionDate" minOccurs="0"/>
                <xsd:element ref="ns2:OriginalSender" minOccurs="0"/>
                <xsd:element ref="ns3:DocumentLanguage_0" minOccurs="0"/>
                <xsd:element ref="ns2:DossierNumber" minOccurs="0"/>
                <xsd:element ref="ns4:MeetingNumber" minOccurs="0"/>
                <xsd:element ref="ns2:Rapporteur" minOccurs="0"/>
                <xsd:element ref="ns2:AdoptionDate" minOccurs="0"/>
                <xsd:element ref="ns3:Confidentiality_0" minOccurs="0"/>
                <xsd:element ref="ns2:TaxCatchAll" minOccurs="0"/>
                <xsd:element ref="ns2:TaxCatchAllLabel" minOccurs="0"/>
                <xsd:element ref="ns3:DocumentSource_0" minOccurs="0"/>
                <xsd:element ref="ns4:DocumentNumber" minOccurs="0"/>
                <xsd:element ref="ns2:MeetingDate" minOccurs="0"/>
                <xsd:element ref="ns3:OriginalLanguage_0" minOccurs="0"/>
                <xsd:element ref="ns2:Procedure" minOccurs="0"/>
                <xsd:element ref="ns3:VersionStatus_0" minOccurs="0"/>
                <xsd:element ref="ns3:DocumentStatus_0" minOccurs="0"/>
                <xsd:element ref="ns2:DocumentYear"/>
                <xsd:element ref="ns3:DocumentType_0" minOccurs="0"/>
                <xsd:element ref="ns2:DocumentPart" minOccurs="0"/>
                <xsd:element ref="ns3:MeetingName_0" minOccurs="0"/>
                <xsd:element ref="ns3:AvailableTranslations_0" minOccurs="0"/>
                <xsd:element ref="ns2:FicheYear" minOccurs="0"/>
                <xsd:element ref="ns2:RequestingService" minOccurs="0"/>
                <xsd:element ref="ns2:FicheNumber" minOccurs="0"/>
                <xsd:element ref="ns3:DossierName_0" minOccurs="0"/>
                <xsd:element ref="ns2:DocumentVers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9a374663-1dfe-4dc2-a588-c58c3844eeda" elementFormDefault="qualified">
    <xsd:import namespace="http://schemas.microsoft.com/office/2006/documentManagement/types"/>
    <xsd:import namespace="http://schemas.microsoft.com/office/infopath/2007/PartnerControls"/>
    <xsd:element name="_dlc_DocId" ma:index="8" nillable="true" ma:displayName="Document ID Value" ma:description="The value of the document ID assigned to this item." ma:internalName="_dlc_DocId" ma:readOnly="true">
      <xsd:simpleType>
        <xsd:restriction base="dms:Text"/>
      </xsd:simpleType>
    </xsd:element>
    <xsd:element name="_dlc_DocIdUrl" ma:index="9"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Persist ID" ma:description="Keep ID on add." ma:hidden="true" ma:internalName="_dlc_DocIdPersistId" ma:readOnly="true">
      <xsd:simpleType>
        <xsd:restriction base="dms:Boolean"/>
      </xsd:simpleType>
    </xsd:element>
    <xsd:element name="ProductionDate" ma:index="12" nillable="true" ma:displayName="Production Date" ma:format="DateOnly" ma:internalName="ProductionDate">
      <xsd:simpleType>
        <xsd:restriction base="dms:DateTime"/>
      </xsd:simpleType>
    </xsd:element>
    <xsd:element name="OriginalSender" ma:index="13" nillable="true" ma:displayName="Original Sender" ma:internalName="OriginalSender">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DossierNumber" ma:index="15" nillable="true" ma:displayName="Dossier Number" ma:decimals="0" ma:internalName="DossierNumber">
      <xsd:simpleType>
        <xsd:restriction base="dms:Unknown"/>
      </xsd:simpleType>
    </xsd:element>
    <xsd:element name="Rapporteur" ma:index="17" nillable="true" ma:displayName="Rapporteur" ma:internalName="Rapporteur">
      <xsd:simpleType>
        <xsd:restriction base="dms:Text"/>
      </xsd:simpleType>
    </xsd:element>
    <xsd:element name="AdoptionDate" ma:index="18" nillable="true" ma:displayName="Adoption Date" ma:format="DateOnly" ma:internalName="AdoptionDate">
      <xsd:simpleType>
        <xsd:restriction base="dms:DateTime"/>
      </xsd:simpleType>
    </xsd:element>
    <xsd:element name="TaxCatchAll" ma:index="20" nillable="true" ma:displayName="Taxonomy Catch All Column" ma:hidden="true" ma:list="{2e134b8f-48ae-44ea-99f5-ad3e1f81c02d}" ma:internalName="TaxCatchAll" ma:showField="CatchAllData" ma:web="9a374663-1dfe-4dc2-a588-c58c3844eeda">
      <xsd:complexType>
        <xsd:complexContent>
          <xsd:extension base="dms:MultiChoiceLookup">
            <xsd:sequence>
              <xsd:element name="Value" type="dms:Lookup" maxOccurs="unbounded" minOccurs="0" nillable="true"/>
            </xsd:sequence>
          </xsd:extension>
        </xsd:complexContent>
      </xsd:complexType>
    </xsd:element>
    <xsd:element name="TaxCatchAllLabel" ma:index="21" nillable="true" ma:displayName="Taxonomy Catch All Column1" ma:hidden="true" ma:list="{2e134b8f-48ae-44ea-99f5-ad3e1f81c02d}" ma:internalName="TaxCatchAllLabel" ma:readOnly="true" ma:showField="CatchAllDataLabel" ma:web="9a374663-1dfe-4dc2-a588-c58c3844eeda">
      <xsd:complexType>
        <xsd:complexContent>
          <xsd:extension base="dms:MultiChoiceLookup">
            <xsd:sequence>
              <xsd:element name="Value" type="dms:Lookup" maxOccurs="unbounded" minOccurs="0" nillable="true"/>
            </xsd:sequence>
          </xsd:extension>
        </xsd:complexContent>
      </xsd:complexType>
    </xsd:element>
    <xsd:element name="MeetingDate" ma:index="26" nillable="true" ma:displayName="Meeting Date" ma:format="DateOnly" ma:internalName="MeetingDate">
      <xsd:simpleType>
        <xsd:restriction base="dms:DateTime"/>
      </xsd:simpleType>
    </xsd:element>
    <xsd:element name="Procedure" ma:index="29" nillable="true" ma:displayName="Procedure" ma:internalName="Procedure">
      <xsd:simpleType>
        <xsd:restriction base="dms:Text"/>
      </xsd:simpleType>
    </xsd:element>
    <xsd:element name="DocumentYear" ma:index="34" ma:displayName="Document Year" ma:decimals="0" ma:internalName="DocumentYear">
      <xsd:simpleType>
        <xsd:restriction base="dms:Unknown"/>
      </xsd:simpleType>
    </xsd:element>
    <xsd:element name="DocumentPart" ma:index="37" nillable="true" ma:displayName="Document Part" ma:decimals="0" ma:internalName="DocumentPart">
      <xsd:simpleType>
        <xsd:restriction base="dms:Unknown"/>
      </xsd:simpleType>
    </xsd:element>
    <xsd:element name="FicheYear" ma:index="42" nillable="true" ma:displayName="Fiche Year" ma:decimals="0" ma:internalName="FicheYear">
      <xsd:simpleType>
        <xsd:restriction base="dms:Unknown"/>
      </xsd:simpleType>
    </xsd:element>
    <xsd:element name="RequestingService" ma:index="43" nillable="true" ma:displayName="Requesting Service" ma:internalName="RequestingService">
      <xsd:simpleType>
        <xsd:restriction base="dms:Text"/>
      </xsd:simpleType>
    </xsd:element>
    <xsd:element name="FicheNumber" ma:index="44" nillable="true" ma:displayName="Fiche Number" ma:decimals="0" ma:internalName="FicheNumber">
      <xsd:simpleType>
        <xsd:restriction base="dms:Unknown"/>
      </xsd:simpleType>
    </xsd:element>
    <xsd:element name="DocumentVersion" ma:index="47" nillable="true" ma:displayName="Document Version" ma:decimals="0" ma:internalName="DocumentVersion">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fields" elementFormDefault="qualified">
    <xsd:import namespace="http://schemas.microsoft.com/office/2006/documentManagement/types"/>
    <xsd:import namespace="http://schemas.microsoft.com/office/infopath/2007/PartnerControls"/>
    <xsd:element name="DocumentLanguage_0" ma:index="14" nillable="true" ma:taxonomy="true" ma:internalName="DocumentLanguage_0" ma:taxonomyFieldName="DocumentLanguage" ma:displayName="Document Language" ma:fieldId="{ee5c55ab-e8dd-441f-8840-fdce66906fe3}" ma:sspId="5004ddca-ed1a-45fa-b2df-508b3c5dfc98" ma:termSetId="3e8d1f59-71f7-428c-bd68-e1e655ad5441" ma:anchorId="00000000-0000-0000-0000-000000000000" ma:open="false" ma:isKeyword="false">
      <xsd:complexType>
        <xsd:sequence>
          <xsd:element ref="pc:Terms" minOccurs="0" maxOccurs="1"/>
        </xsd:sequence>
      </xsd:complexType>
    </xsd:element>
    <xsd:element name="Confidentiality_0" ma:index="19" nillable="true" ma:taxonomy="true" ma:internalName="Confidentiality_0" ma:taxonomyFieldName="Confidentiality" ma:displayName="Confidentiality" ma:fieldId="{ee5c4bfe-2b62-4831-9131-22edf8f3665c}" ma:sspId="5004ddca-ed1a-45fa-b2df-508b3c5dfc98" ma:termSetId="11d040ac-3a9a-4d4c-b9cf-922342a701d6" ma:anchorId="00000000-0000-0000-0000-000000000000" ma:open="false" ma:isKeyword="false">
      <xsd:complexType>
        <xsd:sequence>
          <xsd:element ref="pc:Terms" minOccurs="0" maxOccurs="1"/>
        </xsd:sequence>
      </xsd:complexType>
    </xsd:element>
    <xsd:element name="DocumentSource_0" ma:index="23" ma:taxonomy="true" ma:internalName="DocumentSource_0" ma:taxonomyFieldName="DocumentSource" ma:displayName="Document Source" ma:fieldId="{ee5c1c29-f257-4aae-8e5e-529c0040e17a}" ma:sspId="5004ddca-ed1a-45fa-b2df-508b3c5dfc98" ma:termSetId="ca143256-a90d-4d26-b249-02646b17c0c5" ma:anchorId="00000000-0000-0000-0000-000000000000" ma:open="false" ma:isKeyword="false">
      <xsd:complexType>
        <xsd:sequence>
          <xsd:element ref="pc:Terms" minOccurs="0" maxOccurs="1"/>
        </xsd:sequence>
      </xsd:complexType>
    </xsd:element>
    <xsd:element name="OriginalLanguage_0" ma:index="27" nillable="true" ma:taxonomy="true" ma:internalName="OriginalLanguage_0" ma:taxonomyFieldName="OriginalLanguage" ma:displayName="Original Language" ma:fieldId="{ee5ce750-ff6c-4875-8192-ef11fb51efba}" ma:taxonomyMulti="true" ma:sspId="5004ddca-ed1a-45fa-b2df-508b3c5dfc98" ma:termSetId="3e8d1f59-71f7-428c-bd68-e1e655ad5441" ma:anchorId="00000000-0000-0000-0000-000000000000" ma:open="false" ma:isKeyword="false">
      <xsd:complexType>
        <xsd:sequence>
          <xsd:element ref="pc:Terms" minOccurs="0" maxOccurs="1"/>
        </xsd:sequence>
      </xsd:complexType>
    </xsd:element>
    <xsd:element name="VersionStatus_0" ma:index="30" ma:taxonomy="true" ma:internalName="VersionStatus_0" ma:taxonomyFieldName="VersionStatus" ma:displayName="Version Status" ma:indexed="true" ma:fieldId="{ee5cb94b-3df1-4df3-b49b-6e47ce2a7e87}" ma:sspId="5004ddca-ed1a-45fa-b2df-508b3c5dfc98" ma:termSetId="adeca67b-2bdd-4d0f-b3af-a690b4c6d95d" ma:anchorId="00000000-0000-0000-0000-000000000000" ma:open="false" ma:isKeyword="false">
      <xsd:complexType>
        <xsd:sequence>
          <xsd:element ref="pc:Terms" minOccurs="0" maxOccurs="1"/>
        </xsd:sequence>
      </xsd:complexType>
    </xsd:element>
    <xsd:element name="DocumentStatus_0" ma:index="32" nillable="true" ma:taxonomy="true" ma:internalName="DocumentStatus_0" ma:taxonomyFieldName="DocumentStatus" ma:displayName="Document Status" ma:fieldId="{ee5cab93-ac4d-4e2f-b298-e5342324388c}" ma:sspId="5004ddca-ed1a-45fa-b2df-508b3c5dfc98" ma:termSetId="54b85ca4-9023-4cbf-8e96-81af7735228f" ma:anchorId="00000000-0000-0000-0000-000000000000" ma:open="false" ma:isKeyword="false">
      <xsd:complexType>
        <xsd:sequence>
          <xsd:element ref="pc:Terms" minOccurs="0" maxOccurs="1"/>
        </xsd:sequence>
      </xsd:complexType>
    </xsd:element>
    <xsd:element name="DocumentType_0" ma:index="35" nillable="true" ma:taxonomy="true" ma:internalName="DocumentType_0" ma:taxonomyFieldName="DocumentType" ma:displayName="Document Type" ma:indexed="true" ma:fieldId="{ee5cf431-2d10-41e6-bd88-1b6bd5b84f5f}" ma:sspId="5004ddca-ed1a-45fa-b2df-508b3c5dfc98" ma:termSetId="67a76952-94e0-437b-9a60-5085083dde02" ma:anchorId="00000000-0000-0000-0000-000000000000" ma:open="false" ma:isKeyword="false">
      <xsd:complexType>
        <xsd:sequence>
          <xsd:element ref="pc:Terms" minOccurs="0" maxOccurs="1"/>
        </xsd:sequence>
      </xsd:complexType>
    </xsd:element>
    <xsd:element name="MeetingName_0" ma:index="38" nillable="true" ma:taxonomy="true" ma:internalName="MeetingName_0" ma:taxonomyFieldName="MeetingName" ma:displayName="Meeting Name" ma:indexed="true" ma:fieldId="{ee5c9b55-8403-4f9e-a156-b6ce5b7b9456}" ma:sspId="5004ddca-ed1a-45fa-b2df-508b3c5dfc98" ma:termSetId="a04e9634-de73-4a41-8cb5-e1efdb89060c" ma:anchorId="00000000-0000-0000-0000-000000000000" ma:open="false" ma:isKeyword="false">
      <xsd:complexType>
        <xsd:sequence>
          <xsd:element ref="pc:Terms" minOccurs="0" maxOccurs="1"/>
        </xsd:sequence>
      </xsd:complexType>
    </xsd:element>
    <xsd:element name="AvailableTranslations_0" ma:index="40" nillable="true" ma:taxonomy="true" ma:internalName="AvailableTranslations_0" ma:taxonomyFieldName="AvailableTranslations" ma:displayName="Available Translations" ma:fieldId="{ee5c7c01-1a65-4138-aa64-80e01e34d799}" ma:taxonomyMulti="true" ma:sspId="5004ddca-ed1a-45fa-b2df-508b3c5dfc98" ma:termSetId="3e8d1f59-71f7-428c-bd68-e1e655ad5441" ma:anchorId="00000000-0000-0000-0000-000000000000" ma:open="false" ma:isKeyword="false">
      <xsd:complexType>
        <xsd:sequence>
          <xsd:element ref="pc:Terms" minOccurs="0" maxOccurs="1"/>
        </xsd:sequence>
      </xsd:complexType>
    </xsd:element>
    <xsd:element name="DossierName_0" ma:index="45" nillable="true" ma:taxonomy="true" ma:internalName="DossierName_0" ma:taxonomyFieldName="DossierName" ma:displayName="Dossier Name" ma:fieldId="{ee5cf7da-503b-4593-8db2-4f0e09c901fd}" ma:sspId="5004ddca-ed1a-45fa-b2df-508b3c5dfc98" ma:termSetId="2b392f04-1222-4352-87c1-6fd60ec33b64" ma:anchorId="00000000-0000-0000-0000-000000000000" ma:open="fals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2e448c8d-2e8c-4b0b-9046-cd67a24c27db" elementFormDefault="qualified">
    <xsd:import namespace="http://schemas.microsoft.com/office/2006/documentManagement/types"/>
    <xsd:import namespace="http://schemas.microsoft.com/office/infopath/2007/PartnerControls"/>
    <xsd:element name="MeetingNumber" ma:index="16" nillable="true" ma:displayName="Meeting Number" ma:decimals="0" ma:indexed="true" ma:internalName="MeetingNumber">
      <xsd:simpleType>
        <xsd:restriction base="dms:Unknown"/>
      </xsd:simpleType>
    </xsd:element>
    <xsd:element name="DocumentNumber" ma:index="25" nillable="true" ma:displayName="Document Number" ma:decimals="0" ma:indexed="true" ma:internalName="DocumentNumber">
      <xsd:simpleType>
        <xsd:restriction base="dms:Unknow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Version=16.0.0.0, Culture=neutral, PublicKeyToken=71e9bce111e9429c</Assembly>
    <Class>Microsoft.Office.DocumentManagement.Internal.DocIdHandler</Class>
    <Data/>
    <Filter/>
  </Receiver>
</spe:Receivers>
</file>

<file path=customXml/item4.xml><?xml version="1.0" encoding="utf-8"?>
<?mso-contentType ?>
<FormTemplates xmlns="http://schemas.microsoft.com/sharepoint/v3/contenttype/forms">
  <Display>DocumentLibraryForm</Display>
  <Edit>DocumentLibraryForm</Edit>
  <New>DocumentLibraryForm</New>
</FormTemplates>
</file>

<file path=customXml/item5.xml><?xml version="1.0" encoding="utf-8"?>
<p:properties xmlns:p="http://schemas.microsoft.com/office/2006/metadata/properties" xmlns:xsi="http://www.w3.org/2001/XMLSchema-instance" xmlns:pc="http://schemas.microsoft.com/office/infopath/2007/PartnerControls">
  <documentManagement>
    <_dlc_DocId xmlns="9a374663-1dfe-4dc2-a588-c58c3844eeda">VAQWXHKVTXAD-1275017477-4191</_dlc_DocId>
    <_dlc_DocIdUrl xmlns="9a374663-1dfe-4dc2-a588-c58c3844eeda">
      <Url>http://dm/cor/2026/_layouts/15/DocIdRedir.aspx?ID=VAQWXHKVTXAD-1275017477-4191</Url>
      <Description>VAQWXHKVTXAD-1275017477-4191</Description>
    </_dlc_DocIdUrl>
    <DocumentType_0 xmlns="http://schemas.microsoft.com/sharepoint/v3/fields">
      <Terms xmlns="http://schemas.microsoft.com/office/infopath/2007/PartnerControls">
        <TermInfo xmlns="http://schemas.microsoft.com/office/infopath/2007/PartnerControls">
          <TermName xmlns="http://schemas.microsoft.com/office/infopath/2007/PartnerControls">TCD</TermName>
          <TermId xmlns="http://schemas.microsoft.com/office/infopath/2007/PartnerControls">cd9d6eb6-3f4f-424a-b2d1-57c9d450eaaf</TermId>
        </TermInfo>
      </Terms>
    </DocumentType_0>
    <Procedure xmlns="9a374663-1dfe-4dc2-a588-c58c3844eeda" xsi:nil="true"/>
    <DocumentSource_0 xmlns="http://schemas.microsoft.com/sharepoint/v3/fields">
      <Terms xmlns="http://schemas.microsoft.com/office/infopath/2007/PartnerControls">
        <TermInfo xmlns="http://schemas.microsoft.com/office/infopath/2007/PartnerControls">
          <TermName xmlns="http://schemas.microsoft.com/office/infopath/2007/PartnerControls">CoR</TermName>
          <TermId xmlns="http://schemas.microsoft.com/office/infopath/2007/PartnerControls">cb2d75ef-4a7d-4393-b797-49ed6298a5ea</TermId>
        </TermInfo>
      </Terms>
    </DocumentSource_0>
    <ProductionDate xmlns="9a374663-1dfe-4dc2-a588-c58c3844eeda">2026-03-31T12:00:00+00:00</ProductionDate>
    <DocumentNumber xmlns="2e448c8d-2e8c-4b0b-9046-cd67a24c27db">897</DocumentNumber>
    <FicheYear xmlns="9a374663-1dfe-4dc2-a588-c58c3844eeda" xsi:nil="true"/>
    <DossierNumber xmlns="9a374663-1dfe-4dc2-a588-c58c3844eeda" xsi:nil="true"/>
    <Confidentiality_0 xmlns="http://schemas.microsoft.com/sharepoint/v3/fields">
      <Terms xmlns="http://schemas.microsoft.com/office/infopath/2007/PartnerControls">
        <TermInfo xmlns="http://schemas.microsoft.com/office/infopath/2007/PartnerControls">
          <TermName xmlns="http://schemas.microsoft.com/office/infopath/2007/PartnerControls">Protected</TermName>
          <TermId xmlns="http://schemas.microsoft.com/office/infopath/2007/PartnerControls">57ddab83-4635-4615-a38a-314020a42ea1</TermId>
        </TermInfo>
      </Terms>
    </Confidentiality_0>
    <MeetingDate xmlns="9a374663-1dfe-4dc2-a588-c58c3844eeda" xsi:nil="true"/>
    <TaxCatchAll xmlns="9a374663-1dfe-4dc2-a588-c58c3844eeda">
      <Value>12</Value>
      <Value>45</Value>
      <Value>8</Value>
      <Value>7</Value>
      <Value>4</Value>
      <Value>3</Value>
      <Value>1</Value>
    </TaxCatchAll>
    <DocumentLanguage_0 xmlns="http://schemas.microsoft.com/sharepoint/v3/fields">
      <Terms xmlns="http://schemas.microsoft.com/office/infopath/2007/PartnerControls">
        <TermInfo xmlns="http://schemas.microsoft.com/office/infopath/2007/PartnerControls">
          <TermName xmlns="http://schemas.microsoft.com/office/infopath/2007/PartnerControls">DA</TermName>
          <TermId xmlns="http://schemas.microsoft.com/office/infopath/2007/PartnerControls">5d49c027-8956-412b-aa16-e85a0f96ad0e</TermId>
        </TermInfo>
      </Terms>
    </DocumentLanguage_0>
    <VersionStatus_0 xmlns="http://schemas.microsoft.com/sharepoint/v3/fields">
      <Terms xmlns="http://schemas.microsoft.com/office/infopath/2007/PartnerControls">
        <TermInfo xmlns="http://schemas.microsoft.com/office/infopath/2007/PartnerControls">
          <TermName xmlns="http://schemas.microsoft.com/office/infopath/2007/PartnerControls">Final</TermName>
          <TermId xmlns="http://schemas.microsoft.com/office/infopath/2007/PartnerControls">ea5e6674-7b27-4bac-b091-73adbb394efe</TermId>
        </TermInfo>
      </Terms>
    </VersionStatus_0>
    <Rapporteur xmlns="9a374663-1dfe-4dc2-a588-c58c3844eeda" xsi:nil="true"/>
    <DocumentYear xmlns="9a374663-1dfe-4dc2-a588-c58c3844eeda">2026</DocumentYear>
    <FicheNumber xmlns="9a374663-1dfe-4dc2-a588-c58c3844eeda">301358</FicheNumber>
    <OriginalSender xmlns="9a374663-1dfe-4dc2-a588-c58c3844eeda">
      <UserInfo>
        <DisplayName>Thystrup Elin</DisplayName>
        <AccountId>1376</AccountId>
        <AccountType/>
      </UserInfo>
    </OriginalSender>
    <DocumentPart xmlns="9a374663-1dfe-4dc2-a588-c58c3844eeda">0</DocumentPart>
    <AdoptionDate xmlns="9a374663-1dfe-4dc2-a588-c58c3844eeda" xsi:nil="true"/>
    <RequestingService xmlns="9a374663-1dfe-4dc2-a588-c58c3844eeda">Renew Europe</RequestingService>
    <MeetingName_0 xmlns="http://schemas.microsoft.com/sharepoint/v3/fields">
      <Terms xmlns="http://schemas.microsoft.com/office/infopath/2007/PartnerControls"/>
    </MeetingName_0>
    <AvailableTranslations_0 xmlns="http://schemas.microsoft.com/sharepoint/v3/fields">
      <Terms xmlns="http://schemas.microsoft.com/office/infopath/2007/PartnerControls">
        <TermInfo xmlns="http://schemas.microsoft.com/office/infopath/2007/PartnerControls">
          <TermName xmlns="http://schemas.microsoft.com/office/infopath/2007/PartnerControls">EN</TermName>
          <TermId xmlns="http://schemas.microsoft.com/office/infopath/2007/PartnerControls">f2175f21-25d7-44a3-96da-d6a61b075e1b</TermId>
        </TermInfo>
      </Terms>
    </AvailableTranslations_0>
    <DocumentStatus_0 xmlns="http://schemas.microsoft.com/sharepoint/v3/fields">
      <Terms xmlns="http://schemas.microsoft.com/office/infopath/2007/PartnerControls">
        <TermInfo xmlns="http://schemas.microsoft.com/office/infopath/2007/PartnerControls">
          <TermName xmlns="http://schemas.microsoft.com/office/infopath/2007/PartnerControls">TRA</TermName>
          <TermId xmlns="http://schemas.microsoft.com/office/infopath/2007/PartnerControls">150d2a88-1431-44e6-a8ca-0bb753ab8672</TermId>
        </TermInfo>
      </Terms>
    </DocumentStatus_0>
    <OriginalLanguage_0 xmlns="http://schemas.microsoft.com/sharepoint/v3/fields">
      <Terms xmlns="http://schemas.microsoft.com/office/infopath/2007/PartnerControls">
        <TermInfo xmlns="http://schemas.microsoft.com/office/infopath/2007/PartnerControls">
          <TermName xmlns="http://schemas.microsoft.com/office/infopath/2007/PartnerControls">EN</TermName>
          <TermId xmlns="http://schemas.microsoft.com/office/infopath/2007/PartnerControls">f2175f21-25d7-44a3-96da-d6a61b075e1b</TermId>
        </TermInfo>
      </Terms>
    </OriginalLanguage_0>
    <MeetingNumber xmlns="2e448c8d-2e8c-4b0b-9046-cd67a24c27db" xsi:nil="true"/>
    <DossierName_0 xmlns="http://schemas.microsoft.com/sharepoint/v3/fields">
      <Terms xmlns="http://schemas.microsoft.com/office/infopath/2007/PartnerControls"/>
    </DossierName_0>
    <DocumentVersion xmlns="9a374663-1dfe-4dc2-a588-c58c3844eeda">0</DocumentVersion>
  </documentManagement>
</p:properties>
</file>

<file path=customXml/itemProps1.xml><?xml version="1.0" encoding="utf-8"?>
<ds:datastoreItem xmlns:ds="http://schemas.openxmlformats.org/officeDocument/2006/customXml" ds:itemID="{1D1D625D-7000-441B-B15D-E785E40BC22D}">
  <ds:schemaRefs>
    <ds:schemaRef ds:uri="http://schemas.openxmlformats.org/officeDocument/2006/bibliography"/>
  </ds:schemaRefs>
</ds:datastoreItem>
</file>

<file path=customXml/itemProps2.xml><?xml version="1.0" encoding="utf-8"?>
<ds:datastoreItem xmlns:ds="http://schemas.openxmlformats.org/officeDocument/2006/customXml" ds:itemID="{DA4FE9C0-5AD5-47D2-865B-EEC805532417}"/>
</file>

<file path=customXml/itemProps3.xml><?xml version="1.0" encoding="utf-8"?>
<ds:datastoreItem xmlns:ds="http://schemas.openxmlformats.org/officeDocument/2006/customXml" ds:itemID="{7E4617E2-0113-4824-A399-AACA08326BF5}"/>
</file>

<file path=customXml/itemProps4.xml><?xml version="1.0" encoding="utf-8"?>
<ds:datastoreItem xmlns:ds="http://schemas.openxmlformats.org/officeDocument/2006/customXml" ds:itemID="{105B32E4-52CE-4FAE-B545-FB42B660A578}"/>
</file>

<file path=customXml/itemProps5.xml><?xml version="1.0" encoding="utf-8"?>
<ds:datastoreItem xmlns:ds="http://schemas.openxmlformats.org/officeDocument/2006/customXml" ds:itemID="{A17FADA5-7EE3-48DF-9370-561DDA4EA4C9}"/>
</file>

<file path=docProps/app.xml><?xml version="1.0" encoding="utf-8"?>
<Properties xmlns="http://schemas.openxmlformats.org/officeDocument/2006/extended-properties" xmlns:vt="http://schemas.openxmlformats.org/officeDocument/2006/docPropsVTypes">
  <Template>Normal.dotm</Template>
  <TotalTime>0</TotalTime>
  <Pages>13</Pages>
  <Words>2247</Words>
  <Characters>13798</Characters>
  <Application>Microsoft Office Word</Application>
  <DocSecurity>0</DocSecurity>
  <Lines>320</Lines>
  <Paragraphs>176</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15869</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RU's Renew Europe-gruppe - Retningslinjer for vellykket integrationaf indvandrere og flygtninge lovligt i EU</dc:title>
  <dc:subject/>
  <dc:creator/>
  <cp:keywords/>
  <dc:description>generated by python-docx</dc:description>
  <cp:lastModifiedBy/>
  <cp:revision>13</cp:revision>
  <cp:lastPrinted>2026-03-19T09:22:00Z</cp:lastPrinted>
  <dcterms:created xsi:type="dcterms:W3CDTF">2026-03-19T10:49:00Z</dcterms:created>
  <dcterms:modified xsi:type="dcterms:W3CDTF">2026-03-31T11:28:00Z</dcterms:modified>
  <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Pref_formatted">
    <vt:bool>true</vt:bool>
  </property>
  <property fmtid="{D5CDD505-2E9C-101B-9397-08002B2CF9AE}" pid="3" name="Pref_Date">
    <vt:lpwstr>19/03/2026</vt:lpwstr>
  </property>
  <property fmtid="{D5CDD505-2E9C-101B-9397-08002B2CF9AE}" pid="4" name="Pref_Time">
    <vt:lpwstr>11:38:10</vt:lpwstr>
  </property>
  <property fmtid="{D5CDD505-2E9C-101B-9397-08002B2CF9AE}" pid="5" name="Pref_User">
    <vt:lpwstr>jhvi</vt:lpwstr>
  </property>
  <property fmtid="{D5CDD505-2E9C-101B-9397-08002B2CF9AE}" pid="6" name="Pref_FileName">
    <vt:lpwstr>COR-2026-00897-00-00-TCD-TRA-EN-CRR.docx</vt:lpwstr>
  </property>
  <property fmtid="{D5CDD505-2E9C-101B-9397-08002B2CF9AE}" pid="7" name="ContentTypeId">
    <vt:lpwstr>0x010100EA97B91038054C99906057A708A1480A009A20C32A3A8BD84BAB55EF874378F5AC</vt:lpwstr>
  </property>
  <property fmtid="{D5CDD505-2E9C-101B-9397-08002B2CF9AE}" pid="8" name="_dlc_DocIdItemGuid">
    <vt:lpwstr>f4dd9d08-7b44-421f-942b-eea6df42bc63</vt:lpwstr>
  </property>
  <property fmtid="{D5CDD505-2E9C-101B-9397-08002B2CF9AE}" pid="9" name="AvailableTranslations">
    <vt:lpwstr>4;#EN|f2175f21-25d7-44a3-96da-d6a61b075e1b</vt:lpwstr>
  </property>
  <property fmtid="{D5CDD505-2E9C-101B-9397-08002B2CF9AE}" pid="10" name="DocumentType_0">
    <vt:lpwstr>TCD|cd9d6eb6-3f4f-424a-b2d1-57c9d450eaaf</vt:lpwstr>
  </property>
  <property fmtid="{D5CDD505-2E9C-101B-9397-08002B2CF9AE}" pid="11" name="DossierName_0">
    <vt:lpwstr/>
  </property>
  <property fmtid="{D5CDD505-2E9C-101B-9397-08002B2CF9AE}" pid="12" name="DocumentSource_0">
    <vt:lpwstr>CoR|cb2d75ef-4a7d-4393-b797-49ed6298a5ea</vt:lpwstr>
  </property>
  <property fmtid="{D5CDD505-2E9C-101B-9397-08002B2CF9AE}" pid="13" name="DocumentNumber">
    <vt:i4>897</vt:i4>
  </property>
  <property fmtid="{D5CDD505-2E9C-101B-9397-08002B2CF9AE}" pid="14" name="DocumentVersion">
    <vt:i4>0</vt:i4>
  </property>
  <property fmtid="{D5CDD505-2E9C-101B-9397-08002B2CF9AE}" pid="15" name="DocumentStatus">
    <vt:lpwstr>8;#TRA|150d2a88-1431-44e6-a8ca-0bb753ab8672</vt:lpwstr>
  </property>
  <property fmtid="{D5CDD505-2E9C-101B-9397-08002B2CF9AE}" pid="16" name="DocumentPart">
    <vt:i4>0</vt:i4>
  </property>
  <property fmtid="{D5CDD505-2E9C-101B-9397-08002B2CF9AE}" pid="17" name="DossierName">
    <vt:lpwstr/>
  </property>
  <property fmtid="{D5CDD505-2E9C-101B-9397-08002B2CF9AE}" pid="18" name="DocumentSource">
    <vt:lpwstr>1;#CoR|cb2d75ef-4a7d-4393-b797-49ed6298a5ea</vt:lpwstr>
  </property>
  <property fmtid="{D5CDD505-2E9C-101B-9397-08002B2CF9AE}" pid="20" name="DocumentType">
    <vt:lpwstr>3;#TCD|cd9d6eb6-3f4f-424a-b2d1-57c9d450eaaf</vt:lpwstr>
  </property>
  <property fmtid="{D5CDD505-2E9C-101B-9397-08002B2CF9AE}" pid="21" name="RequestingService">
    <vt:lpwstr>Renew Europe</vt:lpwstr>
  </property>
  <property fmtid="{D5CDD505-2E9C-101B-9397-08002B2CF9AE}" pid="22" name="Confidentiality">
    <vt:lpwstr>12;#Protected|57ddab83-4635-4615-a38a-314020a42ea1</vt:lpwstr>
  </property>
  <property fmtid="{D5CDD505-2E9C-101B-9397-08002B2CF9AE}" pid="23" name="MeetingName_0">
    <vt:lpwstr/>
  </property>
  <property fmtid="{D5CDD505-2E9C-101B-9397-08002B2CF9AE}" pid="24" name="Confidentiality_0">
    <vt:lpwstr>Protected|57ddab83-4635-4615-a38a-314020a42ea1</vt:lpwstr>
  </property>
  <property fmtid="{D5CDD505-2E9C-101B-9397-08002B2CF9AE}" pid="25" name="OriginalLanguage">
    <vt:lpwstr>4;#EN|f2175f21-25d7-44a3-96da-d6a61b075e1b</vt:lpwstr>
  </property>
  <property fmtid="{D5CDD505-2E9C-101B-9397-08002B2CF9AE}" pid="26" name="MeetingName">
    <vt:lpwstr/>
  </property>
  <property fmtid="{D5CDD505-2E9C-101B-9397-08002B2CF9AE}" pid="28" name="AvailableTranslations_0">
    <vt:lpwstr>EN|f2175f21-25d7-44a3-96da-d6a61b075e1b</vt:lpwstr>
  </property>
  <property fmtid="{D5CDD505-2E9C-101B-9397-08002B2CF9AE}" pid="29" name="DocumentStatus_0">
    <vt:lpwstr>TRA|150d2a88-1431-44e6-a8ca-0bb753ab8672</vt:lpwstr>
  </property>
  <property fmtid="{D5CDD505-2E9C-101B-9397-08002B2CF9AE}" pid="30" name="OriginalLanguage_0">
    <vt:lpwstr>EN|f2175f21-25d7-44a3-96da-d6a61b075e1b</vt:lpwstr>
  </property>
  <property fmtid="{D5CDD505-2E9C-101B-9397-08002B2CF9AE}" pid="31" name="TaxCatchAll">
    <vt:lpwstr>12;#Protected|57ddab83-4635-4615-a38a-314020a42ea1;#8;#TRA|150d2a88-1431-44e6-a8ca-0bb753ab8672;#7;#Final|ea5e6674-7b27-4bac-b091-73adbb394efe;#4;#EN|f2175f21-25d7-44a3-96da-d6a61b075e1b;#3;#TCD|cd9d6eb6-3f4f-424a-b2d1-57c9d450eaaf;#1;#CoR|cb2d75ef-4a7d-4393-b797-49ed6298a5ea</vt:lpwstr>
  </property>
  <property fmtid="{D5CDD505-2E9C-101B-9397-08002B2CF9AE}" pid="32" name="VersionStatus_0">
    <vt:lpwstr>Final|ea5e6674-7b27-4bac-b091-73adbb394efe</vt:lpwstr>
  </property>
  <property fmtid="{D5CDD505-2E9C-101B-9397-08002B2CF9AE}" pid="33" name="VersionStatus">
    <vt:lpwstr>7;#Final|ea5e6674-7b27-4bac-b091-73adbb394efe</vt:lpwstr>
  </property>
  <property fmtid="{D5CDD505-2E9C-101B-9397-08002B2CF9AE}" pid="34" name="DocumentYear">
    <vt:i4>2026</vt:i4>
  </property>
  <property fmtid="{D5CDD505-2E9C-101B-9397-08002B2CF9AE}" pid="35" name="FicheNumber">
    <vt:i4>301358</vt:i4>
  </property>
  <property fmtid="{D5CDD505-2E9C-101B-9397-08002B2CF9AE}" pid="36" name="DocumentLanguage">
    <vt:lpwstr>45;#DA|5d49c027-8956-412b-aa16-e85a0f96ad0e</vt:lpwstr>
  </property>
</Properties>
</file>