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5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8D31ECE" w14:textId="77777777" w:rsidR="00803583" w:rsidRPr="000959AC" w:rsidRDefault="00E253A2" w:rsidP="000227D1">
      <w:pPr>
        <w:jc w:val="center"/>
        <w:rPr>
          <w:rFonts w:ascii="Gill Sans Std ExtraBold" w:hAnsi="Gill Sans Std ExtraBold" w:cstheme="majorHAnsi"/>
          <w:b/>
          <w:color w:val="FFFFFF" w:themeColor="background1"/>
          <w:sz w:val="44"/>
          <w:szCs w:val="44"/>
        </w:rPr>
      </w:pPr>
      <w:r>
        <w:rPr>
          <w:rFonts w:ascii="Gill Sans Std ExtraBold" w:hAnsi="Gill Sans Std ExtraBold"/>
          <w:b/>
          <w:sz w:val="44"/>
        </w:rPr>
        <w:t>Насоки за успешна интеграция</w:t>
      </w:r>
    </w:p>
    <w:p w14:paraId="6651A963" w14:textId="4C455104" w:rsidR="00CD2D39" w:rsidRPr="000959AC" w:rsidRDefault="00E253A2">
      <w:pPr>
        <w:jc w:val="center"/>
        <w:rPr>
          <w:rFonts w:asciiTheme="majorHAnsi" w:hAnsiTheme="majorHAnsi" w:cstheme="majorHAnsi"/>
          <w:b/>
          <w:sz w:val="48"/>
          <w:szCs w:val="48"/>
          <w:u w:val="single"/>
        </w:rPr>
      </w:pPr>
      <w:r>
        <w:rPr>
          <w:rFonts w:ascii="Gill Sans Std ExtraBold" w:hAnsi="Gill Sans Std ExtraBold"/>
          <w:b/>
          <w:sz w:val="44"/>
        </w:rPr>
        <w:t>на имигрантите и бежанците,</w:t>
      </w:r>
      <w:r w:rsidR="006106A5">
        <w:rPr>
          <w:b/>
          <w:sz w:val="44"/>
        </w:rPr>
        <w:br/>
      </w:r>
      <w:r>
        <w:rPr>
          <w:rFonts w:ascii="Gill Sans Std ExtraBold" w:hAnsi="Gill Sans Std ExtraBold"/>
          <w:b/>
          <w:sz w:val="44"/>
          <w:u w:val="single"/>
        </w:rPr>
        <w:t xml:space="preserve">легално пребиваващи в ЕС </w:t>
      </w:r>
    </w:p>
    <w:p w14:paraId="65DC3206" w14:textId="77777777" w:rsidR="00CD2D39" w:rsidRPr="000959AC" w:rsidRDefault="00CD2D39">
      <w:pPr>
        <w:jc w:val="center"/>
        <w:rPr>
          <w:rFonts w:asciiTheme="majorHAnsi" w:hAnsiTheme="majorHAnsi" w:cstheme="majorHAnsi"/>
          <w:b/>
          <w:sz w:val="40"/>
          <w:szCs w:val="40"/>
          <w:u w:val="single"/>
        </w:rPr>
      </w:pPr>
    </w:p>
    <w:p w14:paraId="4B780212" w14:textId="46B994F3" w:rsidR="00CD2D39" w:rsidRPr="000959AC" w:rsidRDefault="00003F50" w:rsidP="009F38F7">
      <w:pPr>
        <w:spacing w:line="240" w:lineRule="auto"/>
        <w:jc w:val="center"/>
        <w:rPr>
          <w:rFonts w:asciiTheme="majorHAnsi" w:hAnsiTheme="majorHAnsi" w:cstheme="majorHAnsi"/>
          <w:b/>
          <w:sz w:val="40"/>
          <w:szCs w:val="40"/>
        </w:rPr>
      </w:pPr>
      <w:r>
        <w:rPr>
          <w:rFonts w:asciiTheme="majorHAnsi" w:hAnsiTheme="majorHAnsi"/>
          <w:b/>
          <w:sz w:val="40"/>
        </w:rPr>
        <w:t>Г</w:t>
      </w:r>
      <w:r w:rsidR="00E253A2">
        <w:rPr>
          <w:rFonts w:asciiTheme="majorHAnsi" w:hAnsiTheme="majorHAnsi"/>
          <w:b/>
          <w:sz w:val="40"/>
        </w:rPr>
        <w:t>рупа Renew Europe на КР</w:t>
      </w:r>
      <w:r>
        <w:rPr>
          <w:rFonts w:asciiTheme="majorHAnsi" w:hAnsiTheme="majorHAnsi"/>
          <w:b/>
          <w:sz w:val="40"/>
        </w:rPr>
        <w:t>,</w:t>
      </w:r>
    </w:p>
    <w:p w14:paraId="55F449F9" w14:textId="77777777" w:rsidR="00FA2AEB" w:rsidRPr="000959AC" w:rsidRDefault="00E253A2" w:rsidP="009F38F7">
      <w:pPr>
        <w:spacing w:line="240" w:lineRule="auto"/>
        <w:jc w:val="center"/>
        <w:rPr>
          <w:rFonts w:asciiTheme="majorHAnsi" w:hAnsiTheme="majorHAnsi" w:cstheme="majorHAnsi"/>
          <w:sz w:val="40"/>
          <w:szCs w:val="40"/>
          <w:u w:val="single"/>
        </w:rPr>
      </w:pPr>
      <w:r>
        <w:rPr>
          <w:rFonts w:asciiTheme="majorHAnsi" w:hAnsiTheme="majorHAnsi"/>
          <w:b/>
          <w:sz w:val="40"/>
        </w:rPr>
        <w:t>март 2026 г.</w:t>
      </w:r>
    </w:p>
    <w:p w14:paraId="17C6C2B5" w14:textId="77777777" w:rsidR="00CD2D39" w:rsidRPr="000959AC" w:rsidRDefault="0005582C">
      <w:pPr>
        <w:rPr>
          <w:rFonts w:asciiTheme="majorHAnsi" w:hAnsiTheme="majorHAnsi" w:cstheme="majorHAnsi"/>
          <w:sz w:val="16"/>
          <w:szCs w:val="16"/>
        </w:rPr>
      </w:pPr>
      <w:r>
        <w:rPr>
          <w:rFonts w:asciiTheme="majorHAnsi" w:hAnsiTheme="majorHAnsi"/>
          <w:b/>
          <w:noProof/>
          <w:sz w:val="20"/>
          <w:u w:val="single"/>
        </w:rPr>
        <mc:AlternateContent>
          <mc:Choice Requires="wps">
            <w:drawing>
              <wp:anchor distT="0" distB="0" distL="114300" distR="114300" simplePos="0" relativeHeight="251659776" behindDoc="1" locked="0" layoutInCell="0" allowOverlap="1" wp14:anchorId="4B1E8F8D" wp14:editId="4B42CFB8">
                <wp:simplePos x="0" y="0"/>
                <wp:positionH relativeFrom="page">
                  <wp:posOffset>6846073</wp:posOffset>
                </wp:positionH>
                <wp:positionV relativeFrom="page">
                  <wp:posOffset>9493857</wp:posOffset>
                </wp:positionV>
                <wp:extent cx="667385" cy="412750"/>
                <wp:effectExtent l="0" t="0" r="0" b="6350"/>
                <wp:wrapNone/>
                <wp:docPr id="20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385" cy="412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579C9E9" w14:textId="77777777" w:rsidR="0005582C" w:rsidRPr="00260E65" w:rsidRDefault="0005582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4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z w:val="48"/>
                              </w:rPr>
                              <w:t>BG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B1E8F8D" id="_x0000_t202" coordsize="21600,21600" o:spt="202" path="m,l,21600r21600,l21600,xe">
                <v:stroke joinstyle="miter"/>
                <v:path gradientshapeok="t" o:connecttype="rect"/>
              </v:shapetype>
              <v:shape id="Text Box 17" o:spid="_x0000_s1026" type="#_x0000_t202" style="position:absolute;margin-left:539.05pt;margin-top:747.55pt;width:52.55pt;height:32.5pt;z-index:-25165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" o:allowincell="f" filled="f" stroked="f">
                <v:textbox>
                  <w:txbxContent>
                    <w:p w14:paraId="3579C9E9" w14:textId="77777777" w:rsidR="0005582C" w:rsidRPr="00260E65" w:rsidRDefault="0005582C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48"/>
                        </w:rPr>
                      </w:pPr>
                      <w:r>
                        <w:rPr>
                          <w:rFonts w:ascii="Arial" w:hAnsi="Arial"/>
                          <w:b/>
                          <w:sz w:val="48"/>
                        </w:rPr>
                        <w:t>BG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F2846C9" w14:textId="77777777" w:rsidR="00273113" w:rsidRPr="000959AC" w:rsidRDefault="00273113" w:rsidP="00646124">
      <w:pPr>
        <w:jc w:val="center"/>
        <w:rPr>
          <w:rFonts w:asciiTheme="majorHAnsi" w:hAnsiTheme="majorHAnsi" w:cstheme="majorHAnsi"/>
          <w:b/>
          <w:sz w:val="32"/>
          <w:szCs w:val="32"/>
          <w:u w:val="single"/>
        </w:rPr>
      </w:pPr>
      <w:r>
        <w:rPr>
          <w:rFonts w:asciiTheme="majorHAnsi" w:hAnsiTheme="majorHAnsi"/>
          <w:b/>
          <w:noProof/>
          <w:sz w:val="32"/>
        </w:rPr>
        <w:drawing>
          <wp:inline distT="0" distB="0" distL="0" distR="0" wp14:anchorId="4000AD8B" wp14:editId="5D279724">
            <wp:extent cx="4792042" cy="3195249"/>
            <wp:effectExtent l="0" t="0" r="8890" b="5715"/>
            <wp:docPr id="9" name="Picture 9" descr="Holding han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Holding hands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799766" cy="3200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06D3B" w14:textId="77777777" w:rsidR="007834CB" w:rsidRPr="000959AC" w:rsidRDefault="0093446A" w:rsidP="00790E27">
      <w:pPr>
        <w:ind w:left="709" w:hanging="709"/>
        <w:rPr>
          <w:rFonts w:ascii="Gill Sans Std ExtraBold" w:hAnsi="Gill Sans Std ExtraBold" w:cstheme="majorHAnsi"/>
          <w:b/>
          <w:color w:val="C00000"/>
          <w:sz w:val="36"/>
          <w:szCs w:val="36"/>
        </w:rPr>
      </w:pPr>
      <w:r>
        <w:rPr>
          <w:rFonts w:ascii="Gill Sans Std ExtraBold" w:hAnsi="Gill Sans Std ExtraBold"/>
          <w:b/>
          <w:sz w:val="28"/>
        </w:rPr>
        <w:tab/>
      </w:r>
      <w:r>
        <w:rPr>
          <w:rFonts w:ascii="Gill Sans Std ExtraBold" w:hAnsi="Gill Sans Std ExtraBold"/>
          <w:b/>
          <w:color w:val="C00000"/>
          <w:sz w:val="28"/>
        </w:rPr>
        <w:t xml:space="preserve">Двете </w:t>
      </w:r>
      <w:r>
        <w:rPr>
          <w:rFonts w:ascii="Gill Sans Std ExtraBold" w:hAnsi="Gill Sans Std ExtraBold"/>
          <w:b/>
          <w:color w:val="FFFFFF" w:themeColor="background1"/>
          <w:sz w:val="28"/>
          <w:highlight w:val="black"/>
        </w:rPr>
        <w:t>най-важни</w:t>
      </w:r>
      <w:r>
        <w:rPr>
          <w:rFonts w:ascii="Gill Sans Std ExtraBold" w:hAnsi="Gill Sans Std ExtraBold"/>
          <w:b/>
          <w:color w:val="C00000"/>
          <w:sz w:val="28"/>
          <w:highlight w:val="black"/>
        </w:rPr>
        <w:t xml:space="preserve"> </w:t>
      </w:r>
      <w:r>
        <w:rPr>
          <w:rFonts w:ascii="Gill Sans Std ExtraBold" w:hAnsi="Gill Sans Std ExtraBold"/>
          <w:b/>
          <w:color w:val="C00000"/>
          <w:sz w:val="28"/>
        </w:rPr>
        <w:t>условия, необходими за успешна интеграция, са:</w:t>
      </w:r>
    </w:p>
    <w:p w14:paraId="67DB2C99" w14:textId="77777777" w:rsidR="007834CB" w:rsidRPr="000959AC" w:rsidRDefault="0093446A">
      <w:pPr>
        <w:rPr>
          <w:rFonts w:ascii="Gill Sans Std ExtraBold" w:hAnsi="Gill Sans Std ExtraBold" w:cstheme="majorHAnsi"/>
          <w:b/>
          <w:color w:val="C00000"/>
          <w:sz w:val="28"/>
          <w:szCs w:val="28"/>
        </w:rPr>
      </w:pPr>
      <w:r>
        <w:rPr>
          <w:rFonts w:ascii="Gill Sans Std ExtraBold" w:hAnsi="Gill Sans Std ExtraBold"/>
          <w:b/>
          <w:color w:val="C00000"/>
          <w:sz w:val="28"/>
        </w:rPr>
        <w:tab/>
      </w:r>
      <w:r>
        <w:rPr>
          <w:rFonts w:ascii="Verdana" w:hAnsi="Verdana"/>
          <w:b/>
          <w:color w:val="C00000"/>
          <w:sz w:val="28"/>
        </w:rPr>
        <w:t>1</w:t>
      </w:r>
      <w:r>
        <w:rPr>
          <w:rFonts w:ascii="Gill Sans Std ExtraBold" w:hAnsi="Gill Sans Std ExtraBold"/>
          <w:b/>
          <w:color w:val="C00000"/>
          <w:sz w:val="28"/>
        </w:rPr>
        <w:t xml:space="preserve">. Ангажирано политическо </w:t>
      </w:r>
      <w:r>
        <w:rPr>
          <w:b/>
          <w:color w:val="FFFFFF" w:themeColor="background1"/>
          <w:sz w:val="28"/>
          <w:highlight w:val="black"/>
        </w:rPr>
        <w:t>ръководство</w:t>
      </w:r>
    </w:p>
    <w:p w14:paraId="5E4AE450" w14:textId="77777777" w:rsidR="007834CB" w:rsidRPr="000959AC" w:rsidRDefault="0093446A">
      <w:pPr>
        <w:rPr>
          <w:rFonts w:asciiTheme="majorHAnsi" w:hAnsiTheme="majorHAnsi" w:cstheme="majorHAnsi"/>
          <w:b/>
          <w:sz w:val="36"/>
          <w:szCs w:val="36"/>
        </w:rPr>
      </w:pPr>
      <w:r>
        <w:rPr>
          <w:rFonts w:ascii="Gill Sans Std ExtraBold" w:hAnsi="Gill Sans Std ExtraBold"/>
          <w:b/>
          <w:color w:val="C00000"/>
          <w:sz w:val="28"/>
        </w:rPr>
        <w:tab/>
        <w:t xml:space="preserve">2. </w:t>
      </w:r>
      <w:r>
        <w:rPr>
          <w:rFonts w:ascii="Gill Sans Std ExtraBold" w:hAnsi="Gill Sans Std ExtraBold"/>
          <w:b/>
          <w:color w:val="FFFFFF" w:themeColor="background1"/>
          <w:sz w:val="28"/>
          <w:highlight w:val="black"/>
        </w:rPr>
        <w:t xml:space="preserve">Приемащо </w:t>
      </w:r>
      <w:r>
        <w:rPr>
          <w:rFonts w:ascii="Gill Sans Std ExtraBold" w:hAnsi="Gill Sans Std ExtraBold"/>
          <w:b/>
          <w:color w:val="C00000"/>
          <w:sz w:val="28"/>
        </w:rPr>
        <w:t>население, което участва активно</w:t>
      </w:r>
      <w:r>
        <w:rPr>
          <w:rFonts w:ascii="Gill Sans Std ExtraBold" w:hAnsi="Gill Sans Std ExtraBold"/>
          <w:b/>
        </w:rPr>
        <w:br w:type="page"/>
      </w:r>
    </w:p>
    <w:p w14:paraId="7A25BF21" w14:textId="77777777" w:rsidR="00CE50D3" w:rsidRPr="000959AC" w:rsidRDefault="00CE50D3" w:rsidP="00646124">
      <w:pPr>
        <w:jc w:val="center"/>
        <w:rPr>
          <w:rFonts w:ascii="Verdana" w:hAnsi="Verdana" w:cstheme="majorHAnsi"/>
          <w:b/>
          <w:color w:val="FFFFFF" w:themeColor="background1"/>
          <w:sz w:val="32"/>
          <w:szCs w:val="32"/>
          <w:highlight w:val="black"/>
          <w:u w:val="single"/>
        </w:rPr>
      </w:pPr>
    </w:p>
    <w:p w14:paraId="15224EAD" w14:textId="6D1DA8BB" w:rsidR="00646124" w:rsidRPr="000959AC" w:rsidRDefault="00803583" w:rsidP="00305A69">
      <w:pPr>
        <w:spacing w:line="264" w:lineRule="auto"/>
        <w:jc w:val="center"/>
        <w:rPr>
          <w:rFonts w:ascii="Gill Sans Std ExtraBold" w:hAnsi="Gill Sans Std ExtraBold" w:cstheme="majorHAnsi"/>
          <w:sz w:val="36"/>
          <w:szCs w:val="36"/>
          <w:u w:val="single"/>
        </w:rPr>
      </w:pPr>
      <w:r>
        <w:rPr>
          <w:rFonts w:ascii="Verdana" w:hAnsi="Verdana"/>
          <w:b/>
          <w:color w:val="FFFFFF" w:themeColor="background1"/>
          <w:sz w:val="32"/>
          <w:highlight w:val="black"/>
          <w:u w:val="single"/>
        </w:rPr>
        <w:t>1.</w:t>
      </w:r>
      <w:r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 xml:space="preserve"> </w:t>
      </w:r>
      <w:r>
        <w:rPr>
          <w:rFonts w:ascii="Gill Sans Std ExtraBold" w:hAnsi="Gill Sans Std ExtraBold"/>
          <w:b/>
          <w:color w:val="FFFFFF" w:themeColor="background1"/>
          <w:sz w:val="32"/>
          <w:highlight w:val="black"/>
        </w:rPr>
        <w:t>Лидерство</w:t>
      </w:r>
      <w:r>
        <w:rPr>
          <w:b/>
          <w:sz w:val="32"/>
        </w:rPr>
        <w:t xml:space="preserve">: </w:t>
      </w:r>
      <w:r>
        <w:rPr>
          <w:rFonts w:ascii="Gill Sans Std ExtraBold" w:hAnsi="Gill Sans Std ExtraBold"/>
          <w:b/>
          <w:color w:val="C00000"/>
          <w:sz w:val="32"/>
          <w:u w:val="single"/>
        </w:rPr>
        <w:t>практически препоръки за местните лидери</w:t>
      </w:r>
    </w:p>
    <w:p w14:paraId="514FA0DC" w14:textId="25DF1255" w:rsidR="00646124" w:rsidRPr="000959AC" w:rsidRDefault="00305A69" w:rsidP="00305A69">
      <w:pPr>
        <w:spacing w:line="264" w:lineRule="auto"/>
        <w:rPr>
          <w:rFonts w:asciiTheme="majorHAnsi" w:hAnsiTheme="majorHAnsi" w:cstheme="majorHAnsi"/>
          <w:i/>
          <w:iCs/>
          <w:sz w:val="28"/>
          <w:szCs w:val="28"/>
        </w:rPr>
      </w:pPr>
      <w:r>
        <w:rPr>
          <w:rFonts w:asciiTheme="majorHAnsi" w:hAnsiTheme="majorHAnsi"/>
          <w:i/>
          <w:noProof/>
          <w:sz w:val="28"/>
        </w:rPr>
        <w:drawing>
          <wp:anchor distT="0" distB="0" distL="114300" distR="114300" simplePos="0" relativeHeight="251658240" behindDoc="0" locked="0" layoutInCell="1" allowOverlap="1" wp14:anchorId="464BA3DE" wp14:editId="52DE1CFD">
            <wp:simplePos x="0" y="0"/>
            <wp:positionH relativeFrom="column">
              <wp:posOffset>187960</wp:posOffset>
            </wp:positionH>
            <wp:positionV relativeFrom="paragraph">
              <wp:posOffset>88900</wp:posOffset>
            </wp:positionV>
            <wp:extent cx="487045" cy="431165"/>
            <wp:effectExtent l="19050" t="19050" r="27305" b="26035"/>
            <wp:wrapSquare wrapText="bothSides"/>
            <wp:docPr id="11" name="Picture 11" descr="Stopwatch with time motion blu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Stopwatch with time motion blur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87045" cy="4311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3113">
        <w:t xml:space="preserve"> </w:t>
      </w:r>
      <w:r w:rsidR="00273113">
        <w:rPr>
          <w:i/>
          <w:iCs/>
          <w:sz w:val="36"/>
        </w:rPr>
        <w:t>Краткосрочни действия (0—12 месеца)</w:t>
      </w:r>
    </w:p>
    <w:p w14:paraId="029C4084" w14:textId="77777777" w:rsidR="00305A69" w:rsidRDefault="00305A69" w:rsidP="00305A69">
      <w:pPr>
        <w:spacing w:after="0" w:line="264" w:lineRule="auto"/>
        <w:jc w:val="both"/>
        <w:rPr>
          <w:sz w:val="28"/>
        </w:rPr>
      </w:pPr>
    </w:p>
    <w:p w14:paraId="47996199" w14:textId="6A4F632A" w:rsidR="00273113" w:rsidRPr="000959AC" w:rsidRDefault="00646124" w:rsidP="00305A69">
      <w:pPr>
        <w:spacing w:after="60" w:line="264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sz w:val="28"/>
        </w:rPr>
        <w:t xml:space="preserve"> </w:t>
      </w:r>
      <w:r w:rsidRPr="002E2530">
        <w:rPr>
          <w:rFonts w:asciiTheme="majorHAnsi" w:hAnsiTheme="majorHAnsi"/>
          <w:sz w:val="28"/>
        </w:rPr>
        <w:t>Стартиране на програма „Посланици на добрия прием“, в рамките на която местни граждани се срещат доброволно и</w:t>
      </w:r>
      <w:r>
        <w:rPr>
          <w:sz w:val="28"/>
        </w:rPr>
        <w:t xml:space="preserve"> </w:t>
      </w:r>
      <w:r w:rsidRPr="002E2530">
        <w:rPr>
          <w:rFonts w:asciiTheme="majorHAnsi" w:hAnsiTheme="majorHAnsi"/>
          <w:sz w:val="28"/>
        </w:rPr>
        <w:t>напътстват един или повече имигранти за определен период от време, като предоставят съвети относно митниците, прости административни процедури, основна езикова помощ и създават благоприятни условия за срещи с други местни граждани,</w:t>
      </w:r>
      <w:r>
        <w:rPr>
          <w:rFonts w:asciiTheme="majorHAnsi" w:hAnsiTheme="majorHAnsi"/>
          <w:sz w:val="28"/>
        </w:rPr>
        <w:t xml:space="preserve"> с цел да се намали изолацията. Обучаване на доброволците и предлагане на сертификати като признание за тяхното обучение.</w:t>
      </w:r>
    </w:p>
    <w:p w14:paraId="62421281" w14:textId="77777777" w:rsidR="009F4F12" w:rsidRPr="000959AC" w:rsidRDefault="00646124" w:rsidP="00305A69">
      <w:pPr>
        <w:spacing w:after="60" w:line="264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sz w:val="28"/>
        </w:rPr>
        <w:t xml:space="preserve"> </w:t>
      </w:r>
      <w:r w:rsidRPr="002E2530">
        <w:rPr>
          <w:rFonts w:asciiTheme="majorHAnsi" w:hAnsiTheme="majorHAnsi"/>
          <w:sz w:val="28"/>
        </w:rPr>
        <w:t>Създаване на център за интеграция от тип „На едно гише“, предлагащ на новодошлите:</w:t>
      </w:r>
      <w:r>
        <w:rPr>
          <w:rFonts w:asciiTheme="majorHAnsi" w:hAnsiTheme="majorHAnsi"/>
          <w:sz w:val="28"/>
        </w:rPr>
        <w:t xml:space="preserve"> </w:t>
      </w:r>
    </w:p>
    <w:p w14:paraId="1BCCDC98" w14:textId="77777777" w:rsidR="009F4F12" w:rsidRPr="00790E27" w:rsidRDefault="0093446A" w:rsidP="00305A69">
      <w:pPr>
        <w:pStyle w:val="ListParagraph"/>
        <w:numPr>
          <w:ilvl w:val="0"/>
          <w:numId w:val="38"/>
        </w:numPr>
        <w:spacing w:after="60" w:line="264" w:lineRule="auto"/>
        <w:ind w:left="992" w:hanging="425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 xml:space="preserve">информация за техните отговорности и права съгласно местното, регионалното, националното и европейското законодателство; </w:t>
      </w:r>
    </w:p>
    <w:p w14:paraId="1D37851E" w14:textId="77777777" w:rsidR="009F4F12" w:rsidRPr="00790E27" w:rsidRDefault="0093446A" w:rsidP="00305A69">
      <w:pPr>
        <w:pStyle w:val="ListParagraph"/>
        <w:numPr>
          <w:ilvl w:val="0"/>
          <w:numId w:val="38"/>
        </w:numPr>
        <w:spacing w:after="60" w:line="264" w:lineRule="auto"/>
        <w:ind w:left="992" w:hanging="425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 xml:space="preserve">езикови курсове с акцент върху разговорния език в ежедневието; необходимо е да се отчита нивото на цифровите умения на новодошлия; </w:t>
      </w:r>
    </w:p>
    <w:p w14:paraId="75FA97D4" w14:textId="77777777" w:rsidR="009F4F12" w:rsidRPr="00790E27" w:rsidRDefault="0093446A" w:rsidP="00305A69">
      <w:pPr>
        <w:pStyle w:val="ListParagraph"/>
        <w:numPr>
          <w:ilvl w:val="0"/>
          <w:numId w:val="38"/>
        </w:numPr>
        <w:spacing w:after="60" w:line="264" w:lineRule="auto"/>
        <w:ind w:left="992" w:hanging="425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 xml:space="preserve">административна подкрепа (пребиваване, достъп до здравеопазване, признаване на дипломи и др.); </w:t>
      </w:r>
    </w:p>
    <w:p w14:paraId="299F883E" w14:textId="77777777" w:rsidR="00273113" w:rsidRPr="00790E27" w:rsidRDefault="0093446A" w:rsidP="00305A69">
      <w:pPr>
        <w:pStyle w:val="ListParagraph"/>
        <w:numPr>
          <w:ilvl w:val="0"/>
          <w:numId w:val="38"/>
        </w:numPr>
        <w:spacing w:after="60" w:line="264" w:lineRule="auto"/>
        <w:ind w:left="992" w:hanging="425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 xml:space="preserve">семинари за писане на автобиография и информация за възможностите за работа. </w:t>
      </w:r>
    </w:p>
    <w:p w14:paraId="683A7F79" w14:textId="77777777" w:rsidR="009A5508" w:rsidRPr="002E2530" w:rsidRDefault="00646124" w:rsidP="00305A69">
      <w:pPr>
        <w:spacing w:after="60" w:line="264" w:lineRule="auto"/>
        <w:jc w:val="both"/>
        <w:rPr>
          <w:rFonts w:asciiTheme="majorHAnsi" w:hAnsiTheme="majorHAnsi"/>
          <w:sz w:val="28"/>
        </w:rPr>
      </w:pPr>
      <w:r>
        <w:rPr>
          <w:rFonts w:ascii="Segoe UI Emoji" w:hAnsi="Segoe UI Emoji"/>
          <w:sz w:val="28"/>
        </w:rPr>
        <w:t>✅</w:t>
      </w:r>
      <w:r>
        <w:rPr>
          <w:sz w:val="28"/>
        </w:rPr>
        <w:t xml:space="preserve"> </w:t>
      </w:r>
      <w:r w:rsidRPr="002E2530">
        <w:rPr>
          <w:rFonts w:asciiTheme="majorHAnsi" w:hAnsiTheme="majorHAnsi"/>
          <w:sz w:val="28"/>
        </w:rPr>
        <w:t>Партньорство с местни работодатели (частни и публични), за предлагане на стажове за имигранти.</w:t>
      </w:r>
      <w:r>
        <w:rPr>
          <w:rFonts w:asciiTheme="majorHAnsi" w:hAnsiTheme="majorHAnsi"/>
          <w:sz w:val="28"/>
        </w:rPr>
        <w:t xml:space="preserve"> Управителите на предприятия често са ключови съюзници в улесняването на успешната интеграция.</w:t>
      </w:r>
    </w:p>
    <w:p w14:paraId="273933B4" w14:textId="77777777" w:rsidR="00E612E2" w:rsidRPr="000959AC" w:rsidRDefault="00646124" w:rsidP="00305A69">
      <w:pPr>
        <w:spacing w:after="0" w:line="264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sz w:val="28"/>
        </w:rPr>
        <w:t xml:space="preserve"> </w:t>
      </w:r>
      <w:r w:rsidRPr="002E2530">
        <w:rPr>
          <w:rFonts w:asciiTheme="majorHAnsi" w:hAnsiTheme="majorHAnsi"/>
          <w:sz w:val="28"/>
        </w:rPr>
        <w:t>Организиране на редовни публични форуми с населението на приемащата държава за обсъждане на възможностите, напредъка и предизвикателствата на напредъка на интеграцията (напр. на всеки 3 месеца).</w:t>
      </w:r>
      <w:r>
        <w:rPr>
          <w:rFonts w:asciiTheme="majorHAnsi" w:hAnsiTheme="majorHAnsi"/>
          <w:sz w:val="28"/>
        </w:rPr>
        <w:t xml:space="preserve"> Включване на местните медии.</w:t>
      </w:r>
      <w:r>
        <w:rPr>
          <w:rFonts w:asciiTheme="majorHAnsi" w:hAnsiTheme="majorHAnsi"/>
          <w:sz w:val="28"/>
        </w:rPr>
        <w:br w:type="page"/>
      </w:r>
    </w:p>
    <w:p w14:paraId="588145B3" w14:textId="77777777" w:rsidR="00646124" w:rsidRPr="000959AC" w:rsidRDefault="00646124" w:rsidP="00646124">
      <w:pPr>
        <w:rPr>
          <w:rFonts w:asciiTheme="majorHAnsi" w:hAnsiTheme="majorHAnsi" w:cstheme="majorHAnsi"/>
          <w:sz w:val="28"/>
          <w:szCs w:val="28"/>
        </w:rPr>
      </w:pPr>
    </w:p>
    <w:p w14:paraId="725BBE8A" w14:textId="77777777" w:rsidR="00646124" w:rsidRPr="000959AC" w:rsidRDefault="009F4F12" w:rsidP="00646124">
      <w:pPr>
        <w:rPr>
          <w:rFonts w:asciiTheme="majorHAnsi" w:hAnsiTheme="majorHAnsi" w:cstheme="majorHAnsi"/>
          <w:i/>
          <w:iCs/>
          <w:sz w:val="36"/>
          <w:szCs w:val="36"/>
        </w:rPr>
      </w:pPr>
      <w:r>
        <w:rPr>
          <w:rFonts w:asciiTheme="majorHAnsi" w:hAnsiTheme="majorHAnsi"/>
          <w:i/>
          <w:noProof/>
          <w:sz w:val="36"/>
        </w:rPr>
        <w:drawing>
          <wp:anchor distT="0" distB="0" distL="114300" distR="114300" simplePos="0" relativeHeight="251656704" behindDoc="0" locked="0" layoutInCell="1" allowOverlap="1" wp14:anchorId="7833F7E8" wp14:editId="2E0AF8BE">
            <wp:simplePos x="0" y="0"/>
            <wp:positionH relativeFrom="column">
              <wp:posOffset>19050</wp:posOffset>
            </wp:positionH>
            <wp:positionV relativeFrom="paragraph">
              <wp:posOffset>15875</wp:posOffset>
            </wp:positionV>
            <wp:extent cx="984250" cy="659356"/>
            <wp:effectExtent l="19050" t="19050" r="25400" b="26670"/>
            <wp:wrapSquare wrapText="bothSides"/>
            <wp:docPr id="13" name="Picture 13" descr="Hourglass and a calend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Hourglass and a calendar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84250" cy="65935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</w:t>
      </w:r>
      <w:r>
        <w:rPr>
          <w:rFonts w:asciiTheme="majorHAnsi" w:hAnsiTheme="majorHAnsi"/>
          <w:i/>
          <w:sz w:val="36"/>
        </w:rPr>
        <w:t>Средносрочни действия (1—3 години)</w:t>
      </w:r>
    </w:p>
    <w:p w14:paraId="44A99E28" w14:textId="77777777" w:rsidR="00E612E2" w:rsidRPr="000959AC" w:rsidRDefault="00E612E2" w:rsidP="00646124">
      <w:pPr>
        <w:rPr>
          <w:rFonts w:ascii="Segoe UI Emoji" w:hAnsi="Segoe UI Emoji" w:cs="Segoe UI Emoji"/>
          <w:sz w:val="28"/>
          <w:szCs w:val="28"/>
        </w:rPr>
      </w:pPr>
    </w:p>
    <w:p w14:paraId="3A253F45" w14:textId="77777777" w:rsidR="00273113" w:rsidRPr="002E2530" w:rsidRDefault="00646124" w:rsidP="00CA2DED">
      <w:pPr>
        <w:jc w:val="both"/>
        <w:rPr>
          <w:rFonts w:asciiTheme="majorHAnsi" w:hAnsiTheme="majorHAnsi"/>
          <w:sz w:val="28"/>
        </w:rPr>
      </w:pPr>
      <w:r>
        <w:rPr>
          <w:rFonts w:ascii="Segoe UI Emoji" w:hAnsi="Segoe UI Emoji"/>
          <w:sz w:val="28"/>
        </w:rPr>
        <w:t>✅</w:t>
      </w:r>
      <w:r>
        <w:rPr>
          <w:sz w:val="28"/>
        </w:rPr>
        <w:t xml:space="preserve"> </w:t>
      </w:r>
      <w:r w:rsidRPr="002E2530">
        <w:rPr>
          <w:rFonts w:asciiTheme="majorHAnsi" w:hAnsiTheme="majorHAnsi"/>
          <w:sz w:val="28"/>
        </w:rPr>
        <w:t>Създаване на квартални екипи, които обединяват местните жители и имигрантите, за да се справят заедно с предизвикателствата в квартала.</w:t>
      </w:r>
      <w:r>
        <w:rPr>
          <w:rFonts w:asciiTheme="majorHAnsi" w:hAnsiTheme="majorHAnsi"/>
          <w:sz w:val="28"/>
        </w:rPr>
        <w:t xml:space="preserve"> Данните показват, че създаването на пространства, в които приемащото население и имигрантите могат да се срещат, да се разбират, да намират общи интереси и да създават решения заедно, спомага за изграждането на общност и намаляването на напрежението. </w:t>
      </w:r>
    </w:p>
    <w:p w14:paraId="41F912A2" w14:textId="77777777" w:rsidR="00273113" w:rsidRPr="002E2530" w:rsidRDefault="00646124" w:rsidP="00CA2DED">
      <w:pPr>
        <w:jc w:val="both"/>
        <w:rPr>
          <w:rFonts w:asciiTheme="majorHAnsi" w:hAnsiTheme="majorHAnsi"/>
          <w:sz w:val="28"/>
        </w:rPr>
      </w:pPr>
      <w:r>
        <w:rPr>
          <w:rFonts w:ascii="Segoe UI Emoji" w:hAnsi="Segoe UI Emoji"/>
          <w:sz w:val="28"/>
        </w:rPr>
        <w:t>✅</w:t>
      </w:r>
      <w:r>
        <w:rPr>
          <w:sz w:val="28"/>
        </w:rPr>
        <w:t xml:space="preserve"> </w:t>
      </w:r>
      <w:r w:rsidRPr="002E2530">
        <w:rPr>
          <w:rFonts w:asciiTheme="majorHAnsi" w:hAnsiTheme="majorHAnsi"/>
          <w:sz w:val="28"/>
        </w:rPr>
        <w:t>Разработване на цифрова платформа за свързване на домакини и имигранти (напр. в сферата на жилищното настаняване, наставничеството, умения, хобитата и др.).</w:t>
      </w:r>
      <w:r>
        <w:rPr>
          <w:rFonts w:asciiTheme="majorHAnsi" w:hAnsiTheme="majorHAnsi"/>
          <w:sz w:val="28"/>
        </w:rPr>
        <w:t xml:space="preserve"> </w:t>
      </w:r>
    </w:p>
    <w:p w14:paraId="0B4C9F28" w14:textId="77777777" w:rsidR="00273113" w:rsidRPr="002E2530" w:rsidRDefault="00646124" w:rsidP="00CA2DED">
      <w:pPr>
        <w:jc w:val="both"/>
        <w:rPr>
          <w:rFonts w:asciiTheme="majorHAnsi" w:hAnsiTheme="majorHAnsi"/>
          <w:sz w:val="28"/>
        </w:rPr>
      </w:pPr>
      <w:r>
        <w:rPr>
          <w:rFonts w:ascii="Segoe UI Emoji" w:hAnsi="Segoe UI Emoji"/>
          <w:sz w:val="28"/>
        </w:rPr>
        <w:t>✅</w:t>
      </w:r>
      <w:r>
        <w:rPr>
          <w:sz w:val="28"/>
        </w:rPr>
        <w:t xml:space="preserve"> </w:t>
      </w:r>
      <w:r w:rsidRPr="002E2530">
        <w:rPr>
          <w:rFonts w:asciiTheme="majorHAnsi" w:hAnsiTheme="majorHAnsi"/>
          <w:sz w:val="28"/>
        </w:rPr>
        <w:t>Търсене и получаване на финансиране от ЕС/регионално финансиране (напр. ФУМИ, ЕСФ) за дългосрочни програми.</w:t>
      </w:r>
      <w:r>
        <w:rPr>
          <w:rFonts w:asciiTheme="majorHAnsi" w:hAnsiTheme="majorHAnsi"/>
          <w:sz w:val="28"/>
        </w:rPr>
        <w:t xml:space="preserve"> </w:t>
      </w:r>
    </w:p>
    <w:p w14:paraId="15826DE4" w14:textId="77777777" w:rsidR="00273113" w:rsidRPr="002E2530" w:rsidRDefault="00646124" w:rsidP="00CA2DED">
      <w:pPr>
        <w:jc w:val="both"/>
        <w:rPr>
          <w:rFonts w:asciiTheme="majorHAnsi" w:hAnsiTheme="majorHAnsi"/>
          <w:sz w:val="28"/>
        </w:rPr>
      </w:pPr>
      <w:r>
        <w:rPr>
          <w:rFonts w:ascii="Segoe UI Emoji" w:hAnsi="Segoe UI Emoji"/>
          <w:sz w:val="28"/>
        </w:rPr>
        <w:t>✅</w:t>
      </w:r>
      <w:r>
        <w:rPr>
          <w:sz w:val="28"/>
        </w:rPr>
        <w:t xml:space="preserve"> </w:t>
      </w:r>
      <w:r w:rsidRPr="002E2530">
        <w:rPr>
          <w:rFonts w:asciiTheme="majorHAnsi" w:hAnsiTheme="majorHAnsi"/>
          <w:sz w:val="28"/>
        </w:rPr>
        <w:t>Обучаване на полицията, учителите и здравните работници за улесняване на процеса на интеграция, предоставяне на съвети, признаване и приемане на многообразието в общността.</w:t>
      </w:r>
      <w:r>
        <w:rPr>
          <w:rFonts w:asciiTheme="majorHAnsi" w:hAnsiTheme="majorHAnsi"/>
          <w:sz w:val="28"/>
        </w:rPr>
        <w:t xml:space="preserve"> </w:t>
      </w:r>
    </w:p>
    <w:p w14:paraId="47BE8BAF" w14:textId="77777777" w:rsidR="003E6EF1" w:rsidRPr="002E2530" w:rsidRDefault="00646124" w:rsidP="00CA2DED">
      <w:pPr>
        <w:jc w:val="both"/>
        <w:rPr>
          <w:rFonts w:asciiTheme="majorHAnsi" w:hAnsiTheme="majorHAnsi"/>
          <w:sz w:val="28"/>
        </w:rPr>
      </w:pPr>
      <w:r>
        <w:rPr>
          <w:rFonts w:ascii="Segoe UI Emoji" w:hAnsi="Segoe UI Emoji"/>
          <w:sz w:val="28"/>
        </w:rPr>
        <w:t>✅</w:t>
      </w:r>
      <w:r>
        <w:rPr>
          <w:sz w:val="28"/>
        </w:rPr>
        <w:t xml:space="preserve"> </w:t>
      </w:r>
      <w:r w:rsidRPr="002E2530">
        <w:rPr>
          <w:rFonts w:asciiTheme="majorHAnsi" w:hAnsiTheme="majorHAnsi"/>
          <w:sz w:val="28"/>
        </w:rPr>
        <w:t>Домакинство на ежегоден „Фестивал на интеграцията“, организиран от имигранти, на който да бъдат показани любимите им кулинарни ястия, музика и художествени творби.</w:t>
      </w:r>
    </w:p>
    <w:p w14:paraId="740199D4" w14:textId="06C5D334" w:rsidR="00305A69" w:rsidRDefault="00305A69">
      <w:pPr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 w:cstheme="majorHAnsi"/>
          <w:sz w:val="28"/>
          <w:szCs w:val="28"/>
        </w:rPr>
        <w:br w:type="page"/>
      </w:r>
    </w:p>
    <w:p w14:paraId="7C77515F" w14:textId="77777777" w:rsidR="00646124" w:rsidRPr="000959AC" w:rsidRDefault="009F4F12" w:rsidP="00646124">
      <w:pPr>
        <w:rPr>
          <w:rFonts w:asciiTheme="majorHAnsi" w:hAnsiTheme="majorHAnsi" w:cstheme="majorHAnsi"/>
          <w:i/>
          <w:iCs/>
          <w:sz w:val="28"/>
          <w:szCs w:val="28"/>
        </w:rPr>
      </w:pPr>
      <w:r>
        <w:rPr>
          <w:rFonts w:asciiTheme="majorHAnsi" w:hAnsiTheme="majorHAnsi"/>
          <w:i/>
          <w:noProof/>
          <w:sz w:val="36"/>
        </w:rPr>
        <w:lastRenderedPageBreak/>
        <w:drawing>
          <wp:anchor distT="0" distB="0" distL="114300" distR="114300" simplePos="0" relativeHeight="251657728" behindDoc="0" locked="0" layoutInCell="1" allowOverlap="1" wp14:anchorId="1A99BFB5" wp14:editId="75F55AE6">
            <wp:simplePos x="0" y="0"/>
            <wp:positionH relativeFrom="column">
              <wp:posOffset>0</wp:posOffset>
            </wp:positionH>
            <wp:positionV relativeFrom="paragraph">
              <wp:posOffset>1270</wp:posOffset>
            </wp:positionV>
            <wp:extent cx="1295400" cy="863450"/>
            <wp:effectExtent l="19050" t="19050" r="19050" b="13335"/>
            <wp:wrapSquare wrapText="bothSides"/>
            <wp:docPr id="14" name="Picture 14" descr="Calend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Calendar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8634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</w:t>
      </w:r>
      <w:r>
        <w:rPr>
          <w:rFonts w:asciiTheme="majorHAnsi" w:hAnsiTheme="majorHAnsi"/>
          <w:i/>
          <w:sz w:val="36"/>
        </w:rPr>
        <w:t>Дългосрочни действия (3—5 години)</w:t>
      </w:r>
    </w:p>
    <w:p w14:paraId="0879B75B" w14:textId="77777777" w:rsidR="00E612E2" w:rsidRPr="000959AC" w:rsidRDefault="00E612E2" w:rsidP="00646124">
      <w:pPr>
        <w:rPr>
          <w:rFonts w:ascii="Segoe UI Emoji" w:hAnsi="Segoe UI Emoji" w:cs="Segoe UI Emoji"/>
          <w:sz w:val="28"/>
          <w:szCs w:val="28"/>
        </w:rPr>
      </w:pPr>
    </w:p>
    <w:p w14:paraId="407BCBB1" w14:textId="77777777" w:rsidR="00E612E2" w:rsidRPr="000959AC" w:rsidRDefault="00E612E2" w:rsidP="00305A69">
      <w:pPr>
        <w:spacing w:after="0"/>
        <w:rPr>
          <w:rFonts w:ascii="Segoe UI Emoji" w:hAnsi="Segoe UI Emoji" w:cs="Segoe UI Emoji"/>
          <w:sz w:val="28"/>
          <w:szCs w:val="28"/>
        </w:rPr>
      </w:pPr>
    </w:p>
    <w:p w14:paraId="68421087" w14:textId="77777777" w:rsidR="00273113" w:rsidRPr="002E2530" w:rsidRDefault="00646124" w:rsidP="00CA2DED">
      <w:pPr>
        <w:jc w:val="both"/>
        <w:rPr>
          <w:rFonts w:asciiTheme="majorHAnsi" w:hAnsiTheme="majorHAnsi"/>
          <w:sz w:val="28"/>
        </w:rPr>
      </w:pPr>
      <w:r>
        <w:rPr>
          <w:rFonts w:ascii="Segoe UI Emoji" w:hAnsi="Segoe UI Emoji"/>
          <w:sz w:val="28"/>
        </w:rPr>
        <w:t>✅</w:t>
      </w:r>
      <w:r>
        <w:rPr>
          <w:sz w:val="28"/>
        </w:rPr>
        <w:t xml:space="preserve"> </w:t>
      </w:r>
      <w:r w:rsidRPr="002E2530">
        <w:rPr>
          <w:rFonts w:asciiTheme="majorHAnsi" w:hAnsiTheme="majorHAnsi"/>
          <w:sz w:val="28"/>
        </w:rPr>
        <w:t>Насърчаване и улесняване на представителството на имигрантите в местния демократичен процес.</w:t>
      </w:r>
      <w:r>
        <w:rPr>
          <w:rFonts w:asciiTheme="majorHAnsi" w:hAnsiTheme="majorHAnsi"/>
          <w:sz w:val="28"/>
        </w:rPr>
        <w:t xml:space="preserve"> Гарантиране, че те разбират как той функционира, какво се очаква от тях, какви са техните права, какво не е разрешено и как да допринесат за местния демократичен живот. Експериментиране с квартални или училищни съвети.</w:t>
      </w:r>
    </w:p>
    <w:p w14:paraId="4980F2F8" w14:textId="77777777" w:rsidR="00904000" w:rsidRPr="002E2530" w:rsidRDefault="00646124" w:rsidP="00CA2DED">
      <w:pPr>
        <w:jc w:val="both"/>
        <w:rPr>
          <w:rFonts w:asciiTheme="majorHAnsi" w:hAnsiTheme="majorHAnsi"/>
          <w:sz w:val="28"/>
        </w:rPr>
      </w:pPr>
      <w:r>
        <w:rPr>
          <w:rFonts w:ascii="Segoe UI Emoji" w:hAnsi="Segoe UI Emoji"/>
          <w:sz w:val="28"/>
        </w:rPr>
        <w:t>✅</w:t>
      </w:r>
      <w:r>
        <w:rPr>
          <w:sz w:val="28"/>
        </w:rPr>
        <w:t xml:space="preserve"> </w:t>
      </w:r>
      <w:r w:rsidRPr="002E2530">
        <w:rPr>
          <w:rFonts w:asciiTheme="majorHAnsi" w:hAnsiTheme="majorHAnsi"/>
          <w:sz w:val="28"/>
        </w:rPr>
        <w:t>Създаване на общински фонд за интеграция с вноски от предприятия, които създават смесени пространства за взаимодействие между домакините и имигрантите (например за съвместни градски градинарски дейности, културни/музикални семинари и др.).</w:t>
      </w:r>
      <w:r>
        <w:rPr>
          <w:rFonts w:asciiTheme="majorHAnsi" w:hAnsiTheme="majorHAnsi"/>
          <w:sz w:val="28"/>
        </w:rPr>
        <w:t xml:space="preserve"> </w:t>
      </w:r>
    </w:p>
    <w:p w14:paraId="72F5EB75" w14:textId="77777777" w:rsidR="00273113" w:rsidRPr="002E2530" w:rsidRDefault="00646124" w:rsidP="00CA2DED">
      <w:pPr>
        <w:jc w:val="both"/>
        <w:rPr>
          <w:rFonts w:asciiTheme="majorHAnsi" w:hAnsiTheme="majorHAnsi"/>
          <w:sz w:val="28"/>
        </w:rPr>
      </w:pPr>
      <w:r>
        <w:rPr>
          <w:rFonts w:ascii="Segoe UI Emoji" w:hAnsi="Segoe UI Emoji"/>
          <w:sz w:val="28"/>
        </w:rPr>
        <w:t>✅</w:t>
      </w:r>
      <w:r>
        <w:rPr>
          <w:sz w:val="28"/>
        </w:rPr>
        <w:t xml:space="preserve"> </w:t>
      </w:r>
      <w:r w:rsidRPr="002E2530">
        <w:rPr>
          <w:rFonts w:asciiTheme="majorHAnsi" w:hAnsiTheme="majorHAnsi"/>
          <w:sz w:val="28"/>
        </w:rPr>
        <w:t>Разширяване на партньорствата с местни работодатели (частни и публични), за да се включи обучение за конкретни сектори, като например здравеопазването или информационните технологии.</w:t>
      </w:r>
      <w:r>
        <w:rPr>
          <w:rFonts w:asciiTheme="majorHAnsi" w:hAnsiTheme="majorHAnsi"/>
          <w:sz w:val="28"/>
        </w:rPr>
        <w:t xml:space="preserve"> </w:t>
      </w:r>
    </w:p>
    <w:p w14:paraId="5F56DFC3" w14:textId="77777777" w:rsidR="00273113" w:rsidRPr="002E2530" w:rsidRDefault="00646124" w:rsidP="00CA2DED">
      <w:pPr>
        <w:jc w:val="both"/>
        <w:rPr>
          <w:rFonts w:asciiTheme="majorHAnsi" w:hAnsiTheme="majorHAnsi"/>
          <w:sz w:val="28"/>
        </w:rPr>
      </w:pPr>
      <w:r>
        <w:rPr>
          <w:rFonts w:ascii="Segoe UI Emoji" w:hAnsi="Segoe UI Emoji"/>
          <w:sz w:val="28"/>
        </w:rPr>
        <w:t>✅</w:t>
      </w:r>
      <w:r>
        <w:rPr>
          <w:sz w:val="28"/>
        </w:rPr>
        <w:t xml:space="preserve"> </w:t>
      </w:r>
      <w:r w:rsidRPr="002E2530">
        <w:rPr>
          <w:rFonts w:asciiTheme="majorHAnsi" w:hAnsiTheme="majorHAnsi"/>
          <w:sz w:val="28"/>
        </w:rPr>
        <w:t>Публикуване на годишен доклад за интеграцията, в който да се проследява как доброволчеството от страна на населението на приемащата държава допринася за успешните резултати.</w:t>
      </w:r>
      <w:r>
        <w:rPr>
          <w:rFonts w:asciiTheme="majorHAnsi" w:hAnsiTheme="majorHAnsi"/>
          <w:sz w:val="28"/>
        </w:rPr>
        <w:t xml:space="preserve"> Широко разпространение на този доклад. </w:t>
      </w:r>
    </w:p>
    <w:p w14:paraId="22D32A36" w14:textId="77777777" w:rsidR="00F66EDD" w:rsidRPr="002E2530" w:rsidRDefault="00646124" w:rsidP="00F66EDD">
      <w:pPr>
        <w:jc w:val="both"/>
        <w:rPr>
          <w:rFonts w:asciiTheme="majorHAnsi" w:hAnsiTheme="majorHAnsi"/>
          <w:sz w:val="28"/>
        </w:rPr>
      </w:pPr>
      <w:r>
        <w:rPr>
          <w:rFonts w:ascii="Segoe UI Emoji" w:hAnsi="Segoe UI Emoji"/>
          <w:sz w:val="28"/>
        </w:rPr>
        <w:t>✅</w:t>
      </w:r>
      <w:r w:rsidRPr="002E2530">
        <w:rPr>
          <w:rFonts w:asciiTheme="majorHAnsi" w:hAnsiTheme="majorHAnsi"/>
          <w:sz w:val="28"/>
        </w:rPr>
        <w:t xml:space="preserve"> Лобиране пред националното правителство за по-гъвкаво финансиране на местни инициативи за интеграция.</w:t>
      </w:r>
    </w:p>
    <w:p w14:paraId="1A072273" w14:textId="77777777" w:rsidR="00F66EDD" w:rsidRPr="000959AC" w:rsidRDefault="00F66EDD" w:rsidP="00F66EDD">
      <w:pPr>
        <w:jc w:val="both"/>
        <w:rPr>
          <w:rFonts w:asciiTheme="majorHAnsi" w:hAnsiTheme="majorHAnsi" w:cstheme="majorHAnsi"/>
          <w:b/>
          <w:bCs/>
          <w:i/>
          <w:iCs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 w:rsidRPr="002E2530">
        <w:rPr>
          <w:rFonts w:asciiTheme="majorHAnsi" w:hAnsiTheme="majorHAnsi"/>
          <w:sz w:val="28"/>
        </w:rPr>
        <w:t>Предотвратяване на образуването на „гета“, където кварталите са населени предимно от един вид население.</w:t>
      </w:r>
      <w:r>
        <w:rPr>
          <w:rFonts w:asciiTheme="majorHAnsi" w:hAnsiTheme="majorHAnsi"/>
          <w:sz w:val="28"/>
        </w:rPr>
        <w:t xml:space="preserve"> Използване на стимули, инвестиции, градоустройствено планиране и работа с училища и предприятия, за да се запази смесено население във всички квартали. </w:t>
      </w:r>
      <w:r>
        <w:rPr>
          <w:rFonts w:asciiTheme="majorHAnsi" w:hAnsiTheme="majorHAnsi"/>
          <w:b/>
          <w:i/>
          <w:sz w:val="28"/>
        </w:rPr>
        <w:t>Целта е да се постигне усещане сред всички граждани за обща принадлежност към един и същ град.</w:t>
      </w:r>
    </w:p>
    <w:p w14:paraId="1EC15E89" w14:textId="77777777" w:rsidR="00DA02CD" w:rsidRPr="000959AC" w:rsidRDefault="00DA02CD">
      <w:pPr>
        <w:rPr>
          <w:rFonts w:ascii="Gill Sans Std ExtraBold" w:hAnsi="Gill Sans Std ExtraBold" w:cstheme="majorHAnsi"/>
          <w:b/>
          <w:bCs/>
          <w:color w:val="FFFFFF" w:themeColor="background1"/>
          <w:sz w:val="32"/>
          <w:szCs w:val="32"/>
          <w:highlight w:val="black"/>
          <w:u w:val="single"/>
        </w:rPr>
      </w:pPr>
    </w:p>
    <w:p w14:paraId="7B546F8E" w14:textId="77777777" w:rsidR="00DA02CD" w:rsidRPr="000959AC" w:rsidRDefault="00803583" w:rsidP="00790E27">
      <w:pPr>
        <w:jc w:val="center"/>
        <w:rPr>
          <w:rFonts w:ascii="Gill Sans Std ExtraBold" w:hAnsi="Gill Sans Std ExtraBold" w:cstheme="majorHAnsi"/>
          <w:b/>
          <w:bCs/>
          <w:color w:val="C00000"/>
          <w:sz w:val="32"/>
          <w:szCs w:val="32"/>
          <w:u w:val="single"/>
        </w:rPr>
      </w:pPr>
      <w:r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>2. Активно участващи домакини:</w:t>
      </w:r>
      <w:r>
        <w:rPr>
          <w:rFonts w:ascii="Gill Sans Std ExtraBold" w:hAnsi="Gill Sans Std ExtraBold"/>
          <w:b/>
          <w:sz w:val="32"/>
          <w:u w:val="single"/>
        </w:rPr>
        <w:t xml:space="preserve"> </w:t>
      </w:r>
      <w:r>
        <w:rPr>
          <w:rFonts w:ascii="Gill Sans Std ExtraBold" w:hAnsi="Gill Sans Std ExtraBold"/>
          <w:b/>
          <w:color w:val="C00000"/>
          <w:sz w:val="32"/>
          <w:u w:val="single"/>
        </w:rPr>
        <w:t>Как да ангажираме приемащото население</w:t>
      </w:r>
    </w:p>
    <w:p w14:paraId="714886DB" w14:textId="77777777" w:rsidR="00DA02CD" w:rsidRPr="000959AC" w:rsidRDefault="00DA02CD">
      <w:pPr>
        <w:rPr>
          <w:rFonts w:ascii="Gill Sans Std ExtraBold" w:hAnsi="Gill Sans Std ExtraBold" w:cstheme="majorHAnsi"/>
          <w:b/>
          <w:bCs/>
          <w:color w:val="C00000"/>
          <w:sz w:val="20"/>
          <w:szCs w:val="20"/>
          <w:u w:val="single"/>
        </w:rPr>
      </w:pPr>
    </w:p>
    <w:p w14:paraId="066A6B89" w14:textId="77777777" w:rsidR="00FA2AEB" w:rsidRPr="000959AC" w:rsidRDefault="00E253A2">
      <w:pPr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b/>
          <w:outline/>
          <w:color w:val="C0504D" w:themeColor="accent2"/>
          <w:sz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>A.</w:t>
      </w:r>
      <w:r>
        <w:rPr>
          <w:rFonts w:asciiTheme="majorHAnsi" w:hAnsiTheme="majorHAnsi"/>
          <w:sz w:val="28"/>
        </w:rPr>
        <w:t xml:space="preserve"> </w:t>
      </w:r>
      <w:r>
        <w:rPr>
          <w:rFonts w:asciiTheme="majorHAnsi" w:hAnsiTheme="majorHAnsi"/>
          <w:sz w:val="28"/>
        </w:rPr>
        <w:tab/>
      </w:r>
      <w:r>
        <w:rPr>
          <w:rFonts w:asciiTheme="majorHAnsi" w:hAnsiTheme="majorHAnsi"/>
          <w:b/>
          <w:sz w:val="32"/>
        </w:rPr>
        <w:t>Изграждане на доверие чрез прозрачност и комуникация</w:t>
      </w:r>
    </w:p>
    <w:p w14:paraId="3BAC1081" w14:textId="77777777" w:rsidR="00962E88" w:rsidRPr="000959AC" w:rsidRDefault="00E253A2" w:rsidP="00803583">
      <w:pPr>
        <w:pStyle w:val="ListParagraph"/>
        <w:numPr>
          <w:ilvl w:val="0"/>
          <w:numId w:val="10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Ясно обяснение на ползите от интеграцията (напр. икономически растеж, културно обогатяване, по-силни общности)</w:t>
      </w:r>
    </w:p>
    <w:p w14:paraId="5302055F" w14:textId="77777777" w:rsidR="00962E88" w:rsidRPr="000959AC" w:rsidRDefault="00F66C9E" w:rsidP="00803583">
      <w:pPr>
        <w:pStyle w:val="ListParagraph"/>
        <w:numPr>
          <w:ilvl w:val="0"/>
          <w:numId w:val="10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Открито обсъждане на опасенията (напр. недостига на жилища, конкуренцията на работното място), като същевременно подчертаете отговорностите и правата на всички</w:t>
      </w:r>
    </w:p>
    <w:p w14:paraId="0F94E58E" w14:textId="77777777" w:rsidR="00FA2AEB" w:rsidRPr="000959AC" w:rsidRDefault="00B87CD7" w:rsidP="00803583">
      <w:pPr>
        <w:pStyle w:val="ListParagraph"/>
        <w:numPr>
          <w:ilvl w:val="0"/>
          <w:numId w:val="10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Работа с медиите и общностните лидери за противодействие на невярната информация</w:t>
      </w:r>
    </w:p>
    <w:p w14:paraId="5E373C78" w14:textId="77777777" w:rsidR="00FA2AEB" w:rsidRPr="000959AC" w:rsidRDefault="00E253A2">
      <w:pPr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b/>
          <w:outline/>
          <w:color w:val="C0504D" w:themeColor="accent2"/>
          <w:sz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>Б.</w:t>
      </w:r>
      <w:r>
        <w:rPr>
          <w:rFonts w:asciiTheme="majorHAnsi" w:hAnsiTheme="majorHAnsi"/>
          <w:sz w:val="40"/>
        </w:rPr>
        <w:t xml:space="preserve"> </w:t>
      </w:r>
      <w:r>
        <w:rPr>
          <w:rFonts w:asciiTheme="majorHAnsi" w:hAnsiTheme="majorHAnsi"/>
          <w:sz w:val="28"/>
        </w:rPr>
        <w:tab/>
      </w:r>
      <w:r>
        <w:rPr>
          <w:rFonts w:asciiTheme="majorHAnsi" w:hAnsiTheme="majorHAnsi"/>
          <w:b/>
          <w:sz w:val="32"/>
        </w:rPr>
        <w:t>Създаване и подкрепа на програми за доброволчество и менторство</w:t>
      </w:r>
    </w:p>
    <w:p w14:paraId="0817B72A" w14:textId="437EB9D7" w:rsidR="00962E88" w:rsidRPr="002900C1" w:rsidRDefault="00E253A2" w:rsidP="005F29A1">
      <w:pPr>
        <w:pStyle w:val="ListParagraph"/>
        <w:numPr>
          <w:ilvl w:val="0"/>
          <w:numId w:val="11"/>
        </w:numPr>
        <w:jc w:val="both"/>
        <w:rPr>
          <w:rFonts w:asciiTheme="majorHAnsi" w:hAnsiTheme="majorHAnsi" w:cstheme="majorHAnsi"/>
          <w:sz w:val="28"/>
          <w:szCs w:val="28"/>
        </w:rPr>
      </w:pPr>
      <w:r w:rsidRPr="002900C1">
        <w:rPr>
          <w:rFonts w:asciiTheme="majorHAnsi" w:hAnsiTheme="majorHAnsi"/>
          <w:sz w:val="28"/>
        </w:rPr>
        <w:t>Официално определяне на ролите на местните хора (напр. наставници, езикови ментори, гаранти за наемане на жилища)</w:t>
      </w:r>
      <w:r w:rsidR="002900C1" w:rsidRPr="002900C1">
        <w:rPr>
          <w:rFonts w:asciiTheme="majorHAnsi" w:hAnsiTheme="majorHAnsi"/>
          <w:sz w:val="28"/>
        </w:rPr>
        <w:t xml:space="preserve">. </w:t>
      </w:r>
      <w:r w:rsidRPr="002900C1">
        <w:rPr>
          <w:rFonts w:asciiTheme="majorHAnsi" w:hAnsiTheme="majorHAnsi"/>
          <w:sz w:val="28"/>
        </w:rPr>
        <w:t xml:space="preserve">Да се изискват минимални равнища на ангажираност от страна на доброволците (напр. 6 месеца), като се предоставя обучение. Данните показват, че социалното сближаване се подобрява, когато приемащите граждани участват </w:t>
      </w:r>
      <w:r w:rsidRPr="002900C1">
        <w:rPr>
          <w:rFonts w:asciiTheme="majorHAnsi" w:hAnsiTheme="majorHAnsi"/>
          <w:sz w:val="28"/>
          <w:u w:val="single"/>
        </w:rPr>
        <w:t>като партньори</w:t>
      </w:r>
    </w:p>
    <w:p w14:paraId="10DA8B7F" w14:textId="77777777" w:rsidR="00FA2AEB" w:rsidRPr="000959AC" w:rsidRDefault="00E253A2" w:rsidP="00803583">
      <w:pPr>
        <w:pStyle w:val="ListParagraph"/>
        <w:numPr>
          <w:ilvl w:val="0"/>
          <w:numId w:val="11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Признаване на приноса (напр. сертификати, публично признание, безплатни пропуски за културни прояви, възможности за работа в мрежа)</w:t>
      </w:r>
    </w:p>
    <w:p w14:paraId="2B263452" w14:textId="77777777" w:rsidR="00DA02CD" w:rsidRPr="000959AC" w:rsidRDefault="00DA02CD">
      <w:pPr>
        <w:rPr>
          <w:rFonts w:asciiTheme="majorHAnsi" w:hAnsiTheme="majorHAnsi" w:cstheme="majorHAnsi"/>
          <w:sz w:val="28"/>
          <w:szCs w:val="28"/>
        </w:rPr>
      </w:pPr>
    </w:p>
    <w:p w14:paraId="73B1F591" w14:textId="77777777" w:rsidR="00FA2AEB" w:rsidRPr="000959AC" w:rsidRDefault="00E253A2">
      <w:pPr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b/>
          <w:outline/>
          <w:color w:val="C0504D" w:themeColor="accent2"/>
          <w:sz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lastRenderedPageBreak/>
        <w:t>В.</w:t>
      </w:r>
      <w:r>
        <w:rPr>
          <w:rFonts w:asciiTheme="majorHAnsi" w:hAnsiTheme="majorHAnsi"/>
          <w:sz w:val="28"/>
        </w:rPr>
        <w:t xml:space="preserve"> </w:t>
      </w:r>
      <w:r>
        <w:rPr>
          <w:rFonts w:asciiTheme="majorHAnsi" w:hAnsiTheme="majorHAnsi"/>
          <w:sz w:val="28"/>
        </w:rPr>
        <w:tab/>
      </w:r>
      <w:r>
        <w:rPr>
          <w:rFonts w:asciiTheme="majorHAnsi" w:hAnsiTheme="majorHAnsi"/>
          <w:b/>
          <w:sz w:val="32"/>
        </w:rPr>
        <w:t>Насърчаване на споделени пространства и културен обмен</w:t>
      </w:r>
    </w:p>
    <w:p w14:paraId="0D26BC55" w14:textId="5E3CBE22" w:rsidR="0019521B" w:rsidRPr="000959AC" w:rsidRDefault="0019521B" w:rsidP="00803583">
      <w:pPr>
        <w:pStyle w:val="ListParagraph"/>
        <w:numPr>
          <w:ilvl w:val="0"/>
          <w:numId w:val="12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Създаване на възможности за взаимно разбирателство. Данните показват, че разговорът, намирането на общи интереси, споделянето на знания, съвместните проекти, културният и кулинарният обмен и др. намаляват предразсъдъците и насърчават взаимното разбирателство</w:t>
      </w:r>
    </w:p>
    <w:p w14:paraId="2213B7B6" w14:textId="77777777" w:rsidR="00803583" w:rsidRPr="000959AC" w:rsidRDefault="00E253A2" w:rsidP="00803583">
      <w:pPr>
        <w:pStyle w:val="ListParagraph"/>
        <w:numPr>
          <w:ilvl w:val="0"/>
          <w:numId w:val="12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Инвестиране във физически пространства, където местните жители и имигрантите си взаимодействат по естествен начин (напр. общински центрове, паркове, пазари). Гарантиране, че се предлагат детски заведения, създаване на възможности за езиков обмен, организиране на споделено хранене и др.</w:t>
      </w:r>
    </w:p>
    <w:p w14:paraId="697B88BF" w14:textId="77777777" w:rsidR="00FA2AEB" w:rsidRPr="000959AC" w:rsidRDefault="00E253A2" w:rsidP="00803583">
      <w:pPr>
        <w:pStyle w:val="ListParagraph"/>
        <w:numPr>
          <w:ilvl w:val="0"/>
          <w:numId w:val="12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Подкрепа за инициативи на местно равнище (напр. спортни клубове, проекти в областта на изкуството, квартални градини)</w:t>
      </w:r>
    </w:p>
    <w:p w14:paraId="4339FA1A" w14:textId="77777777" w:rsidR="00803583" w:rsidRPr="000959AC" w:rsidRDefault="00803583">
      <w:pPr>
        <w:rPr>
          <w:rFonts w:asciiTheme="majorHAnsi" w:hAnsiTheme="majorHAnsi" w:cstheme="majorHAnsi"/>
          <w:sz w:val="28"/>
          <w:szCs w:val="28"/>
        </w:rPr>
      </w:pPr>
    </w:p>
    <w:p w14:paraId="223C94CF" w14:textId="77777777" w:rsidR="00FA2AEB" w:rsidRPr="000959AC" w:rsidRDefault="00E253A2">
      <w:pPr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b/>
          <w:outline/>
          <w:color w:val="C0504D" w:themeColor="accent2"/>
          <w:sz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>Г.</w:t>
      </w:r>
      <w:r>
        <w:rPr>
          <w:rFonts w:asciiTheme="majorHAnsi" w:hAnsiTheme="majorHAnsi"/>
          <w:sz w:val="28"/>
        </w:rPr>
        <w:t xml:space="preserve"> </w:t>
      </w:r>
      <w:r>
        <w:rPr>
          <w:rFonts w:asciiTheme="majorHAnsi" w:hAnsiTheme="majorHAnsi"/>
          <w:sz w:val="28"/>
        </w:rPr>
        <w:tab/>
      </w:r>
      <w:r>
        <w:rPr>
          <w:rFonts w:asciiTheme="majorHAnsi" w:hAnsiTheme="majorHAnsi"/>
          <w:b/>
          <w:sz w:val="32"/>
        </w:rPr>
        <w:t>Ангажиране на работодателите и профсъюзите</w:t>
      </w:r>
    </w:p>
    <w:p w14:paraId="0925891E" w14:textId="77777777" w:rsidR="00803583" w:rsidRPr="000959AC" w:rsidRDefault="00E253A2" w:rsidP="00803583">
      <w:pPr>
        <w:pStyle w:val="ListParagraph"/>
        <w:numPr>
          <w:ilvl w:val="0"/>
          <w:numId w:val="13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Стимулиране на предприятията да наемат и обучават имигранти (напр. предлагане на субсидии, данъчни облекчения), тъй като заетостта ускорява интеграцията</w:t>
      </w:r>
    </w:p>
    <w:p w14:paraId="0009F50E" w14:textId="77777777" w:rsidR="00FA2AEB" w:rsidRPr="000959AC" w:rsidRDefault="00E253A2" w:rsidP="00803583">
      <w:pPr>
        <w:pStyle w:val="ListParagraph"/>
        <w:numPr>
          <w:ilvl w:val="0"/>
          <w:numId w:val="13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Създаване на специфични за сектора партньорства (напр. здравеопазване, логистика) за постигане на съответствие между уменията на имигрантите и нуждите от работна ръка</w:t>
      </w:r>
    </w:p>
    <w:p w14:paraId="190AD38F" w14:textId="77777777" w:rsidR="00803583" w:rsidRPr="000959AC" w:rsidRDefault="00803583">
      <w:pPr>
        <w:rPr>
          <w:rFonts w:asciiTheme="majorHAnsi" w:hAnsiTheme="majorHAnsi" w:cstheme="majorHAnsi"/>
          <w:sz w:val="28"/>
          <w:szCs w:val="28"/>
        </w:rPr>
      </w:pPr>
    </w:p>
    <w:p w14:paraId="4F62D4A4" w14:textId="77777777" w:rsidR="00803583" w:rsidRPr="000959AC" w:rsidRDefault="00E253A2" w:rsidP="00AF2FB9">
      <w:pPr>
        <w:keepNext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b/>
          <w:outline/>
          <w:color w:val="C0504D" w:themeColor="accent2"/>
          <w:sz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lastRenderedPageBreak/>
        <w:t>Д.</w:t>
      </w:r>
      <w:r>
        <w:rPr>
          <w:rFonts w:asciiTheme="majorHAnsi" w:hAnsiTheme="majorHAnsi"/>
          <w:sz w:val="28"/>
        </w:rPr>
        <w:t xml:space="preserve"> </w:t>
      </w:r>
      <w:r>
        <w:rPr>
          <w:rFonts w:asciiTheme="majorHAnsi" w:hAnsiTheme="majorHAnsi"/>
          <w:sz w:val="28"/>
        </w:rPr>
        <w:tab/>
      </w:r>
      <w:r>
        <w:rPr>
          <w:rFonts w:asciiTheme="majorHAnsi" w:hAnsiTheme="majorHAnsi"/>
          <w:b/>
          <w:sz w:val="32"/>
        </w:rPr>
        <w:t>Овластяване на местните институции (училища, полиция, здравеопазване)</w:t>
      </w:r>
    </w:p>
    <w:p w14:paraId="1D8467D9" w14:textId="77777777" w:rsidR="004D10C9" w:rsidRPr="000959AC" w:rsidRDefault="00E253A2" w:rsidP="002B7516">
      <w:pPr>
        <w:pStyle w:val="ListParagraph"/>
        <w:numPr>
          <w:ilvl w:val="0"/>
          <w:numId w:val="14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 xml:space="preserve">Обучаване на учителите, полицията и здравните работници в областта на културните компетентности и антидискриминационните практики. Обучаване на многоезични медиатори да работят в рамките на тези институции </w:t>
      </w:r>
    </w:p>
    <w:p w14:paraId="7B90B00B" w14:textId="77777777" w:rsidR="00FA2AEB" w:rsidRPr="000959AC" w:rsidRDefault="00E253A2" w:rsidP="002B7516">
      <w:pPr>
        <w:pStyle w:val="ListParagraph"/>
        <w:numPr>
          <w:ilvl w:val="0"/>
          <w:numId w:val="14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Насърчаване на представителството на имигрантите в местните институции (напр. сдружения на родители и учители, квартални съвети)</w:t>
      </w:r>
    </w:p>
    <w:p w14:paraId="78BE8962" w14:textId="6FAC564D" w:rsidR="002B7516" w:rsidRPr="000959AC" w:rsidRDefault="002B7516" w:rsidP="002B7516">
      <w:pPr>
        <w:pStyle w:val="ListParagraph"/>
        <w:numPr>
          <w:ilvl w:val="0"/>
          <w:numId w:val="14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Организиране на редовни срещи между полицията и имигрантските общности, за да се изгради доверие и да се отговори на опасенията (напр. информационни сесии, насоки, предотвратяване на профилирането въз основа на расова принадлежност и др.)</w:t>
      </w:r>
    </w:p>
    <w:p w14:paraId="40A96A50" w14:textId="77777777" w:rsidR="004D10C9" w:rsidRPr="000959AC" w:rsidRDefault="004D10C9">
      <w:pPr>
        <w:rPr>
          <w:rFonts w:asciiTheme="majorHAnsi" w:hAnsiTheme="majorHAnsi" w:cstheme="majorHAnsi"/>
          <w:sz w:val="28"/>
          <w:szCs w:val="28"/>
        </w:rPr>
      </w:pPr>
    </w:p>
    <w:p w14:paraId="3E6066B0" w14:textId="77777777" w:rsidR="00FA2AEB" w:rsidRPr="000959AC" w:rsidRDefault="00E253A2">
      <w:pPr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b/>
          <w:outline/>
          <w:color w:val="C0504D" w:themeColor="accent2"/>
          <w:sz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>Е.</w:t>
      </w:r>
      <w:r>
        <w:rPr>
          <w:rFonts w:asciiTheme="majorHAnsi" w:hAnsiTheme="majorHAnsi"/>
          <w:sz w:val="28"/>
        </w:rPr>
        <w:t xml:space="preserve"> </w:t>
      </w:r>
      <w:r>
        <w:rPr>
          <w:rFonts w:asciiTheme="majorHAnsi" w:hAnsiTheme="majorHAnsi"/>
          <w:sz w:val="28"/>
        </w:rPr>
        <w:tab/>
      </w:r>
      <w:r>
        <w:rPr>
          <w:rFonts w:asciiTheme="majorHAnsi" w:hAnsiTheme="majorHAnsi"/>
          <w:b/>
          <w:sz w:val="32"/>
        </w:rPr>
        <w:t>Използване на цифрови инструменти за улесняване на ангажираността</w:t>
      </w:r>
    </w:p>
    <w:p w14:paraId="13504FCC" w14:textId="4177C913" w:rsidR="004D10C9" w:rsidRPr="000959AC" w:rsidRDefault="004D10C9" w:rsidP="004D10C9">
      <w:pPr>
        <w:pStyle w:val="ListParagraph"/>
        <w:numPr>
          <w:ilvl w:val="0"/>
          <w:numId w:val="15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Създаване на онлайн платформи/приложения, където местните хора могат да предлагат умения, жилищно настаняване или наставничество на имигранти. Създаване на профил в социалните медии, където гражданите домакини могат да изразяват желание да бъдат наставници</w:t>
      </w:r>
    </w:p>
    <w:p w14:paraId="0B120121" w14:textId="77777777" w:rsidR="00FA2AEB" w:rsidRPr="000959AC" w:rsidRDefault="00E253A2" w:rsidP="004D10C9">
      <w:pPr>
        <w:pStyle w:val="ListParagraph"/>
        <w:numPr>
          <w:ilvl w:val="0"/>
          <w:numId w:val="15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Кампании в социалните медии за представяне на успешни примери и насърчаване на участието</w:t>
      </w:r>
    </w:p>
    <w:p w14:paraId="4CC2156C" w14:textId="77777777" w:rsidR="004D10C9" w:rsidRPr="000959AC" w:rsidRDefault="004D10C9">
      <w:pPr>
        <w:rPr>
          <w:rFonts w:asciiTheme="majorHAnsi" w:hAnsiTheme="majorHAnsi" w:cstheme="majorHAnsi"/>
          <w:sz w:val="28"/>
          <w:szCs w:val="28"/>
        </w:rPr>
      </w:pPr>
    </w:p>
    <w:p w14:paraId="4CBCA02F" w14:textId="77777777" w:rsidR="00FA2AEB" w:rsidRPr="00790E27" w:rsidRDefault="00E253A2" w:rsidP="00AF2FB9">
      <w:pPr>
        <w:keepNext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b/>
          <w:outline/>
          <w:color w:val="C0504D" w:themeColor="accent2"/>
          <w:sz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lastRenderedPageBreak/>
        <w:t>Ж.</w:t>
      </w:r>
      <w:r>
        <w:rPr>
          <w:rFonts w:asciiTheme="majorHAnsi" w:hAnsiTheme="majorHAnsi"/>
          <w:sz w:val="28"/>
        </w:rPr>
        <w:t xml:space="preserve"> </w:t>
      </w:r>
      <w:r>
        <w:rPr>
          <w:rFonts w:asciiTheme="majorHAnsi" w:hAnsiTheme="majorHAnsi"/>
          <w:sz w:val="28"/>
        </w:rPr>
        <w:tab/>
      </w:r>
      <w:r>
        <w:rPr>
          <w:rFonts w:asciiTheme="majorHAnsi" w:hAnsiTheme="majorHAnsi"/>
          <w:b/>
          <w:sz w:val="32"/>
        </w:rPr>
        <w:t>Измерване и комуникационно въздействие</w:t>
      </w:r>
    </w:p>
    <w:p w14:paraId="7B59FDA4" w14:textId="77777777" w:rsidR="004D10C9" w:rsidRPr="000959AC" w:rsidRDefault="00E253A2" w:rsidP="004D10C9">
      <w:pPr>
        <w:pStyle w:val="ListParagraph"/>
        <w:numPr>
          <w:ilvl w:val="0"/>
          <w:numId w:val="16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Проследяване и редовно публикуване на данни за равнищата на заетост, резултатите в училище, езиковите умения, доброволческата дейност на домакините, социалното доверие и др.</w:t>
      </w:r>
    </w:p>
    <w:p w14:paraId="46648339" w14:textId="77777777" w:rsidR="00FA2AEB" w:rsidRPr="000959AC" w:rsidRDefault="00E253A2" w:rsidP="004D10C9">
      <w:pPr>
        <w:pStyle w:val="ListParagraph"/>
        <w:numPr>
          <w:ilvl w:val="0"/>
          <w:numId w:val="16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Отбелязване на основните етапи (напр. „100 местни жители са наставлявали имигранти тази година“). Провеждане на годишна церемония по награждаване на домакини, които са доброволци</w:t>
      </w:r>
    </w:p>
    <w:p w14:paraId="190B0B49" w14:textId="77777777" w:rsidR="00461D41" w:rsidRPr="000959AC" w:rsidRDefault="00461D41" w:rsidP="00AF2FB9">
      <w:pPr>
        <w:pStyle w:val="ListParagraph"/>
        <w:numPr>
          <w:ilvl w:val="0"/>
          <w:numId w:val="16"/>
        </w:numPr>
        <w:spacing w:after="0"/>
        <w:ind w:left="714" w:hanging="357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 xml:space="preserve">Поддържане на постоянен диалог с приемащото население, с имигрантската общност, с общностните лидери, с местните медии </w:t>
      </w:r>
    </w:p>
    <w:p w14:paraId="57BCA05F" w14:textId="77777777" w:rsidR="00FA2AEB" w:rsidRPr="000959AC" w:rsidRDefault="00FA2AEB" w:rsidP="00AF2FB9">
      <w:pPr>
        <w:spacing w:after="0"/>
        <w:rPr>
          <w:rFonts w:asciiTheme="majorHAnsi" w:hAnsiTheme="majorHAnsi" w:cstheme="majorHAnsi"/>
          <w:sz w:val="28"/>
          <w:szCs w:val="28"/>
        </w:rPr>
      </w:pPr>
    </w:p>
    <w:p w14:paraId="7A6146D5" w14:textId="77777777" w:rsidR="003A0792" w:rsidRPr="000959AC" w:rsidRDefault="003A0792" w:rsidP="003A0792">
      <w:pPr>
        <w:rPr>
          <w:rFonts w:ascii="Gill Sans Std ExtraBold" w:hAnsi="Gill Sans Std ExtraBold" w:cstheme="majorHAnsi"/>
          <w:b/>
          <w:bCs/>
          <w:color w:val="C00000"/>
          <w:sz w:val="32"/>
          <w:szCs w:val="32"/>
          <w:u w:val="single"/>
        </w:rPr>
      </w:pPr>
      <w:r>
        <w:rPr>
          <w:rFonts w:ascii="Gill Sans Std ExtraBold" w:hAnsi="Gill Sans Std ExtraBold"/>
          <w:b/>
          <w:sz w:val="32"/>
          <w:u w:val="single"/>
        </w:rPr>
        <w:t>Права и отговорности на имигрантите и домакините</w:t>
      </w:r>
      <w:r>
        <w:rPr>
          <w:rFonts w:ascii="Gill Sans Std ExtraBold" w:hAnsi="Gill Sans Std ExtraBold"/>
          <w:b/>
          <w:color w:val="C00000"/>
          <w:sz w:val="32"/>
          <w:u w:val="single"/>
        </w:rPr>
        <w:t xml:space="preserve"> </w:t>
      </w:r>
    </w:p>
    <w:p w14:paraId="00E74FEB" w14:textId="77777777" w:rsidR="003A0792" w:rsidRPr="000959AC" w:rsidRDefault="003A0792" w:rsidP="00AF2FB9">
      <w:pPr>
        <w:spacing w:after="0"/>
      </w:pPr>
    </w:p>
    <w:p w14:paraId="44F1ABA2" w14:textId="77777777" w:rsidR="003A0792" w:rsidRPr="000959AC" w:rsidRDefault="003A0792" w:rsidP="003A0792">
      <w:pPr>
        <w:rPr>
          <w:rFonts w:asciiTheme="majorHAnsi" w:hAnsiTheme="majorHAnsi" w:cstheme="majorHAnsi"/>
          <w:b/>
          <w:bCs/>
          <w:sz w:val="32"/>
          <w:szCs w:val="32"/>
        </w:rPr>
      </w:pPr>
      <w:r>
        <w:rPr>
          <w:rFonts w:asciiTheme="majorHAnsi" w:hAnsiTheme="majorHAnsi"/>
          <w:b/>
          <w:sz w:val="32"/>
        </w:rPr>
        <w:t>Отговорности на имигрантите</w:t>
      </w:r>
    </w:p>
    <w:p w14:paraId="065247B7" w14:textId="77777777" w:rsidR="00AC3B03" w:rsidRPr="000959AC" w:rsidRDefault="00AC3B03" w:rsidP="00B90963">
      <w:pPr>
        <w:pStyle w:val="ListParagraph"/>
        <w:numPr>
          <w:ilvl w:val="0"/>
          <w:numId w:val="23"/>
        </w:numPr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Да научат повече за местните закони и регулации и да ги спазват</w:t>
      </w:r>
    </w:p>
    <w:p w14:paraId="1D95D89A" w14:textId="77777777" w:rsidR="00AC3B03" w:rsidRPr="000959AC" w:rsidRDefault="00AC3B03" w:rsidP="00AC3B03">
      <w:pPr>
        <w:pStyle w:val="ListParagraph"/>
        <w:numPr>
          <w:ilvl w:val="0"/>
          <w:numId w:val="23"/>
        </w:numPr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Да научат повече за местните обичаи и културни норми и да ги спазват</w:t>
      </w:r>
    </w:p>
    <w:p w14:paraId="18A34A5D" w14:textId="77777777" w:rsidR="003A0792" w:rsidRPr="000959AC" w:rsidRDefault="003A0792" w:rsidP="00B90963">
      <w:pPr>
        <w:pStyle w:val="ListParagraph"/>
        <w:numPr>
          <w:ilvl w:val="0"/>
          <w:numId w:val="23"/>
        </w:numPr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Активно да участват в езикови програми и програми за обучение</w:t>
      </w:r>
    </w:p>
    <w:p w14:paraId="4B689106" w14:textId="77777777" w:rsidR="003A0792" w:rsidRPr="000959AC" w:rsidRDefault="003A0792" w:rsidP="00B90963">
      <w:pPr>
        <w:pStyle w:val="ListParagraph"/>
        <w:numPr>
          <w:ilvl w:val="0"/>
          <w:numId w:val="23"/>
        </w:numPr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Да допринасят за общността чрез работа, доброволчество или гражданско участие</w:t>
      </w:r>
    </w:p>
    <w:p w14:paraId="059078B6" w14:textId="77777777" w:rsidR="003A0792" w:rsidRPr="000959AC" w:rsidRDefault="00AC3B03" w:rsidP="00AC3B03">
      <w:pPr>
        <w:pStyle w:val="ListParagraph"/>
        <w:numPr>
          <w:ilvl w:val="0"/>
          <w:numId w:val="23"/>
        </w:numPr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Да работят за своето и на семействата си интегриране, като същевременно изграждат с отношения с приемащите граждани</w:t>
      </w:r>
    </w:p>
    <w:p w14:paraId="12739651" w14:textId="77777777" w:rsidR="000B7AFE" w:rsidRPr="000959AC" w:rsidRDefault="000B7AFE" w:rsidP="000B7AFE">
      <w:pPr>
        <w:pStyle w:val="ListParagraph"/>
        <w:jc w:val="both"/>
        <w:rPr>
          <w:rFonts w:asciiTheme="majorHAnsi" w:hAnsiTheme="majorHAnsi" w:cstheme="majorHAnsi"/>
          <w:sz w:val="24"/>
          <w:szCs w:val="24"/>
        </w:rPr>
      </w:pPr>
    </w:p>
    <w:p w14:paraId="775A5DBD" w14:textId="77777777" w:rsidR="003A0792" w:rsidRPr="000959AC" w:rsidRDefault="00B90963" w:rsidP="003A0792">
      <w:p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b/>
          <w:sz w:val="32"/>
        </w:rPr>
        <w:t xml:space="preserve">Права на </w:t>
      </w:r>
      <w:r>
        <w:rPr>
          <w:rFonts w:asciiTheme="majorHAnsi" w:hAnsiTheme="majorHAnsi"/>
          <w:b/>
          <w:color w:val="FFFFFF" w:themeColor="background1"/>
          <w:sz w:val="32"/>
          <w:highlight w:val="black"/>
        </w:rPr>
        <w:t>имигрантите</w:t>
      </w:r>
      <w:r>
        <w:rPr>
          <w:rFonts w:asciiTheme="majorHAnsi" w:hAnsiTheme="majorHAnsi"/>
          <w:color w:val="FFFFFF" w:themeColor="background1"/>
          <w:sz w:val="24"/>
        </w:rPr>
        <w:t xml:space="preserve"> </w:t>
      </w:r>
    </w:p>
    <w:p w14:paraId="60CB2454" w14:textId="77777777" w:rsidR="003A0792" w:rsidRPr="000959AC" w:rsidRDefault="003A0792" w:rsidP="00B90963">
      <w:pPr>
        <w:pStyle w:val="ListParagraph"/>
        <w:numPr>
          <w:ilvl w:val="0"/>
          <w:numId w:val="24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Достъп до основни услуги: жилищно настаняване, здравеопазване, образование и заетост</w:t>
      </w:r>
    </w:p>
    <w:p w14:paraId="6C3D9057" w14:textId="77777777" w:rsidR="003A0792" w:rsidRPr="000959AC" w:rsidRDefault="003A0792" w:rsidP="00B90963">
      <w:pPr>
        <w:pStyle w:val="ListParagraph"/>
        <w:numPr>
          <w:ilvl w:val="0"/>
          <w:numId w:val="24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Зачитане на тяхната уникална идентичност, свобода на религията и културна среда</w:t>
      </w:r>
    </w:p>
    <w:p w14:paraId="10D7540B" w14:textId="77777777" w:rsidR="003A0792" w:rsidRPr="000959AC" w:rsidRDefault="003A0792" w:rsidP="00B90963">
      <w:pPr>
        <w:pStyle w:val="ListParagraph"/>
        <w:numPr>
          <w:ilvl w:val="0"/>
          <w:numId w:val="24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Възможности за езиково обучение</w:t>
      </w:r>
    </w:p>
    <w:p w14:paraId="2FBFD5FB" w14:textId="77777777" w:rsidR="003A0792" w:rsidRPr="000959AC" w:rsidRDefault="00FC005A" w:rsidP="00B90963">
      <w:pPr>
        <w:pStyle w:val="ListParagraph"/>
        <w:numPr>
          <w:ilvl w:val="0"/>
          <w:numId w:val="24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Да бъдат третирани с достойнство, без дискриминация и расизъм</w:t>
      </w:r>
    </w:p>
    <w:p w14:paraId="6D80C98F" w14:textId="77777777" w:rsidR="003A0792" w:rsidRPr="000959AC" w:rsidRDefault="003A0792" w:rsidP="00B90963">
      <w:pPr>
        <w:pStyle w:val="ListParagraph"/>
        <w:numPr>
          <w:ilvl w:val="0"/>
          <w:numId w:val="24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Участие в процеса на вземане на решения в общността и културен обмен</w:t>
      </w:r>
    </w:p>
    <w:p w14:paraId="00C168D1" w14:textId="77777777" w:rsidR="003A0792" w:rsidRPr="000959AC" w:rsidRDefault="003A0792" w:rsidP="003A0792">
      <w:pPr>
        <w:rPr>
          <w:rFonts w:asciiTheme="majorHAnsi" w:hAnsiTheme="majorHAnsi" w:cstheme="majorHAnsi"/>
          <w:sz w:val="24"/>
          <w:szCs w:val="24"/>
        </w:rPr>
      </w:pPr>
    </w:p>
    <w:p w14:paraId="16DEC2C4" w14:textId="77777777" w:rsidR="00B90963" w:rsidRPr="000959AC" w:rsidRDefault="00B90963" w:rsidP="00B90963">
      <w:pPr>
        <w:rPr>
          <w:rFonts w:asciiTheme="majorHAnsi" w:hAnsiTheme="majorHAnsi" w:cstheme="majorHAnsi"/>
          <w:b/>
          <w:bCs/>
          <w:sz w:val="32"/>
          <w:szCs w:val="32"/>
        </w:rPr>
      </w:pPr>
      <w:r>
        <w:rPr>
          <w:rFonts w:asciiTheme="majorHAnsi" w:hAnsiTheme="majorHAnsi"/>
          <w:b/>
          <w:sz w:val="32"/>
        </w:rPr>
        <w:t xml:space="preserve">Отговорности на </w:t>
      </w:r>
      <w:r>
        <w:rPr>
          <w:rFonts w:asciiTheme="majorHAnsi" w:hAnsiTheme="majorHAnsi"/>
          <w:b/>
          <w:color w:val="FFFFFF" w:themeColor="background1"/>
          <w:sz w:val="32"/>
          <w:highlight w:val="black"/>
        </w:rPr>
        <w:t>приемащите граждани</w:t>
      </w:r>
    </w:p>
    <w:p w14:paraId="7AE28C74" w14:textId="77777777" w:rsidR="00B90963" w:rsidRPr="000959AC" w:rsidRDefault="00FC005A" w:rsidP="00B90963">
      <w:pPr>
        <w:pStyle w:val="ListParagraph"/>
        <w:numPr>
          <w:ilvl w:val="0"/>
          <w:numId w:val="23"/>
        </w:numPr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Да проявяват толерантност и уважение към всички новодошли и техните права; да спазват закона</w:t>
      </w:r>
    </w:p>
    <w:p w14:paraId="60332CC5" w14:textId="77777777" w:rsidR="00B90963" w:rsidRPr="000959AC" w:rsidRDefault="00B90963" w:rsidP="00B90963">
      <w:pPr>
        <w:pStyle w:val="ListParagraph"/>
        <w:numPr>
          <w:ilvl w:val="0"/>
          <w:numId w:val="23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Да насърчават разбирането и приемането на имигрантите в общността</w:t>
      </w:r>
    </w:p>
    <w:p w14:paraId="26497615" w14:textId="77777777" w:rsidR="00B90963" w:rsidRPr="000959AC" w:rsidRDefault="00B90963" w:rsidP="00B90963">
      <w:pPr>
        <w:pStyle w:val="ListParagraph"/>
        <w:numPr>
          <w:ilvl w:val="0"/>
          <w:numId w:val="23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Да подкрепят местните предприятия и услуги при адаптирането им към културните нюанси</w:t>
      </w:r>
    </w:p>
    <w:p w14:paraId="6B43C869" w14:textId="77777777" w:rsidR="00B90963" w:rsidRPr="000959AC" w:rsidRDefault="00B90963" w:rsidP="00B90963">
      <w:pPr>
        <w:pStyle w:val="ListParagraph"/>
        <w:numPr>
          <w:ilvl w:val="0"/>
          <w:numId w:val="23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Да участват в инициативи за изграждане на общности, които обединяват различни групи</w:t>
      </w:r>
    </w:p>
    <w:p w14:paraId="226C5A9C" w14:textId="77777777" w:rsidR="00B90963" w:rsidRPr="00790E27" w:rsidRDefault="00B90963" w:rsidP="00B90963">
      <w:pPr>
        <w:pStyle w:val="ListParagraph"/>
        <w:numPr>
          <w:ilvl w:val="0"/>
          <w:numId w:val="23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Да се борят с митовете и невярната информация относно имигрантите.</w:t>
      </w:r>
    </w:p>
    <w:p w14:paraId="31DCCCE4" w14:textId="77777777" w:rsidR="00B90963" w:rsidRPr="00790E27" w:rsidRDefault="00B90963" w:rsidP="00B90963">
      <w:pPr>
        <w:pStyle w:val="ListParagraph"/>
        <w:jc w:val="both"/>
        <w:rPr>
          <w:rFonts w:asciiTheme="majorHAnsi" w:hAnsiTheme="majorHAnsi" w:cstheme="majorHAnsi"/>
          <w:sz w:val="24"/>
          <w:szCs w:val="24"/>
        </w:rPr>
      </w:pPr>
    </w:p>
    <w:p w14:paraId="7EAD25D5" w14:textId="77777777" w:rsidR="00B90963" w:rsidRPr="000959AC" w:rsidRDefault="00B90963" w:rsidP="00B90963">
      <w:p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b/>
          <w:sz w:val="32"/>
        </w:rPr>
        <w:t>Права на</w:t>
      </w:r>
      <w:r>
        <w:rPr>
          <w:rFonts w:asciiTheme="majorHAnsi" w:hAnsiTheme="majorHAnsi"/>
          <w:b/>
          <w:color w:val="FFFFFF" w:themeColor="background1"/>
          <w:sz w:val="32"/>
          <w:highlight w:val="black"/>
        </w:rPr>
        <w:t xml:space="preserve"> приемащите граждани</w:t>
      </w:r>
      <w:r>
        <w:rPr>
          <w:rFonts w:asciiTheme="majorHAnsi" w:hAnsiTheme="majorHAnsi"/>
          <w:sz w:val="24"/>
        </w:rPr>
        <w:t xml:space="preserve"> </w:t>
      </w:r>
    </w:p>
    <w:p w14:paraId="539168DE" w14:textId="1444DFBB" w:rsidR="00FC005A" w:rsidRPr="000959AC" w:rsidRDefault="00FC005A" w:rsidP="00FC005A">
      <w:pPr>
        <w:pStyle w:val="ListParagraph"/>
        <w:numPr>
          <w:ilvl w:val="0"/>
          <w:numId w:val="24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Участие в разработването и изпълнението на интеграционните политики</w:t>
      </w:r>
    </w:p>
    <w:p w14:paraId="0C70FCAB" w14:textId="77777777" w:rsidR="00FC005A" w:rsidRPr="000959AC" w:rsidRDefault="00FC005A" w:rsidP="00B90963">
      <w:pPr>
        <w:pStyle w:val="ListParagraph"/>
        <w:numPr>
          <w:ilvl w:val="0"/>
          <w:numId w:val="24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 xml:space="preserve">Редовно да получават информация от местните власти относно процеса на интеграция </w:t>
      </w:r>
    </w:p>
    <w:p w14:paraId="6599F4CD" w14:textId="77777777" w:rsidR="00B90963" w:rsidRPr="000959AC" w:rsidRDefault="00FC005A" w:rsidP="00B90963">
      <w:pPr>
        <w:pStyle w:val="ListParagraph"/>
        <w:numPr>
          <w:ilvl w:val="0"/>
          <w:numId w:val="24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Участие в културен обмен и обществени прояви с имигранти</w:t>
      </w:r>
    </w:p>
    <w:p w14:paraId="5E513DA7" w14:textId="77777777" w:rsidR="00B90963" w:rsidRPr="000959AC" w:rsidRDefault="00FC005A" w:rsidP="00B90963">
      <w:pPr>
        <w:pStyle w:val="ListParagraph"/>
        <w:numPr>
          <w:ilvl w:val="0"/>
          <w:numId w:val="24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 xml:space="preserve">Обучение и получаване на информация за изграждането на взаимоотношения с новодошлите </w:t>
      </w:r>
    </w:p>
    <w:p w14:paraId="6DB7200F" w14:textId="77777777" w:rsidR="00B90963" w:rsidRPr="000959AC" w:rsidRDefault="000A40BA" w:rsidP="00B90963">
      <w:pPr>
        <w:pStyle w:val="ListParagraph"/>
        <w:numPr>
          <w:ilvl w:val="0"/>
          <w:numId w:val="24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Непрекъснатост на основните аспекти на местната култура и начин на живот</w:t>
      </w:r>
    </w:p>
    <w:p w14:paraId="2555CAF9" w14:textId="77777777" w:rsidR="002A310D" w:rsidRPr="000959AC" w:rsidRDefault="002A310D" w:rsidP="00D80E97">
      <w:pPr>
        <w:tabs>
          <w:tab w:val="left" w:pos="7230"/>
        </w:tabs>
        <w:rPr>
          <w:rFonts w:ascii="Gill Sans Std ExtraBold" w:hAnsi="Gill Sans Std ExtraBold" w:cstheme="majorHAnsi"/>
          <w:b/>
          <w:bCs/>
          <w:color w:val="FFFFFF" w:themeColor="background1"/>
          <w:sz w:val="32"/>
          <w:szCs w:val="32"/>
          <w:highlight w:val="black"/>
          <w:u w:val="single"/>
        </w:rPr>
      </w:pPr>
    </w:p>
    <w:p w14:paraId="67587F1B" w14:textId="77777777" w:rsidR="00FE0BC6" w:rsidRPr="000959AC" w:rsidRDefault="0019521B" w:rsidP="00D80E97">
      <w:pPr>
        <w:tabs>
          <w:tab w:val="left" w:pos="7230"/>
        </w:tabs>
        <w:rPr>
          <w:rFonts w:asciiTheme="majorHAnsi" w:hAnsiTheme="majorHAnsi" w:cstheme="majorHAnsi"/>
          <w:sz w:val="24"/>
          <w:szCs w:val="24"/>
        </w:rPr>
      </w:pPr>
      <w:r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>Либерални и демократични принципи</w:t>
      </w:r>
      <w:r>
        <w:rPr>
          <w:rFonts w:ascii="Gill Sans Std ExtraBold" w:hAnsi="Gill Sans Std ExtraBold"/>
          <w:b/>
          <w:sz w:val="32"/>
          <w:u w:val="single"/>
        </w:rPr>
        <w:t xml:space="preserve"> </w:t>
      </w:r>
      <w:r>
        <w:rPr>
          <w:rFonts w:ascii="Gill Sans Std ExtraBold" w:hAnsi="Gill Sans Std ExtraBold"/>
          <w:b/>
          <w:color w:val="C00000"/>
          <w:sz w:val="32"/>
          <w:u w:val="single"/>
        </w:rPr>
        <w:t xml:space="preserve">за интеграция </w:t>
      </w:r>
    </w:p>
    <w:p w14:paraId="4911280B" w14:textId="77777777" w:rsidR="008224B3" w:rsidRPr="004C17DE" w:rsidRDefault="008224B3" w:rsidP="008224B3">
      <w:pPr>
        <w:pStyle w:val="ListParagraph"/>
        <w:jc w:val="both"/>
        <w:rPr>
          <w:rFonts w:asciiTheme="majorHAnsi" w:hAnsiTheme="majorHAnsi" w:cstheme="majorHAnsi"/>
          <w:b/>
          <w:bCs/>
          <w:sz w:val="24"/>
          <w:szCs w:val="24"/>
          <w:u w:val="single"/>
        </w:rPr>
      </w:pPr>
    </w:p>
    <w:p w14:paraId="323A03CA" w14:textId="77777777" w:rsidR="008224B3" w:rsidRPr="000959AC" w:rsidRDefault="00B525C0" w:rsidP="008224B3">
      <w:pPr>
        <w:pStyle w:val="ListParagraph"/>
        <w:numPr>
          <w:ilvl w:val="0"/>
          <w:numId w:val="28"/>
        </w:numPr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</w:rPr>
        <w:t>Ценностите на свободата</w:t>
      </w:r>
      <w:r>
        <w:rPr>
          <w:rFonts w:asciiTheme="majorHAnsi" w:hAnsiTheme="majorHAnsi"/>
        </w:rPr>
        <w:t xml:space="preserve"> и демокрацията са универсални — те не „работят само“ с конкретни националности, религии или етнически групи.</w:t>
      </w:r>
      <w:r>
        <w:rPr>
          <w:rFonts w:asciiTheme="majorHAnsi" w:hAnsiTheme="majorHAnsi"/>
          <w:sz w:val="24"/>
        </w:rPr>
        <w:t xml:space="preserve"> </w:t>
      </w:r>
    </w:p>
    <w:p w14:paraId="76B03565" w14:textId="77777777" w:rsidR="00B525C0" w:rsidRPr="000959AC" w:rsidRDefault="008D28DC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sz w:val="24"/>
        </w:rPr>
        <w:t>Те обаче се нуждаят от преподаване, разясняване, подхранване и защита.</w:t>
      </w:r>
    </w:p>
    <w:p w14:paraId="60FD5BCD" w14:textId="77777777" w:rsidR="008224B3" w:rsidRPr="000959AC" w:rsidRDefault="008224B3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72B7A7E7" w14:textId="77777777" w:rsidR="00B525C0" w:rsidRPr="000959AC" w:rsidRDefault="00B525C0" w:rsidP="008224B3">
      <w:pPr>
        <w:pStyle w:val="ListParagraph"/>
        <w:numPr>
          <w:ilvl w:val="0"/>
          <w:numId w:val="28"/>
        </w:numPr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  <w:sz w:val="24"/>
        </w:rPr>
        <w:t>Всеки човек</w:t>
      </w:r>
      <w:r>
        <w:rPr>
          <w:rFonts w:asciiTheme="majorHAnsi" w:hAnsiTheme="majorHAnsi"/>
          <w:sz w:val="24"/>
        </w:rPr>
        <w:t xml:space="preserve"> има право да реализира пълния си потенциал в обществото.</w:t>
      </w:r>
    </w:p>
    <w:p w14:paraId="0AB1405B" w14:textId="77777777" w:rsidR="008224B3" w:rsidRPr="000959AC" w:rsidRDefault="008224B3" w:rsidP="008224B3">
      <w:pPr>
        <w:pStyle w:val="ListParagraph"/>
        <w:jc w:val="both"/>
        <w:rPr>
          <w:rFonts w:asciiTheme="majorHAnsi" w:hAnsiTheme="majorHAnsi" w:cstheme="majorHAnsi"/>
          <w:sz w:val="24"/>
          <w:szCs w:val="24"/>
        </w:rPr>
      </w:pPr>
    </w:p>
    <w:p w14:paraId="4CFEAB37" w14:textId="77777777" w:rsidR="008D28DC" w:rsidRPr="000959AC" w:rsidRDefault="008D28DC" w:rsidP="008224B3">
      <w:pPr>
        <w:pStyle w:val="ListParagraph"/>
        <w:numPr>
          <w:ilvl w:val="0"/>
          <w:numId w:val="28"/>
        </w:numPr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b/>
          <w:sz w:val="24"/>
        </w:rPr>
        <w:t>Езикът</w:t>
      </w:r>
      <w:r>
        <w:rPr>
          <w:rFonts w:asciiTheme="majorHAnsi" w:hAnsiTheme="majorHAnsi"/>
          <w:sz w:val="24"/>
        </w:rPr>
        <w:t xml:space="preserve"> е жизненоважен инструмент, чрез който дадено лице може да допринесе за разгръщане на пълния си потенциал.</w:t>
      </w:r>
    </w:p>
    <w:p w14:paraId="60FB33BF" w14:textId="77777777" w:rsidR="008224B3" w:rsidRPr="000959AC" w:rsidRDefault="008224B3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1FFD0D44" w14:textId="77777777" w:rsidR="00B525C0" w:rsidRPr="000959AC" w:rsidRDefault="00B525C0" w:rsidP="008224B3">
      <w:pPr>
        <w:pStyle w:val="ListParagraph"/>
        <w:numPr>
          <w:ilvl w:val="0"/>
          <w:numId w:val="28"/>
        </w:numPr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  <w:sz w:val="24"/>
        </w:rPr>
        <w:t xml:space="preserve">Това, което дадено лице се стреми </w:t>
      </w:r>
      <w:r>
        <w:rPr>
          <w:rFonts w:asciiTheme="majorHAnsi" w:hAnsiTheme="majorHAnsi"/>
          <w:sz w:val="24"/>
        </w:rPr>
        <w:t>да направи, е по-важно от неговия произход.</w:t>
      </w:r>
    </w:p>
    <w:p w14:paraId="49F2AC3D" w14:textId="77777777" w:rsidR="008224B3" w:rsidRPr="000959AC" w:rsidRDefault="008224B3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7DC68563" w14:textId="77777777" w:rsidR="00B525C0" w:rsidRPr="000959AC" w:rsidRDefault="008224B3" w:rsidP="008224B3">
      <w:pPr>
        <w:pStyle w:val="ListParagraph"/>
        <w:numPr>
          <w:ilvl w:val="0"/>
          <w:numId w:val="28"/>
        </w:numPr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  <w:sz w:val="24"/>
        </w:rPr>
        <w:t>Справедливото общество</w:t>
      </w:r>
      <w:r>
        <w:rPr>
          <w:rFonts w:asciiTheme="majorHAnsi" w:hAnsiTheme="majorHAnsi"/>
          <w:sz w:val="24"/>
        </w:rPr>
        <w:t xml:space="preserve"> осигурява равни възможности за всички.</w:t>
      </w:r>
    </w:p>
    <w:p w14:paraId="43F81004" w14:textId="77777777" w:rsidR="008224B3" w:rsidRPr="000959AC" w:rsidRDefault="008224B3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1E8B3668" w14:textId="77777777" w:rsidR="008D28DC" w:rsidRPr="000959AC" w:rsidRDefault="008224B3" w:rsidP="008224B3">
      <w:pPr>
        <w:pStyle w:val="ListParagraph"/>
        <w:numPr>
          <w:ilvl w:val="0"/>
          <w:numId w:val="28"/>
        </w:numPr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  <w:sz w:val="24"/>
        </w:rPr>
        <w:t>Предоставянето на възможност</w:t>
      </w:r>
      <w:r>
        <w:rPr>
          <w:rFonts w:asciiTheme="majorHAnsi" w:hAnsiTheme="majorHAnsi"/>
          <w:sz w:val="24"/>
        </w:rPr>
        <w:t xml:space="preserve"> на гражданите да помогнат за оформянето на своята общност води до най-добри резултати.</w:t>
      </w:r>
    </w:p>
    <w:p w14:paraId="5DB2FC29" w14:textId="77777777" w:rsidR="008224B3" w:rsidRPr="000959AC" w:rsidRDefault="008224B3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36809C91" w14:textId="77777777" w:rsidR="00B525C0" w:rsidRPr="000959AC" w:rsidRDefault="008D28DC" w:rsidP="008224B3">
      <w:pPr>
        <w:pStyle w:val="ListParagraph"/>
        <w:numPr>
          <w:ilvl w:val="0"/>
          <w:numId w:val="28"/>
        </w:numPr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  <w:sz w:val="24"/>
        </w:rPr>
        <w:t>Добре управляваното многообразие</w:t>
      </w:r>
      <w:r>
        <w:rPr>
          <w:rFonts w:asciiTheme="majorHAnsi" w:hAnsiTheme="majorHAnsi"/>
          <w:sz w:val="24"/>
        </w:rPr>
        <w:t xml:space="preserve"> е източник на икономическа и културна сила.</w:t>
      </w:r>
    </w:p>
    <w:p w14:paraId="7F034130" w14:textId="77777777" w:rsidR="008224B3" w:rsidRPr="000959AC" w:rsidRDefault="008224B3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3AE8B876" w14:textId="77777777" w:rsidR="00B525C0" w:rsidRPr="000959AC" w:rsidRDefault="008224B3" w:rsidP="008224B3">
      <w:pPr>
        <w:pStyle w:val="ListParagraph"/>
        <w:numPr>
          <w:ilvl w:val="0"/>
          <w:numId w:val="28"/>
        </w:numPr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  <w:sz w:val="24"/>
        </w:rPr>
        <w:t>Интеграцията не означава</w:t>
      </w:r>
      <w:r>
        <w:rPr>
          <w:rFonts w:asciiTheme="majorHAnsi" w:hAnsiTheme="majorHAnsi"/>
          <w:sz w:val="24"/>
        </w:rPr>
        <w:t xml:space="preserve">, че имигрантите трябва да се откажат от своята идентичност на произход, а е процес, който им позволява да допринасят за това, тяхната уникална идентичност да бъде ценена и уважавана, като същевременно те зачитат и ценят законите и ценностите на новия си дом. </w:t>
      </w:r>
    </w:p>
    <w:p w14:paraId="0CF9619C" w14:textId="77777777" w:rsidR="008224B3" w:rsidRPr="000959AC" w:rsidRDefault="008224B3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56224FDF" w14:textId="77777777" w:rsidR="008224B3" w:rsidRPr="000959AC" w:rsidRDefault="008224B3" w:rsidP="008224B3">
      <w:pPr>
        <w:pStyle w:val="ListParagraph"/>
        <w:numPr>
          <w:ilvl w:val="0"/>
          <w:numId w:val="28"/>
        </w:numPr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  <w:sz w:val="24"/>
        </w:rPr>
        <w:t>Успешната интеграция</w:t>
      </w:r>
      <w:r>
        <w:rPr>
          <w:rFonts w:asciiTheme="majorHAnsi" w:hAnsiTheme="majorHAnsi"/>
          <w:sz w:val="24"/>
        </w:rPr>
        <w:t xml:space="preserve"> води до по-силни и по-устойчиви местни общности. </w:t>
      </w:r>
    </w:p>
    <w:p w14:paraId="7D5F12AC" w14:textId="77777777" w:rsidR="008224B3" w:rsidRPr="000959AC" w:rsidRDefault="008224B3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435C4992" w14:textId="77777777" w:rsidR="008224B3" w:rsidRPr="000959AC" w:rsidRDefault="008224B3" w:rsidP="008224B3">
      <w:pPr>
        <w:pStyle w:val="ListParagraph"/>
        <w:numPr>
          <w:ilvl w:val="0"/>
          <w:numId w:val="28"/>
        </w:numPr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  <w:sz w:val="24"/>
        </w:rPr>
        <w:t>Интеграцията е от съществено значение</w:t>
      </w:r>
      <w:r>
        <w:rPr>
          <w:rFonts w:asciiTheme="majorHAnsi" w:hAnsiTheme="majorHAnsi"/>
          <w:sz w:val="24"/>
        </w:rPr>
        <w:t xml:space="preserve"> за бъдещето на Европейския съюз, тъй като се очаква населението на Съюза да намалее, като същевременно раждаемостта остане ниска, така че стандартът на живот в Европа може да бъде запазен благодарение на имиграцията.</w:t>
      </w:r>
    </w:p>
    <w:p w14:paraId="467F2DE5" w14:textId="77777777" w:rsidR="000B7AFE" w:rsidRPr="000959AC" w:rsidRDefault="000B7AFE">
      <w:pPr>
        <w:rPr>
          <w:rFonts w:ascii="Gill Sans Std ExtraBold" w:hAnsi="Gill Sans Std ExtraBold" w:cstheme="majorHAnsi"/>
          <w:b/>
          <w:bCs/>
          <w:sz w:val="32"/>
          <w:szCs w:val="32"/>
          <w:u w:val="single"/>
        </w:rPr>
      </w:pPr>
      <w:r>
        <w:br w:type="page"/>
      </w:r>
    </w:p>
    <w:p w14:paraId="18108B73" w14:textId="77777777" w:rsidR="002A310D" w:rsidRPr="000959AC" w:rsidRDefault="002A310D" w:rsidP="003733F7">
      <w:pPr>
        <w:pStyle w:val="ListParagraph"/>
        <w:ind w:left="0"/>
        <w:rPr>
          <w:rFonts w:ascii="Gill Sans Std ExtraBold" w:hAnsi="Gill Sans Std ExtraBold" w:cstheme="majorHAnsi"/>
          <w:b/>
          <w:bCs/>
          <w:color w:val="FFFFFF" w:themeColor="background1"/>
          <w:sz w:val="18"/>
          <w:szCs w:val="18"/>
          <w:highlight w:val="black"/>
          <w:u w:val="single"/>
        </w:rPr>
      </w:pPr>
    </w:p>
    <w:p w14:paraId="4DC28BC6" w14:textId="77777777" w:rsidR="000B7AFE" w:rsidRPr="000959AC" w:rsidRDefault="00F40965" w:rsidP="002B65D3">
      <w:pPr>
        <w:pStyle w:val="ListParagraph"/>
        <w:spacing w:after="0"/>
        <w:ind w:left="0"/>
        <w:rPr>
          <w:rFonts w:ascii="Gill Sans Std ExtraBold" w:hAnsi="Gill Sans Std ExtraBold" w:cstheme="majorHAnsi"/>
          <w:b/>
          <w:bCs/>
          <w:sz w:val="32"/>
          <w:szCs w:val="32"/>
          <w:u w:val="single"/>
        </w:rPr>
      </w:pPr>
      <w:r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>Борба с дезинформацията:</w:t>
      </w:r>
      <w:r>
        <w:rPr>
          <w:rFonts w:ascii="Gill Sans Std ExtraBold" w:hAnsi="Gill Sans Std ExtraBold"/>
          <w:b/>
          <w:color w:val="C00000"/>
          <w:sz w:val="32"/>
          <w:u w:val="single"/>
        </w:rPr>
        <w:t xml:space="preserve"> Методът „Сандвич на истината“</w:t>
      </w:r>
    </w:p>
    <w:p w14:paraId="3B791255" w14:textId="77777777" w:rsidR="00D20D14" w:rsidRPr="000959AC" w:rsidRDefault="002600C6">
      <w:pPr>
        <w:rPr>
          <w:rFonts w:ascii="Gill Sans Std ExtraBold" w:hAnsi="Gill Sans Std ExtraBold" w:cstheme="majorHAnsi"/>
          <w:b/>
          <w:bCs/>
          <w:color w:val="FFFFFF" w:themeColor="background1"/>
          <w:sz w:val="32"/>
          <w:szCs w:val="32"/>
          <w:highlight w:val="black"/>
          <w:u w:val="single"/>
        </w:rPr>
      </w:pPr>
      <w:r>
        <w:rPr>
          <w:rFonts w:ascii="Gill Sans Std ExtraBold" w:hAnsi="Gill Sans Std ExtraBold"/>
          <w:b/>
          <w:noProof/>
          <w:color w:val="FFFFFF" w:themeColor="background1"/>
          <w:sz w:val="32"/>
          <w:u w:val="single"/>
        </w:rPr>
        <w:drawing>
          <wp:anchor distT="0" distB="0" distL="114300" distR="114300" simplePos="0" relativeHeight="251658752" behindDoc="0" locked="0" layoutInCell="1" allowOverlap="1" wp14:anchorId="4C285299" wp14:editId="60AD2D80">
            <wp:simplePos x="0" y="0"/>
            <wp:positionH relativeFrom="column">
              <wp:posOffset>39370</wp:posOffset>
            </wp:positionH>
            <wp:positionV relativeFrom="paragraph">
              <wp:posOffset>244475</wp:posOffset>
            </wp:positionV>
            <wp:extent cx="2621280" cy="1735455"/>
            <wp:effectExtent l="19050" t="19050" r="26670" b="17145"/>
            <wp:wrapSquare wrapText="bothSides"/>
            <wp:docPr id="1" name="Picture 1" descr="Microphone and pia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Microphone and piano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21280" cy="173545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C113D5" w14:textId="77777777" w:rsidR="00DB4B67" w:rsidRPr="000959AC" w:rsidRDefault="00FF1798" w:rsidP="00DB4B67">
      <w:pPr>
        <w:pStyle w:val="ListParagraph"/>
        <w:jc w:val="both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  <w:u w:val="single"/>
        </w:rPr>
        <w:t>Невярна информация:</w:t>
      </w:r>
      <w:r>
        <w:rPr>
          <w:rFonts w:ascii="Aptos" w:hAnsi="Aptos"/>
          <w:color w:val="000000"/>
          <w:sz w:val="24"/>
        </w:rPr>
        <w:t xml:space="preserve"> </w:t>
      </w:r>
    </w:p>
    <w:p w14:paraId="40229AC3" w14:textId="77777777" w:rsidR="002600C6" w:rsidRPr="000959AC" w:rsidRDefault="005D05CB" w:rsidP="00DB4B67">
      <w:pPr>
        <w:pStyle w:val="ListParagraph"/>
        <w:jc w:val="both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color w:val="000000"/>
          <w:sz w:val="24"/>
        </w:rPr>
        <w:t>Действието на предоставяне на невярна или подвеждаща информация.</w:t>
      </w:r>
    </w:p>
    <w:p w14:paraId="0A97F027" w14:textId="77777777" w:rsidR="00DB4B67" w:rsidRPr="000959AC" w:rsidRDefault="00DB4B67" w:rsidP="00DB4B67">
      <w:pPr>
        <w:pStyle w:val="ListParagraph"/>
        <w:jc w:val="both"/>
        <w:rPr>
          <w:rFonts w:ascii="Aptos" w:hAnsi="Aptos"/>
          <w:color w:val="000000"/>
          <w:sz w:val="24"/>
          <w:szCs w:val="24"/>
        </w:rPr>
      </w:pPr>
    </w:p>
    <w:p w14:paraId="01E4BC52" w14:textId="77777777" w:rsidR="005D05CB" w:rsidRPr="000959AC" w:rsidRDefault="007262BB" w:rsidP="00DB4B67">
      <w:pPr>
        <w:pStyle w:val="ListParagraph"/>
        <w:jc w:val="both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  <w:u w:val="single"/>
        </w:rPr>
        <w:t>Дезинформация</w:t>
      </w:r>
      <w:r>
        <w:rPr>
          <w:rFonts w:ascii="Aptos" w:hAnsi="Aptos"/>
          <w:color w:val="000000"/>
          <w:sz w:val="24"/>
        </w:rPr>
        <w:t xml:space="preserve">: </w:t>
      </w:r>
    </w:p>
    <w:p w14:paraId="3F195973" w14:textId="77777777" w:rsidR="007262BB" w:rsidRPr="000959AC" w:rsidRDefault="005D05CB" w:rsidP="00DB4B67">
      <w:pPr>
        <w:pStyle w:val="ListParagraph"/>
        <w:jc w:val="both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color w:val="000000"/>
          <w:sz w:val="24"/>
        </w:rPr>
        <w:t>Действието на предоставяне на умишлено невярна информация.</w:t>
      </w:r>
    </w:p>
    <w:p w14:paraId="4A896B71" w14:textId="77777777" w:rsidR="00B84936" w:rsidRPr="000959AC" w:rsidRDefault="00B84936" w:rsidP="00B84936">
      <w:pPr>
        <w:pStyle w:val="ListParagraph"/>
        <w:rPr>
          <w:rFonts w:ascii="Aptos" w:hAnsi="Aptos"/>
          <w:color w:val="000000"/>
          <w:sz w:val="24"/>
          <w:szCs w:val="24"/>
        </w:rPr>
      </w:pPr>
    </w:p>
    <w:p w14:paraId="14EBB6A7" w14:textId="77777777" w:rsidR="00BD3906" w:rsidRPr="002B65D3" w:rsidRDefault="00BD3906" w:rsidP="00B84936">
      <w:pPr>
        <w:pStyle w:val="ListParagraph"/>
        <w:rPr>
          <w:rFonts w:ascii="Aptos" w:hAnsi="Aptos"/>
          <w:color w:val="000000"/>
          <w:sz w:val="10"/>
          <w:szCs w:val="10"/>
        </w:rPr>
      </w:pPr>
    </w:p>
    <w:p w14:paraId="31CAEE06" w14:textId="77777777" w:rsidR="00B84936" w:rsidRPr="000959AC" w:rsidRDefault="00B84936" w:rsidP="004F5173">
      <w:pPr>
        <w:pStyle w:val="ListParagraph"/>
        <w:ind w:left="360"/>
        <w:rPr>
          <w:rFonts w:ascii="Aptos" w:hAnsi="Aptos"/>
          <w:b/>
          <w:bCs/>
          <w:color w:val="000000"/>
          <w:sz w:val="24"/>
          <w:szCs w:val="24"/>
          <w:u w:val="single"/>
        </w:rPr>
      </w:pPr>
      <w:r>
        <w:rPr>
          <w:rFonts w:ascii="Aptos" w:hAnsi="Aptos"/>
          <w:b/>
          <w:color w:val="000000"/>
          <w:sz w:val="24"/>
          <w:u w:val="single"/>
        </w:rPr>
        <w:t>Методът „Сандвич на истината“ се е доказал като ефективен:</w:t>
      </w:r>
    </w:p>
    <w:p w14:paraId="511A2F59" w14:textId="77777777" w:rsidR="00B84936" w:rsidRPr="000959AC" w:rsidRDefault="00B84936" w:rsidP="00B84936">
      <w:pPr>
        <w:pStyle w:val="ListParagraph"/>
        <w:rPr>
          <w:rFonts w:ascii="Aptos" w:hAnsi="Aptos"/>
          <w:color w:val="000000"/>
          <w:sz w:val="24"/>
          <w:szCs w:val="24"/>
        </w:rPr>
      </w:pPr>
    </w:p>
    <w:p w14:paraId="74975AFF" w14:textId="652DE42E" w:rsidR="00032691" w:rsidRPr="000959AC" w:rsidRDefault="00032691" w:rsidP="002B65D3">
      <w:pPr>
        <w:pStyle w:val="ListParagraph"/>
        <w:numPr>
          <w:ilvl w:val="0"/>
          <w:numId w:val="28"/>
        </w:numPr>
        <w:spacing w:after="120"/>
        <w:ind w:left="714" w:hanging="357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Комуникация, основана на факти</w:t>
      </w:r>
      <w:r w:rsidR="002B65D3">
        <w:rPr>
          <w:rFonts w:ascii="Aptos" w:hAnsi="Aptos"/>
          <w:color w:val="000000"/>
          <w:sz w:val="24"/>
        </w:rPr>
        <w:t>.</w:t>
      </w:r>
    </w:p>
    <w:p w14:paraId="6D8AD787" w14:textId="77777777" w:rsidR="00040631" w:rsidRPr="002B65D3" w:rsidRDefault="00040631" w:rsidP="002B65D3">
      <w:pPr>
        <w:pStyle w:val="ListParagraph"/>
        <w:spacing w:after="0"/>
        <w:rPr>
          <w:rFonts w:ascii="Aptos" w:hAnsi="Aptos"/>
          <w:color w:val="000000"/>
          <w:sz w:val="16"/>
          <w:szCs w:val="16"/>
        </w:rPr>
      </w:pPr>
    </w:p>
    <w:p w14:paraId="027B4FA8" w14:textId="77777777" w:rsidR="00696A75" w:rsidRPr="000959AC" w:rsidRDefault="00032691" w:rsidP="002B65D3">
      <w:pPr>
        <w:pStyle w:val="ListParagraph"/>
        <w:numPr>
          <w:ilvl w:val="0"/>
          <w:numId w:val="28"/>
        </w:numPr>
        <w:spacing w:after="120"/>
        <w:ind w:left="714" w:hanging="357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Предупреждаване за мита</w:t>
      </w:r>
      <w:r>
        <w:rPr>
          <w:rFonts w:ascii="Aptos" w:hAnsi="Aptos"/>
          <w:color w:val="000000"/>
          <w:sz w:val="24"/>
        </w:rPr>
        <w:t xml:space="preserve">, </w:t>
      </w:r>
      <w:r>
        <w:rPr>
          <w:rFonts w:ascii="Aptos" w:hAnsi="Aptos"/>
          <w:i/>
          <w:color w:val="000000"/>
          <w:sz w:val="24"/>
        </w:rPr>
        <w:t>но накратко, за да се избегне усилването му!</w:t>
      </w:r>
      <w:r>
        <w:rPr>
          <w:rFonts w:ascii="Aptos" w:hAnsi="Aptos"/>
          <w:color w:val="000000"/>
          <w:sz w:val="24"/>
        </w:rPr>
        <w:t xml:space="preserve"> </w:t>
      </w:r>
    </w:p>
    <w:p w14:paraId="4FAB8C03" w14:textId="77777777" w:rsidR="00040631" w:rsidRPr="002B65D3" w:rsidRDefault="00040631" w:rsidP="002B65D3">
      <w:pPr>
        <w:pStyle w:val="ListParagraph"/>
        <w:spacing w:after="0"/>
        <w:rPr>
          <w:rFonts w:ascii="Aptos" w:hAnsi="Aptos"/>
          <w:color w:val="000000"/>
          <w:sz w:val="16"/>
          <w:szCs w:val="16"/>
        </w:rPr>
      </w:pPr>
    </w:p>
    <w:p w14:paraId="032740D6" w14:textId="526748A5" w:rsidR="00696A75" w:rsidRPr="000959AC" w:rsidRDefault="00032691" w:rsidP="002B65D3">
      <w:pPr>
        <w:pStyle w:val="ListParagraph"/>
        <w:numPr>
          <w:ilvl w:val="0"/>
          <w:numId w:val="28"/>
        </w:numPr>
        <w:spacing w:after="120"/>
        <w:ind w:left="714" w:hanging="357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Обяснение защо</w:t>
      </w:r>
      <w:r>
        <w:rPr>
          <w:rFonts w:ascii="Aptos" w:hAnsi="Aptos"/>
          <w:color w:val="000000"/>
          <w:sz w:val="24"/>
        </w:rPr>
        <w:t xml:space="preserve"> митът е грешен</w:t>
      </w:r>
      <w:r w:rsidR="002B65D3">
        <w:rPr>
          <w:rFonts w:ascii="Aptos" w:hAnsi="Aptos"/>
          <w:color w:val="000000"/>
          <w:sz w:val="24"/>
        </w:rPr>
        <w:t>.</w:t>
      </w:r>
    </w:p>
    <w:p w14:paraId="13EF11E2" w14:textId="77777777" w:rsidR="00040631" w:rsidRPr="002B65D3" w:rsidRDefault="00040631" w:rsidP="00040631">
      <w:pPr>
        <w:pStyle w:val="ListParagraph"/>
        <w:rPr>
          <w:rFonts w:ascii="Aptos" w:hAnsi="Aptos"/>
          <w:color w:val="000000"/>
          <w:sz w:val="16"/>
          <w:szCs w:val="16"/>
        </w:rPr>
      </w:pPr>
    </w:p>
    <w:p w14:paraId="558DD129" w14:textId="77777777" w:rsidR="00696A75" w:rsidRPr="000959AC" w:rsidRDefault="00BD35C9" w:rsidP="00032691">
      <w:pPr>
        <w:pStyle w:val="ListParagraph"/>
        <w:numPr>
          <w:ilvl w:val="0"/>
          <w:numId w:val="28"/>
        </w:numPr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Повторение на фактите,</w:t>
      </w:r>
      <w:r>
        <w:rPr>
          <w:rFonts w:ascii="Aptos" w:hAnsi="Aptos"/>
          <w:color w:val="000000"/>
          <w:sz w:val="24"/>
        </w:rPr>
        <w:t xml:space="preserve"> за да бъдат подсилени. </w:t>
      </w:r>
    </w:p>
    <w:p w14:paraId="3C9DFC5E" w14:textId="77777777" w:rsidR="00E71E8E" w:rsidRPr="000959AC" w:rsidRDefault="00E71E8E" w:rsidP="00E71E8E">
      <w:pPr>
        <w:pStyle w:val="ListParagraph"/>
        <w:rPr>
          <w:rFonts w:ascii="Aptos" w:hAnsi="Aptos"/>
          <w:color w:val="000000"/>
          <w:sz w:val="24"/>
          <w:szCs w:val="24"/>
        </w:rPr>
      </w:pPr>
    </w:p>
    <w:p w14:paraId="13E78043" w14:textId="77777777" w:rsidR="00E71E8E" w:rsidRPr="000959AC" w:rsidRDefault="00E71E8E" w:rsidP="00E71E8E">
      <w:pPr>
        <w:pStyle w:val="ListParagraph"/>
        <w:ind w:left="360"/>
        <w:rPr>
          <w:rFonts w:ascii="Aptos" w:hAnsi="Aptos"/>
          <w:b/>
          <w:bCs/>
          <w:color w:val="000000"/>
          <w:sz w:val="24"/>
          <w:szCs w:val="24"/>
          <w:u w:val="single"/>
        </w:rPr>
      </w:pPr>
      <w:r>
        <w:rPr>
          <w:rFonts w:ascii="Aptos" w:hAnsi="Aptos"/>
          <w:b/>
          <w:color w:val="000000"/>
          <w:sz w:val="24"/>
          <w:u w:val="single"/>
        </w:rPr>
        <w:t>Как се прилага методът „Сандвич на истината“</w:t>
      </w:r>
    </w:p>
    <w:p w14:paraId="33304336" w14:textId="77777777" w:rsidR="00735E38" w:rsidRPr="000959AC" w:rsidRDefault="00735E38" w:rsidP="00E71E8E">
      <w:pPr>
        <w:pStyle w:val="ListParagraph"/>
        <w:ind w:left="360"/>
        <w:rPr>
          <w:rFonts w:ascii="Aptos" w:hAnsi="Aptos"/>
          <w:b/>
          <w:bCs/>
          <w:color w:val="000000"/>
          <w:sz w:val="24"/>
          <w:szCs w:val="24"/>
          <w:u w:val="single"/>
        </w:rPr>
      </w:pPr>
    </w:p>
    <w:p w14:paraId="5D8F4349" w14:textId="3A46D246" w:rsidR="007618F4" w:rsidRPr="000959AC" w:rsidRDefault="00032691" w:rsidP="002B65D3">
      <w:pPr>
        <w:pStyle w:val="ListParagraph"/>
        <w:numPr>
          <w:ilvl w:val="0"/>
          <w:numId w:val="28"/>
        </w:numPr>
        <w:spacing w:after="120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Повтаряне, повтаряне, повтаряне</w:t>
      </w:r>
      <w:r w:rsidR="002B65D3">
        <w:rPr>
          <w:rFonts w:ascii="Aptos" w:hAnsi="Aptos"/>
          <w:b/>
          <w:color w:val="000000"/>
          <w:sz w:val="24"/>
        </w:rPr>
        <w:t>.</w:t>
      </w:r>
      <w:r>
        <w:rPr>
          <w:rFonts w:ascii="Aptos" w:hAnsi="Aptos"/>
          <w:color w:val="000000"/>
          <w:sz w:val="24"/>
        </w:rPr>
        <w:t xml:space="preserve"> Използване на всяка възможност, за повторение на метода „Сандвич на истината“</w:t>
      </w:r>
      <w:r w:rsidR="002B65D3">
        <w:rPr>
          <w:rFonts w:ascii="Aptos" w:hAnsi="Aptos"/>
          <w:color w:val="000000"/>
          <w:sz w:val="24"/>
        </w:rPr>
        <w:t>.</w:t>
      </w:r>
    </w:p>
    <w:p w14:paraId="5C152B19" w14:textId="77777777" w:rsidR="00040631" w:rsidRPr="002B65D3" w:rsidRDefault="00040631" w:rsidP="002B65D3">
      <w:pPr>
        <w:pStyle w:val="ListParagraph"/>
        <w:spacing w:after="120"/>
        <w:rPr>
          <w:rFonts w:ascii="Aptos" w:hAnsi="Aptos"/>
          <w:color w:val="000000"/>
          <w:sz w:val="16"/>
          <w:szCs w:val="16"/>
        </w:rPr>
      </w:pPr>
    </w:p>
    <w:p w14:paraId="33234748" w14:textId="1F85C3BF" w:rsidR="006C2CA7" w:rsidRPr="000959AC" w:rsidRDefault="00032691" w:rsidP="002B65D3">
      <w:pPr>
        <w:pStyle w:val="ListParagraph"/>
        <w:numPr>
          <w:ilvl w:val="0"/>
          <w:numId w:val="28"/>
        </w:numPr>
        <w:spacing w:after="120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Работа едновременно с други участници</w:t>
      </w:r>
      <w:r>
        <w:rPr>
          <w:rFonts w:ascii="Aptos" w:hAnsi="Aptos"/>
          <w:color w:val="000000"/>
          <w:sz w:val="24"/>
        </w:rPr>
        <w:t>, които са ваши съюзници</w:t>
      </w:r>
      <w:r w:rsidR="002B65D3">
        <w:rPr>
          <w:rFonts w:ascii="Aptos" w:hAnsi="Aptos"/>
          <w:color w:val="000000"/>
          <w:sz w:val="24"/>
        </w:rPr>
        <w:t>.</w:t>
      </w:r>
    </w:p>
    <w:p w14:paraId="6B726FE4" w14:textId="77777777" w:rsidR="00040631" w:rsidRPr="002B65D3" w:rsidRDefault="00040631" w:rsidP="002B65D3">
      <w:pPr>
        <w:pStyle w:val="ListParagraph"/>
        <w:spacing w:after="120"/>
        <w:rPr>
          <w:rFonts w:ascii="Aptos" w:hAnsi="Aptos"/>
          <w:color w:val="000000"/>
          <w:sz w:val="16"/>
          <w:szCs w:val="16"/>
        </w:rPr>
      </w:pPr>
    </w:p>
    <w:p w14:paraId="203B7CC2" w14:textId="18D59AE9" w:rsidR="00D420DA" w:rsidRPr="000959AC" w:rsidRDefault="006C2CA7" w:rsidP="002B65D3">
      <w:pPr>
        <w:pStyle w:val="ListParagraph"/>
        <w:numPr>
          <w:ilvl w:val="0"/>
          <w:numId w:val="28"/>
        </w:numPr>
        <w:spacing w:after="120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Разбиране на целевата аудитория,</w:t>
      </w:r>
      <w:r>
        <w:rPr>
          <w:rFonts w:ascii="Aptos" w:hAnsi="Aptos"/>
          <w:color w:val="000000"/>
          <w:sz w:val="24"/>
        </w:rPr>
        <w:t xml:space="preserve"> опора на нейните ценности и емоции</w:t>
      </w:r>
      <w:r w:rsidR="002B65D3">
        <w:rPr>
          <w:rFonts w:ascii="Aptos" w:hAnsi="Aptos"/>
          <w:color w:val="000000"/>
          <w:sz w:val="24"/>
        </w:rPr>
        <w:t>.</w:t>
      </w:r>
    </w:p>
    <w:p w14:paraId="252DECEE" w14:textId="77777777" w:rsidR="00040631" w:rsidRPr="002B65D3" w:rsidRDefault="00040631" w:rsidP="002B65D3">
      <w:pPr>
        <w:pStyle w:val="ListParagraph"/>
        <w:spacing w:after="120"/>
        <w:rPr>
          <w:rFonts w:ascii="Aptos" w:hAnsi="Aptos"/>
          <w:color w:val="000000"/>
          <w:sz w:val="16"/>
          <w:szCs w:val="16"/>
        </w:rPr>
      </w:pPr>
    </w:p>
    <w:p w14:paraId="6DE720C1" w14:textId="24D24B97" w:rsidR="00454A41" w:rsidRPr="000959AC" w:rsidRDefault="00447EE0" w:rsidP="002B65D3">
      <w:pPr>
        <w:pStyle w:val="ListParagraph"/>
        <w:numPr>
          <w:ilvl w:val="0"/>
          <w:numId w:val="28"/>
        </w:numPr>
        <w:spacing w:after="120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Използване на доверен говорител</w:t>
      </w:r>
      <w:r w:rsidR="002B65D3">
        <w:rPr>
          <w:rFonts w:ascii="Aptos" w:hAnsi="Aptos"/>
          <w:b/>
          <w:color w:val="000000"/>
          <w:sz w:val="24"/>
        </w:rPr>
        <w:t>.</w:t>
      </w:r>
      <w:r>
        <w:rPr>
          <w:rFonts w:ascii="Aptos" w:hAnsi="Aptos"/>
          <w:color w:val="000000"/>
          <w:sz w:val="24"/>
        </w:rPr>
        <w:t xml:space="preserve"> Уверете се, че посланието е предадено от лице, на което целевата аудитория има доверие и в което се припознава. Онлайн и офлайн</w:t>
      </w:r>
      <w:r w:rsidR="002B65D3">
        <w:rPr>
          <w:rFonts w:ascii="Aptos" w:hAnsi="Aptos"/>
          <w:color w:val="000000"/>
          <w:sz w:val="24"/>
        </w:rPr>
        <w:t>.</w:t>
      </w:r>
    </w:p>
    <w:p w14:paraId="56E07217" w14:textId="77777777" w:rsidR="00040631" w:rsidRPr="002B65D3" w:rsidRDefault="00040631" w:rsidP="002B65D3">
      <w:pPr>
        <w:pStyle w:val="ListParagraph"/>
        <w:spacing w:after="120"/>
        <w:rPr>
          <w:rFonts w:ascii="Aptos" w:hAnsi="Aptos"/>
          <w:color w:val="000000"/>
          <w:sz w:val="16"/>
          <w:szCs w:val="16"/>
        </w:rPr>
      </w:pPr>
    </w:p>
    <w:p w14:paraId="7B85BE6F" w14:textId="2E3CF620" w:rsidR="00454A41" w:rsidRPr="000959AC" w:rsidRDefault="00032691" w:rsidP="002B65D3">
      <w:pPr>
        <w:pStyle w:val="ListParagraph"/>
        <w:numPr>
          <w:ilvl w:val="0"/>
          <w:numId w:val="28"/>
        </w:numPr>
        <w:spacing w:after="120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Използване на хумор</w:t>
      </w:r>
      <w:r>
        <w:rPr>
          <w:rFonts w:ascii="Aptos" w:hAnsi="Aptos"/>
          <w:color w:val="000000"/>
          <w:sz w:val="24"/>
        </w:rPr>
        <w:t xml:space="preserve"> за привличане на вниманието</w:t>
      </w:r>
      <w:r w:rsidR="002B65D3">
        <w:rPr>
          <w:rFonts w:ascii="Aptos" w:hAnsi="Aptos"/>
          <w:color w:val="000000"/>
          <w:sz w:val="24"/>
        </w:rPr>
        <w:t>.</w:t>
      </w:r>
    </w:p>
    <w:p w14:paraId="54E79F9C" w14:textId="77777777" w:rsidR="00040631" w:rsidRPr="002B65D3" w:rsidRDefault="00040631" w:rsidP="00040631">
      <w:pPr>
        <w:pStyle w:val="ListParagraph"/>
        <w:rPr>
          <w:rFonts w:ascii="Aptos" w:hAnsi="Aptos"/>
          <w:b/>
          <w:bCs/>
          <w:color w:val="000000"/>
          <w:sz w:val="16"/>
          <w:szCs w:val="16"/>
        </w:rPr>
      </w:pPr>
    </w:p>
    <w:p w14:paraId="54E3041B" w14:textId="77777777" w:rsidR="00032691" w:rsidRPr="000959AC" w:rsidRDefault="00032691" w:rsidP="00032691">
      <w:pPr>
        <w:pStyle w:val="ListParagraph"/>
        <w:numPr>
          <w:ilvl w:val="0"/>
          <w:numId w:val="28"/>
        </w:numPr>
        <w:rPr>
          <w:rFonts w:ascii="Aptos" w:hAnsi="Aptos"/>
          <w:b/>
          <w:bCs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Действайте бързо! </w:t>
      </w:r>
    </w:p>
    <w:p w14:paraId="242150E2" w14:textId="77777777" w:rsidR="007243B4" w:rsidRPr="000959AC" w:rsidRDefault="007243B4" w:rsidP="0019521B">
      <w:pPr>
        <w:rPr>
          <w:rFonts w:ascii="Gill Sans Std ExtraBold" w:hAnsi="Gill Sans Std ExtraBold" w:cstheme="majorHAnsi"/>
          <w:b/>
          <w:bCs/>
          <w:color w:val="FFFFFF" w:themeColor="background1"/>
          <w:sz w:val="32"/>
          <w:szCs w:val="32"/>
          <w:highlight w:val="black"/>
          <w:u w:val="single"/>
        </w:rPr>
      </w:pPr>
    </w:p>
    <w:p w14:paraId="2D28B61C" w14:textId="77777777" w:rsidR="0019521B" w:rsidRPr="000959AC" w:rsidRDefault="000B7AFE" w:rsidP="00AB5E0A">
      <w:pPr>
        <w:spacing w:after="120"/>
        <w:rPr>
          <w:rFonts w:ascii="Gill Sans Std ExtraBold" w:hAnsi="Gill Sans Std ExtraBold" w:cstheme="majorHAnsi"/>
          <w:b/>
          <w:bCs/>
          <w:color w:val="C00000"/>
          <w:sz w:val="32"/>
          <w:szCs w:val="32"/>
          <w:u w:val="single"/>
        </w:rPr>
      </w:pPr>
      <w:r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>Примери за политики</w:t>
      </w:r>
      <w:r>
        <w:rPr>
          <w:rFonts w:ascii="Gill Sans Std ExtraBold" w:hAnsi="Gill Sans Std ExtraBold"/>
          <w:b/>
          <w:sz w:val="32"/>
          <w:u w:val="single"/>
        </w:rPr>
        <w:t xml:space="preserve"> </w:t>
      </w:r>
      <w:r>
        <w:rPr>
          <w:rFonts w:ascii="Gill Sans Std ExtraBold" w:hAnsi="Gill Sans Std ExtraBold"/>
          <w:b/>
          <w:color w:val="C00000"/>
          <w:sz w:val="32"/>
          <w:u w:val="single"/>
        </w:rPr>
        <w:t xml:space="preserve">от градове от целия свят </w:t>
      </w:r>
    </w:p>
    <w:p w14:paraId="42CF041E" w14:textId="77777777" w:rsidR="000B7AFE" w:rsidRPr="000959AC" w:rsidRDefault="000B7AFE" w:rsidP="00AB5E0A">
      <w:pPr>
        <w:pStyle w:val="Heading2"/>
        <w:spacing w:before="0" w:after="60" w:line="240" w:lineRule="auto"/>
        <w:rPr>
          <w:rFonts w:cstheme="majorHAnsi"/>
          <w:color w:val="auto"/>
          <w:sz w:val="28"/>
          <w:szCs w:val="28"/>
        </w:rPr>
      </w:pPr>
      <w:r>
        <w:rPr>
          <w:rStyle w:val="Strong"/>
          <w:b/>
          <w:color w:val="auto"/>
          <w:sz w:val="28"/>
        </w:rPr>
        <w:t>1. Езиково обучение и образование</w:t>
      </w:r>
    </w:p>
    <w:p w14:paraId="1ADDDB0D" w14:textId="77777777" w:rsidR="000B7AFE" w:rsidRPr="000959AC" w:rsidRDefault="000B7AFE" w:rsidP="00AB5E0A">
      <w:pPr>
        <w:numPr>
          <w:ilvl w:val="0"/>
          <w:numId w:val="30"/>
        </w:numPr>
        <w:spacing w:after="0" w:line="240" w:lineRule="auto"/>
        <w:ind w:left="714" w:hanging="357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Безплатни езикови курсове, предоставяни в кварталите, работни места и училища, в които има занимални за децата, насочени към разговорния език в ежедневието</w:t>
      </w:r>
    </w:p>
    <w:p w14:paraId="4C2947A1" w14:textId="77777777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Гъвкави модулни езикови курсове с цифрови възможности</w:t>
      </w:r>
    </w:p>
    <w:p w14:paraId="66ADD762" w14:textId="77777777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Интензивна езикова и културна ориентация за децата на бежанците</w:t>
      </w:r>
    </w:p>
    <w:p w14:paraId="362CBA05" w14:textId="77777777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Центрове за оценка и подкрепа за студенти имигранти, включително езиково обучение.</w:t>
      </w:r>
    </w:p>
    <w:p w14:paraId="6CE92F79" w14:textId="77777777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Двуезично образование, подкрепящо родния език на децата имигранти, наред с местния език</w:t>
      </w:r>
    </w:p>
    <w:p w14:paraId="48CF371B" w14:textId="77777777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Безплатни езикови курсове в рамките на професионално обучение и подготовка за гражданство.</w:t>
      </w:r>
    </w:p>
    <w:p w14:paraId="5081F447" w14:textId="77777777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Езикова подкрепа в ранна детска възраст и програми за участие на родителите</w:t>
      </w:r>
    </w:p>
    <w:p w14:paraId="24853018" w14:textId="77777777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Безплатни езикови курсове в библиотеки и общински центрове</w:t>
      </w:r>
    </w:p>
    <w:p w14:paraId="2492DC91" w14:textId="77777777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Style w:val="Emphasis"/>
          <w:rFonts w:asciiTheme="majorHAnsi" w:hAnsiTheme="majorHAnsi"/>
          <w:sz w:val="24"/>
        </w:rPr>
        <w:t>Многоезични кафенета</w:t>
      </w:r>
      <w:r>
        <w:rPr>
          <w:rFonts w:asciiTheme="majorHAnsi" w:hAnsiTheme="majorHAnsi"/>
          <w:sz w:val="24"/>
        </w:rPr>
        <w:t xml:space="preserve"> в кварталите</w:t>
      </w:r>
    </w:p>
    <w:p w14:paraId="312463F8" w14:textId="77777777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Ускорени езикови курсове за търсещите работа</w:t>
      </w:r>
    </w:p>
    <w:p w14:paraId="5C1BEAE6" w14:textId="77777777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Езикови курсове за имигранти на работното място</w:t>
      </w:r>
    </w:p>
    <w:p w14:paraId="360F502C" w14:textId="77777777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Езикови и културни дейности в подкрепа на интеграцията</w:t>
      </w:r>
    </w:p>
    <w:p w14:paraId="048380EE" w14:textId="77777777" w:rsidR="000B7AFE" w:rsidRPr="000959AC" w:rsidRDefault="000B7AFE" w:rsidP="002B65D3">
      <w:pPr>
        <w:numPr>
          <w:ilvl w:val="0"/>
          <w:numId w:val="30"/>
        </w:numPr>
        <w:spacing w:after="0" w:line="240" w:lineRule="auto"/>
        <w:ind w:left="714" w:hanging="357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Онлайн езикови курсове за дистанционно обучаващи се</w:t>
      </w:r>
    </w:p>
    <w:p w14:paraId="43F5CEE0" w14:textId="77777777" w:rsidR="000B7AFE" w:rsidRPr="000959AC" w:rsidRDefault="004655B4" w:rsidP="002B65D3">
      <w:pPr>
        <w:spacing w:after="0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pict w14:anchorId="07009514">
          <v:rect id="_x0000_i1026" style="width:0;height:1.5pt" o:hralign="center" o:hrstd="t" o:hr="t" fillcolor="#a0a0a0" stroked="f"/>
        </w:pict>
      </w:r>
    </w:p>
    <w:p w14:paraId="480E4BDB" w14:textId="77777777" w:rsidR="000B7AFE" w:rsidRPr="000959AC" w:rsidRDefault="000B7AFE" w:rsidP="00AB5E0A">
      <w:pPr>
        <w:pStyle w:val="Heading2"/>
        <w:spacing w:before="0" w:after="60" w:line="240" w:lineRule="auto"/>
        <w:rPr>
          <w:rFonts w:cstheme="majorHAnsi"/>
          <w:color w:val="auto"/>
          <w:sz w:val="28"/>
          <w:szCs w:val="28"/>
        </w:rPr>
      </w:pPr>
      <w:r>
        <w:rPr>
          <w:rStyle w:val="Strong"/>
          <w:b/>
          <w:color w:val="auto"/>
          <w:sz w:val="28"/>
        </w:rPr>
        <w:t>2. Заетост, умения и икономическа интеграция</w:t>
      </w:r>
    </w:p>
    <w:p w14:paraId="6780DA49" w14:textId="77777777" w:rsidR="000B7AFE" w:rsidRPr="000959AC" w:rsidRDefault="000B7AFE" w:rsidP="00AB5E0A">
      <w:pPr>
        <w:numPr>
          <w:ilvl w:val="0"/>
          <w:numId w:val="31"/>
        </w:numPr>
        <w:spacing w:after="100" w:afterAutospacing="1" w:line="240" w:lineRule="auto"/>
        <w:ind w:left="714" w:hanging="357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Програми за професионално обучение и намиране на работа за имигранти, включително специфични за сектора умения и признаване на чуждестранни квалификации</w:t>
      </w:r>
    </w:p>
    <w:p w14:paraId="55431888" w14:textId="77777777" w:rsidR="000B7AFE" w:rsidRPr="000959AC" w:rsidRDefault="000B7AFE" w:rsidP="000B7AFE">
      <w:pPr>
        <w:numPr>
          <w:ilvl w:val="0"/>
          <w:numId w:val="31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Свързване на квалифицирани имигранти със специалисти в тяхната област за кратки менторски програми</w:t>
      </w:r>
    </w:p>
    <w:p w14:paraId="0A10F679" w14:textId="77777777" w:rsidR="000B7AFE" w:rsidRPr="000959AC" w:rsidRDefault="000B7AFE" w:rsidP="000B7AFE">
      <w:pPr>
        <w:numPr>
          <w:ilvl w:val="0"/>
          <w:numId w:val="31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Програми за наставничество, свързващи имигранти предприемачи с опитни собственици на предприятия</w:t>
      </w:r>
    </w:p>
    <w:p w14:paraId="47CC23FF" w14:textId="77777777" w:rsidR="000B7AFE" w:rsidRPr="000959AC" w:rsidRDefault="000B7AFE" w:rsidP="000B7AFE">
      <w:pPr>
        <w:numPr>
          <w:ilvl w:val="0"/>
          <w:numId w:val="31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Безплатно обучение, микрокредити и работа в мрежа за имигранти предприемачи</w:t>
      </w:r>
    </w:p>
    <w:p w14:paraId="7D8DD5A2" w14:textId="77777777" w:rsidR="000B7AFE" w:rsidRPr="000959AC" w:rsidRDefault="000B7AFE" w:rsidP="000B7AFE">
      <w:pPr>
        <w:numPr>
          <w:ilvl w:val="0"/>
          <w:numId w:val="31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Центрове за заетост от тип „На едно гише“, предлагащи създаване на професионални връзки, изготвяне на автобиографии и езикови курсове</w:t>
      </w:r>
    </w:p>
    <w:p w14:paraId="4549AC8D" w14:textId="77777777" w:rsidR="000B7AFE" w:rsidRPr="000959AC" w:rsidRDefault="000B7AFE" w:rsidP="000B7AFE">
      <w:pPr>
        <w:numPr>
          <w:ilvl w:val="0"/>
          <w:numId w:val="31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Субсидирани стажове за имигранти</w:t>
      </w:r>
    </w:p>
    <w:p w14:paraId="366D6B13" w14:textId="77777777" w:rsidR="000B7AFE" w:rsidRPr="000959AC" w:rsidRDefault="000B7AFE" w:rsidP="000B7AFE">
      <w:pPr>
        <w:numPr>
          <w:ilvl w:val="0"/>
          <w:numId w:val="31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Стимул за предприятията да наемат имигранти</w:t>
      </w:r>
    </w:p>
    <w:p w14:paraId="1EB1872E" w14:textId="77777777" w:rsidR="000B7AFE" w:rsidRPr="000959AC" w:rsidRDefault="000B7AFE" w:rsidP="000B7AFE">
      <w:pPr>
        <w:numPr>
          <w:ilvl w:val="0"/>
          <w:numId w:val="31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Ускорено признаване на квалификациите на имигрантите</w:t>
      </w:r>
    </w:p>
    <w:p w14:paraId="1B9BA9EF" w14:textId="77777777" w:rsidR="000B7AFE" w:rsidRPr="000959AC" w:rsidRDefault="000B7AFE" w:rsidP="002B65D3">
      <w:pPr>
        <w:numPr>
          <w:ilvl w:val="0"/>
          <w:numId w:val="31"/>
        </w:numPr>
        <w:spacing w:after="0" w:line="240" w:lineRule="auto"/>
        <w:ind w:left="714" w:hanging="357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Секторно професионално обучение за имигранти (напр. в здравеопазването или в информационните технологии)</w:t>
      </w:r>
    </w:p>
    <w:p w14:paraId="3DD2EE78" w14:textId="77777777" w:rsidR="000B7AFE" w:rsidRPr="000959AC" w:rsidRDefault="004655B4" w:rsidP="000B7AFE">
      <w:pPr>
        <w:spacing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lastRenderedPageBreak/>
        <w:pict w14:anchorId="3C63E1AE">
          <v:rect id="_x0000_i1027" style="width:0;height:1.5pt" o:hralign="center" o:hrstd="t" o:hr="t" fillcolor="#a0a0a0" stroked="f"/>
        </w:pict>
      </w:r>
    </w:p>
    <w:p w14:paraId="601357B8" w14:textId="77777777" w:rsidR="000B7AFE" w:rsidRPr="000959AC" w:rsidRDefault="000B7AFE" w:rsidP="000B7AFE">
      <w:pPr>
        <w:pStyle w:val="Heading2"/>
        <w:spacing w:line="300" w:lineRule="atLeast"/>
        <w:rPr>
          <w:rFonts w:cstheme="majorHAnsi"/>
          <w:color w:val="auto"/>
          <w:sz w:val="28"/>
          <w:szCs w:val="28"/>
        </w:rPr>
      </w:pPr>
      <w:r>
        <w:rPr>
          <w:rStyle w:val="Strong"/>
          <w:b/>
          <w:color w:val="auto"/>
          <w:sz w:val="28"/>
        </w:rPr>
        <w:t>3. Жилищно настаняване и приобщаване в градовете</w:t>
      </w:r>
    </w:p>
    <w:p w14:paraId="61191DC9" w14:textId="77777777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Постоянно жилищно настаняване и социална подкрепа за бездомните имигранти и бежанци</w:t>
      </w:r>
    </w:p>
    <w:p w14:paraId="1B989019" w14:textId="77777777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Временно жилищно настаняване, предоставяно на имигранти чрез партньорства с местни НПО</w:t>
      </w:r>
    </w:p>
    <w:p w14:paraId="46DCCE06" w14:textId="77777777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Субсидирани квоти за жилищно настаняване с цел предотвратяване на етническата сегрегация</w:t>
      </w:r>
    </w:p>
    <w:p w14:paraId="1FD885D6" w14:textId="77777777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Жилища за лица с различни равнища на доходи и общностни центрове в зоните, в които живеят много имигранти</w:t>
      </w:r>
    </w:p>
    <w:p w14:paraId="50932B6C" w14:textId="77777777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Планове за интеграция за кварталите, с модернизиране на жилищата и социалните услуги</w:t>
      </w:r>
    </w:p>
    <w:p w14:paraId="38F5AF6B" w14:textId="77777777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Субсидии за наеми и общностни пространства за предотвратяване на образуването на гета</w:t>
      </w:r>
    </w:p>
    <w:p w14:paraId="445765E6" w14:textId="77777777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Финансова помощ за бежанци и имигранти, изложени на риск от бездомничество</w:t>
      </w:r>
    </w:p>
    <w:p w14:paraId="67ED1413" w14:textId="77777777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Обществен жилищен фонд с квоти за имигранти</w:t>
      </w:r>
    </w:p>
    <w:p w14:paraId="0D280FD9" w14:textId="77777777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Подкрепа за жилищно настаняване и общностно спонсориране на бежанци</w:t>
      </w:r>
    </w:p>
    <w:p w14:paraId="54F49D5F" w14:textId="77777777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Помощ за временно настаняване и отдаване под наем на жилища на лица, търсещи убежище</w:t>
      </w:r>
    </w:p>
    <w:p w14:paraId="47461F6D" w14:textId="77777777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Правна помощ и помощ за наемане на жилища от имигранти без документ.</w:t>
      </w:r>
    </w:p>
    <w:p w14:paraId="6830713C" w14:textId="77777777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Правни и финансови консултации за наематели имигранти</w:t>
      </w:r>
    </w:p>
    <w:p w14:paraId="2575066E" w14:textId="77777777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Постоянно жилищно настаняване, съчетано със социална дейност за бездомни имигранти</w:t>
      </w:r>
    </w:p>
    <w:p w14:paraId="15847890" w14:textId="77777777" w:rsidR="000B7AFE" w:rsidRPr="000959AC" w:rsidRDefault="004655B4" w:rsidP="000B7AFE">
      <w:pPr>
        <w:spacing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pict w14:anchorId="5ED599A4">
          <v:rect id="_x0000_i1028" style="width:0;height:1.5pt" o:hralign="center" o:hrstd="t" o:hr="t" fillcolor="#a0a0a0" stroked="f"/>
        </w:pict>
      </w:r>
    </w:p>
    <w:p w14:paraId="1611F48C" w14:textId="77777777" w:rsidR="000B7AFE" w:rsidRPr="000959AC" w:rsidRDefault="000B7AFE" w:rsidP="000B7AFE">
      <w:pPr>
        <w:pStyle w:val="Heading2"/>
        <w:spacing w:line="300" w:lineRule="atLeast"/>
        <w:rPr>
          <w:rFonts w:cstheme="majorHAnsi"/>
          <w:color w:val="auto"/>
          <w:sz w:val="28"/>
          <w:szCs w:val="28"/>
        </w:rPr>
      </w:pPr>
      <w:r>
        <w:rPr>
          <w:rStyle w:val="Strong"/>
          <w:b/>
          <w:color w:val="auto"/>
          <w:sz w:val="28"/>
        </w:rPr>
        <w:t>4. Социално сближаване и обществена ангажираност</w:t>
      </w:r>
    </w:p>
    <w:p w14:paraId="49DF563B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Ежегодни фестивали за честване на културното многообразие с цел намаляване на предразсъдъците и изграждане на отношения</w:t>
      </w:r>
    </w:p>
    <w:p w14:paraId="17FBF831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Редовни срещи между полицията и имигрантските общности за изграждане на доверие и преодоляване на опасенията, свързани с безопасността</w:t>
      </w:r>
    </w:p>
    <w:p w14:paraId="386D32B6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Социални събития, които свързват имигрантите с местните семейства</w:t>
      </w:r>
    </w:p>
    <w:p w14:paraId="503F51D3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Жени, говорещи различни езици, обучени за общностни медиатори</w:t>
      </w:r>
    </w:p>
    <w:p w14:paraId="2832E019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Общностни центрове, предлагащи културен обмен, езикови кафенета и правни съвети</w:t>
      </w:r>
    </w:p>
    <w:p w14:paraId="42CBEDC2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Безплатни музейни експонати, билети за театър и уроци по изкуства за имигранти</w:t>
      </w:r>
    </w:p>
    <w:p w14:paraId="246CFAAE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Водени от общностите съвети за проектиране на интеграционни стратегии</w:t>
      </w:r>
    </w:p>
    <w:p w14:paraId="03D99877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Обучени медиатори, които разрешават конфликти в различни квартали</w:t>
      </w:r>
    </w:p>
    <w:p w14:paraId="4DBAC9FF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lastRenderedPageBreak/>
        <w:t>Безплатно отдаване под наем на спортно оборудване и резервации на места за имигрантски групи</w:t>
      </w:r>
    </w:p>
    <w:p w14:paraId="11E42164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Обществени центрове, предлагащи правни съвети, езикови курсове и грижи за деца</w:t>
      </w:r>
    </w:p>
    <w:p w14:paraId="77E1C66D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Общностна организация, която се застъпва за правата на имигрантите и услугите, които те ползват</w:t>
      </w:r>
    </w:p>
    <w:p w14:paraId="2B864048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Годишни награди за лица или организации, насърчаващи интеграцията</w:t>
      </w:r>
    </w:p>
    <w:p w14:paraId="585CC739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Доброволчески програми, свързващи местни граждани и новодошли имигранти</w:t>
      </w:r>
    </w:p>
    <w:p w14:paraId="7A53B0F7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Обществени форуми, на които имигрантите могат да изразяват тревогите си</w:t>
      </w:r>
    </w:p>
    <w:p w14:paraId="77B8FD12" w14:textId="77777777" w:rsidR="000B7AFE" w:rsidRPr="000959AC" w:rsidRDefault="004655B4" w:rsidP="000B7AFE">
      <w:pPr>
        <w:spacing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pict w14:anchorId="437402B8">
          <v:rect id="_x0000_i1029" style="width:0;height:1.5pt" o:hralign="center" o:hrstd="t" o:hr="t" fillcolor="#a0a0a0" stroked="f"/>
        </w:pict>
      </w:r>
    </w:p>
    <w:p w14:paraId="0ED199CC" w14:textId="77777777" w:rsidR="000B7AFE" w:rsidRPr="000959AC" w:rsidRDefault="000B7AFE" w:rsidP="000B7AFE">
      <w:pPr>
        <w:pStyle w:val="Heading2"/>
        <w:spacing w:line="300" w:lineRule="atLeast"/>
        <w:rPr>
          <w:rFonts w:cstheme="majorHAnsi"/>
          <w:color w:val="auto"/>
          <w:sz w:val="28"/>
          <w:szCs w:val="28"/>
        </w:rPr>
      </w:pPr>
      <w:r>
        <w:rPr>
          <w:rStyle w:val="Strong"/>
          <w:b/>
          <w:color w:val="auto"/>
          <w:sz w:val="28"/>
        </w:rPr>
        <w:t>5. Цифрово приобщаване</w:t>
      </w:r>
    </w:p>
    <w:p w14:paraId="1A05DD23" w14:textId="77777777" w:rsidR="000B7AFE" w:rsidRPr="000959AC" w:rsidRDefault="000B7AFE" w:rsidP="000B7AFE">
      <w:pPr>
        <w:numPr>
          <w:ilvl w:val="0"/>
          <w:numId w:val="34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Безплатни курсове за цифрова грамотност, които помагат на имигрантите да използват онлайн услуги, инструменти за търсене на работа и инструменти за езиково обучение</w:t>
      </w:r>
    </w:p>
    <w:p w14:paraId="6E0139C4" w14:textId="77777777" w:rsidR="000B7AFE" w:rsidRPr="000959AC" w:rsidRDefault="004655B4" w:rsidP="000B7AFE">
      <w:pPr>
        <w:spacing w:after="0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pict w14:anchorId="54991406">
          <v:rect id="_x0000_i1030" style="width:0;height:1.5pt" o:hralign="center" o:hrstd="t" o:hr="t" fillcolor="#a0a0a0" stroked="f"/>
        </w:pict>
      </w:r>
    </w:p>
    <w:p w14:paraId="4011FAEE" w14:textId="77777777" w:rsidR="000B7AFE" w:rsidRPr="000959AC" w:rsidRDefault="000B7AFE" w:rsidP="000B7AFE">
      <w:pPr>
        <w:pStyle w:val="Heading2"/>
        <w:spacing w:line="300" w:lineRule="atLeast"/>
        <w:rPr>
          <w:rFonts w:cstheme="majorHAnsi"/>
          <w:color w:val="auto"/>
          <w:sz w:val="28"/>
          <w:szCs w:val="28"/>
        </w:rPr>
      </w:pPr>
      <w:r>
        <w:rPr>
          <w:rStyle w:val="Strong"/>
          <w:b/>
          <w:color w:val="auto"/>
          <w:sz w:val="28"/>
        </w:rPr>
        <w:t>6. Здраве и благосъстояние</w:t>
      </w:r>
    </w:p>
    <w:p w14:paraId="0CD45781" w14:textId="77777777" w:rsidR="000B7AFE" w:rsidRPr="000959AC" w:rsidRDefault="000B7AFE" w:rsidP="000B7AFE">
      <w:pPr>
        <w:numPr>
          <w:ilvl w:val="0"/>
          <w:numId w:val="35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Многоезични здравни семинари и подкрепа за психичното здраве на имигрантите</w:t>
      </w:r>
    </w:p>
    <w:p w14:paraId="492D9793" w14:textId="77777777" w:rsidR="000B7AFE" w:rsidRPr="000959AC" w:rsidRDefault="000B7AFE" w:rsidP="000B7AFE">
      <w:pPr>
        <w:numPr>
          <w:ilvl w:val="0"/>
          <w:numId w:val="35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Незабавни медицински прегледи и консултации при претърпяна травма за лицата, търсещи убежище</w:t>
      </w:r>
    </w:p>
    <w:p w14:paraId="751CC694" w14:textId="77777777" w:rsidR="000B7AFE" w:rsidRPr="000959AC" w:rsidRDefault="000B7AFE" w:rsidP="000B7AFE">
      <w:pPr>
        <w:numPr>
          <w:ilvl w:val="0"/>
          <w:numId w:val="35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Чувствителни към културната гледна точка здравни услуги и услуги в областта на психичното здраве</w:t>
      </w:r>
    </w:p>
    <w:p w14:paraId="6BFB1659" w14:textId="77777777" w:rsidR="000B7AFE" w:rsidRPr="000959AC" w:rsidRDefault="000B7AFE" w:rsidP="000B7AFE">
      <w:pPr>
        <w:numPr>
          <w:ilvl w:val="0"/>
          <w:numId w:val="35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Мобилни клиники и устни преводачи в приюти за бежанци</w:t>
      </w:r>
    </w:p>
    <w:p w14:paraId="1A953478" w14:textId="77777777" w:rsidR="000B7AFE" w:rsidRPr="000959AC" w:rsidRDefault="000B7AFE" w:rsidP="000B7AFE">
      <w:pPr>
        <w:numPr>
          <w:ilvl w:val="0"/>
          <w:numId w:val="35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Специални медицински екипи за здравен скрининг  и проследяване на здравното състояние на бежанците</w:t>
      </w:r>
    </w:p>
    <w:p w14:paraId="690A94DE" w14:textId="77777777" w:rsidR="000B7AFE" w:rsidRPr="000959AC" w:rsidRDefault="000B7AFE" w:rsidP="000B7AFE">
      <w:pPr>
        <w:numPr>
          <w:ilvl w:val="0"/>
          <w:numId w:val="35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Безплатни здравни оценки и подкрепа за психичното здраве на бежанците</w:t>
      </w:r>
    </w:p>
    <w:p w14:paraId="55FDE81B" w14:textId="77777777" w:rsidR="000B7AFE" w:rsidRPr="000959AC" w:rsidRDefault="000B7AFE" w:rsidP="000B7AFE">
      <w:pPr>
        <w:numPr>
          <w:ilvl w:val="0"/>
          <w:numId w:val="35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Адаптирани към културната гледна точка психотерапия и групи за подкрепа</w:t>
      </w:r>
    </w:p>
    <w:p w14:paraId="08BE3D63" w14:textId="77777777" w:rsidR="000B7AFE" w:rsidRPr="000959AC" w:rsidRDefault="000B7AFE" w:rsidP="000B7AFE">
      <w:pPr>
        <w:numPr>
          <w:ilvl w:val="0"/>
          <w:numId w:val="35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Достъп до здравеопазване за имигранти без документи, включително грижи за психичното здраве</w:t>
      </w:r>
    </w:p>
    <w:p w14:paraId="0545AFD2" w14:textId="77777777" w:rsidR="000B7AFE" w:rsidRPr="000959AC" w:rsidRDefault="000B7AFE" w:rsidP="000B7AFE">
      <w:pPr>
        <w:numPr>
          <w:ilvl w:val="0"/>
          <w:numId w:val="35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Безплатни предродилни и следродилни грижи за майките имигранти</w:t>
      </w:r>
    </w:p>
    <w:p w14:paraId="5D76CF3F" w14:textId="77777777" w:rsidR="000B7AFE" w:rsidRPr="000959AC" w:rsidRDefault="000B7AFE" w:rsidP="000B7AFE">
      <w:pPr>
        <w:numPr>
          <w:ilvl w:val="0"/>
          <w:numId w:val="35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Обучение на здравния персонал в сферата на културните умения и езиковия достъп</w:t>
      </w:r>
    </w:p>
    <w:p w14:paraId="31F99A6D" w14:textId="77777777" w:rsidR="000B7AFE" w:rsidRPr="000959AC" w:rsidRDefault="004655B4" w:rsidP="000B7AFE">
      <w:pPr>
        <w:spacing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pict w14:anchorId="0FA21974">
          <v:rect id="_x0000_i1031" style="width:0;height:1.5pt" o:hralign="center" o:hrstd="t" o:hr="t" fillcolor="#a0a0a0" stroked="f"/>
        </w:pict>
      </w:r>
    </w:p>
    <w:p w14:paraId="4FA608B6" w14:textId="77777777" w:rsidR="000B7AFE" w:rsidRPr="000959AC" w:rsidRDefault="000B7AFE" w:rsidP="000B7AFE">
      <w:pPr>
        <w:pStyle w:val="Heading2"/>
        <w:spacing w:line="300" w:lineRule="atLeast"/>
        <w:rPr>
          <w:rFonts w:cstheme="majorHAnsi"/>
          <w:color w:val="auto"/>
          <w:sz w:val="28"/>
          <w:szCs w:val="28"/>
        </w:rPr>
      </w:pPr>
      <w:r>
        <w:rPr>
          <w:rStyle w:val="Strong"/>
          <w:b/>
          <w:color w:val="auto"/>
          <w:sz w:val="28"/>
        </w:rPr>
        <w:lastRenderedPageBreak/>
        <w:t>7. Инфраструктура за интеграция и услуги от тип „На едно гише“</w:t>
      </w:r>
    </w:p>
    <w:p w14:paraId="2FA9020A" w14:textId="77777777" w:rsidR="000B7AFE" w:rsidRPr="000959AC" w:rsidRDefault="000B7AFE" w:rsidP="000B7AFE">
      <w:pPr>
        <w:numPr>
          <w:ilvl w:val="0"/>
          <w:numId w:val="36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Интеграционни служби от тип „На едно гише“, предлагащи многоезикови консултации, помощ за разрешаване на проблеми и координирани услуги</w:t>
      </w:r>
    </w:p>
    <w:p w14:paraId="01BFFDE6" w14:textId="77777777" w:rsidR="000B7AFE" w:rsidRPr="000959AC" w:rsidRDefault="000B7AFE" w:rsidP="000B7AFE">
      <w:pPr>
        <w:numPr>
          <w:ilvl w:val="0"/>
          <w:numId w:val="36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Владеещи различни езици социални работници и квартални екипи, предоставящи подкрепа на място в зони, гъсто населени с имигранти</w:t>
      </w:r>
    </w:p>
    <w:p w14:paraId="59140B5E" w14:textId="77777777" w:rsidR="000227D1" w:rsidRDefault="000227D1">
      <w:pPr>
        <w:overflowPunct w:val="0"/>
        <w:autoSpaceDE w:val="0"/>
        <w:autoSpaceDN w:val="0"/>
        <w:adjustRightInd w:val="0"/>
        <w:spacing w:line="288" w:lineRule="auto"/>
        <w:jc w:val="center"/>
        <w:textAlignment w:val="baseline"/>
      </w:pPr>
      <w:r>
        <w:t>________________</w:t>
      </w:r>
    </w:p>
    <w:p w14:paraId="71050191" w14:textId="77777777" w:rsidR="000227D1" w:rsidRPr="00AE57B9" w:rsidRDefault="000227D1">
      <w:pPr>
        <w:rPr>
          <w:lang w:val="nl-BE"/>
        </w:rPr>
      </w:pPr>
    </w:p>
    <w:p w14:paraId="681A1182" w14:textId="77777777" w:rsidR="00FA2AEB" w:rsidRPr="00646124" w:rsidRDefault="00FA2AEB">
      <w:pPr>
        <w:rPr>
          <w:rFonts w:asciiTheme="majorHAnsi" w:hAnsiTheme="majorHAnsi" w:cstheme="majorHAnsi"/>
          <w:sz w:val="28"/>
          <w:szCs w:val="28"/>
        </w:rPr>
      </w:pPr>
    </w:p>
    <w:sectPr w:rsidR="00FA2AEB" w:rsidRPr="00646124" w:rsidSect="00E635FE">
      <w:headerReference w:type="even" r:id="rId13"/>
      <w:headerReference w:type="default" r:id="rId14"/>
      <w:footerReference w:type="even" r:id="rId15"/>
      <w:footerReference w:type="default" r:id="rId16"/>
      <w:headerReference w:type="first" r:id="rId17"/>
      <w:footerReference w:type="first" r:id="rId18"/>
      <w:pgSz w:w="12240" w:h="15874"/>
      <w:pgMar w:top="1440" w:right="1797" w:bottom="1440" w:left="1797" w:header="720" w:footer="720" w:gutter="0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AC48696" w14:textId="77777777" w:rsidR="0030215B" w:rsidRPr="000959AC" w:rsidRDefault="0030215B" w:rsidP="000B7AFE">
      <w:pPr>
        <w:spacing w:after="0" w:line="240" w:lineRule="auto"/>
      </w:pPr>
      <w:r w:rsidRPr="000959AC">
        <w:separator/>
      </w:r>
    </w:p>
  </w:endnote>
  <w:endnote w:type="continuationSeparator" w:id="0">
    <w:p w14:paraId="690FDAA7" w14:textId="77777777" w:rsidR="0030215B" w:rsidRPr="000959AC" w:rsidRDefault="0030215B" w:rsidP="000B7AFE">
      <w:pPr>
        <w:spacing w:after="0" w:line="240" w:lineRule="auto"/>
      </w:pPr>
      <w:r w:rsidRPr="000959AC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409020205020404"/>
    <w:charset w:val="00"/>
    <w:family w:val="auto"/>
    <w:pitch w:val="variable"/>
    <w:sig w:usb0="00000003" w:usb1="00000000" w:usb2="00000000" w:usb3="00000000" w:csb0="00000001" w:csb1="00000000"/>
  </w:font>
  <w:font w:name="Gill Sans Std ExtraBold">
    <w:panose1 w:val="020B0902020104020203"/>
    <w:charset w:val="00"/>
    <w:family w:val="swiss"/>
    <w:notTrueType/>
    <w:pitch w:val="variable"/>
    <w:sig w:usb0="800000AF" w:usb1="4000204A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B8720A" w14:textId="77777777" w:rsidR="000227D1" w:rsidRDefault="000227D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11F4FE" w14:textId="77777777" w:rsidR="000B7AFE" w:rsidRPr="00790E27" w:rsidRDefault="00C91FA3" w:rsidP="00C91FA3">
    <w:pPr>
      <w:pStyle w:val="Footer"/>
      <w:rPr>
        <w:rFonts w:ascii="Calibri" w:hAnsi="Calibri" w:cs="Calibri"/>
      </w:rPr>
    </w:pPr>
    <w:r>
      <w:rPr>
        <w:rFonts w:ascii="Calibri" w:hAnsi="Calibri"/>
        <w:sz w:val="20"/>
      </w:rPr>
      <w:t xml:space="preserve">COR-2026-00897-00-00-TCD-TRA (EN) </w:t>
    </w:r>
    <w:r w:rsidRPr="00790E27">
      <w:rPr>
        <w:rFonts w:ascii="Calibri" w:hAnsi="Calibri" w:cs="Calibri"/>
        <w:sz w:val="20"/>
      </w:rPr>
      <w:fldChar w:fldCharType="begin"/>
    </w:r>
    <w:r w:rsidRPr="00790E27">
      <w:rPr>
        <w:rFonts w:ascii="Calibri" w:hAnsi="Calibri" w:cs="Calibri"/>
        <w:sz w:val="20"/>
      </w:rPr>
      <w:instrText xml:space="preserve"> PAGE  \* Arabic  \* MERGEFORMAT </w:instrText>
    </w:r>
    <w:r w:rsidRPr="00790E27">
      <w:rPr>
        <w:rFonts w:ascii="Calibri" w:hAnsi="Calibri" w:cs="Calibri"/>
        <w:sz w:val="20"/>
      </w:rPr>
      <w:fldChar w:fldCharType="separate"/>
    </w:r>
    <w:r w:rsidRPr="00790E27">
      <w:rPr>
        <w:rFonts w:ascii="Calibri" w:hAnsi="Calibri" w:cs="Calibri"/>
        <w:sz w:val="20"/>
      </w:rPr>
      <w:t>1</w:t>
    </w:r>
    <w:r w:rsidRPr="00790E27">
      <w:rPr>
        <w:rFonts w:ascii="Calibri" w:hAnsi="Calibri" w:cs="Calibri"/>
        <w:sz w:val="20"/>
      </w:rPr>
      <w:fldChar w:fldCharType="end"/>
    </w:r>
    <w:r>
      <w:rPr>
        <w:rFonts w:ascii="Calibri" w:hAnsi="Calibri"/>
        <w:sz w:val="20"/>
      </w:rPr>
      <w:t>/</w:t>
    </w:r>
    <w:r w:rsidRPr="00790E27">
      <w:rPr>
        <w:rFonts w:ascii="Calibri" w:hAnsi="Calibri" w:cs="Calibri"/>
        <w:sz w:val="20"/>
      </w:rPr>
      <w:fldChar w:fldCharType="begin"/>
    </w:r>
    <w:r w:rsidRPr="00790E27">
      <w:rPr>
        <w:rFonts w:ascii="Calibri" w:hAnsi="Calibri" w:cs="Calibri"/>
        <w:sz w:val="20"/>
      </w:rPr>
      <w:instrText xml:space="preserve"> NUMPAGES </w:instrText>
    </w:r>
    <w:r w:rsidRPr="00790E27">
      <w:rPr>
        <w:rFonts w:ascii="Calibri" w:hAnsi="Calibri" w:cs="Calibri"/>
        <w:sz w:val="20"/>
      </w:rPr>
      <w:fldChar w:fldCharType="separate"/>
    </w:r>
    <w:r w:rsidRPr="00790E27">
      <w:rPr>
        <w:rFonts w:ascii="Calibri" w:hAnsi="Calibri" w:cs="Calibri"/>
        <w:sz w:val="20"/>
      </w:rPr>
      <w:t>1</w:t>
    </w:r>
    <w:r w:rsidRPr="00790E27">
      <w:rPr>
        <w:rFonts w:ascii="Calibri" w:hAnsi="Calibri" w:cs="Calibri"/>
        <w:sz w:val="20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266FD9" w14:textId="77777777" w:rsidR="002026B5" w:rsidRPr="0005582C" w:rsidRDefault="002026B5">
    <w:pPr>
      <w:pStyle w:val="Footer"/>
      <w:rPr>
        <w:rFonts w:ascii="Calibri" w:hAnsi="Calibri" w:cs="Calibri"/>
      </w:rPr>
    </w:pPr>
    <w:r>
      <w:rPr>
        <w:rFonts w:ascii="Calibri" w:hAnsi="Calibri"/>
        <w:sz w:val="20"/>
      </w:rPr>
      <w:t xml:space="preserve">COR-2026-00897-00-00-TCD-TRA (EN) </w:t>
    </w:r>
    <w:r w:rsidRPr="0005582C">
      <w:rPr>
        <w:rFonts w:ascii="Calibri" w:hAnsi="Calibri" w:cs="Calibri"/>
        <w:sz w:val="20"/>
      </w:rPr>
      <w:fldChar w:fldCharType="begin"/>
    </w:r>
    <w:r w:rsidRPr="0005582C">
      <w:rPr>
        <w:rFonts w:ascii="Calibri" w:hAnsi="Calibri" w:cs="Calibri"/>
        <w:sz w:val="20"/>
      </w:rPr>
      <w:instrText xml:space="preserve"> PAGE  \* Arabic  \* MERGEFORMAT </w:instrText>
    </w:r>
    <w:r w:rsidRPr="0005582C">
      <w:rPr>
        <w:rFonts w:ascii="Calibri" w:hAnsi="Calibri" w:cs="Calibri"/>
        <w:sz w:val="20"/>
      </w:rPr>
      <w:fldChar w:fldCharType="separate"/>
    </w:r>
    <w:r w:rsidR="00073760">
      <w:rPr>
        <w:rFonts w:ascii="Calibri" w:hAnsi="Calibri" w:cs="Calibri"/>
        <w:sz w:val="20"/>
      </w:rPr>
      <w:t>1</w:t>
    </w:r>
    <w:r w:rsidRPr="0005582C">
      <w:rPr>
        <w:rFonts w:ascii="Calibri" w:hAnsi="Calibri" w:cs="Calibri"/>
        <w:sz w:val="20"/>
      </w:rPr>
      <w:fldChar w:fldCharType="end"/>
    </w:r>
    <w:r>
      <w:rPr>
        <w:rFonts w:ascii="Calibri" w:hAnsi="Calibri"/>
        <w:sz w:val="20"/>
      </w:rPr>
      <w:t>/</w:t>
    </w:r>
    <w:r w:rsidRPr="0005582C">
      <w:rPr>
        <w:rFonts w:ascii="Calibri" w:hAnsi="Calibri" w:cs="Calibri"/>
        <w:sz w:val="20"/>
      </w:rPr>
      <w:fldChar w:fldCharType="begin"/>
    </w:r>
    <w:r w:rsidRPr="0005582C">
      <w:rPr>
        <w:rFonts w:ascii="Calibri" w:hAnsi="Calibri" w:cs="Calibri"/>
        <w:sz w:val="20"/>
      </w:rPr>
      <w:instrText xml:space="preserve"> NUMPAGES </w:instrText>
    </w:r>
    <w:r w:rsidRPr="0005582C">
      <w:rPr>
        <w:rFonts w:ascii="Calibri" w:hAnsi="Calibri" w:cs="Calibri"/>
        <w:sz w:val="20"/>
      </w:rPr>
      <w:fldChar w:fldCharType="separate"/>
    </w:r>
    <w:r w:rsidR="00073760">
      <w:rPr>
        <w:rFonts w:ascii="Calibri" w:hAnsi="Calibri" w:cs="Calibri"/>
        <w:sz w:val="20"/>
      </w:rPr>
      <w:t>1</w:t>
    </w:r>
    <w:r w:rsidRPr="0005582C">
      <w:rPr>
        <w:rFonts w:ascii="Calibri" w:hAnsi="Calibri" w:cs="Calibri"/>
        <w:sz w:val="2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2DBD1B0" w14:textId="77777777" w:rsidR="0030215B" w:rsidRPr="000959AC" w:rsidRDefault="0030215B" w:rsidP="000B7AFE">
      <w:pPr>
        <w:spacing w:after="0" w:line="240" w:lineRule="auto"/>
      </w:pPr>
      <w:r w:rsidRPr="000959AC">
        <w:separator/>
      </w:r>
    </w:p>
  </w:footnote>
  <w:footnote w:type="continuationSeparator" w:id="0">
    <w:p w14:paraId="33F218F4" w14:textId="77777777" w:rsidR="0030215B" w:rsidRPr="000959AC" w:rsidRDefault="0030215B" w:rsidP="000B7AFE">
      <w:pPr>
        <w:spacing w:after="0" w:line="240" w:lineRule="auto"/>
      </w:pPr>
      <w:r w:rsidRPr="000959AC"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6ED2DF" w14:textId="77777777" w:rsidR="000227D1" w:rsidRDefault="000227D1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E9F2DF" w14:textId="77777777" w:rsidR="00377491" w:rsidRDefault="00377491" w:rsidP="00377491">
    <w:pPr>
      <w:pStyle w:val="Header"/>
      <w:ind w:left="7513"/>
    </w:pPr>
    <w:r>
      <w:rPr>
        <w:noProof/>
      </w:rPr>
      <w:drawing>
        <wp:inline distT="0" distB="0" distL="0" distR="0" wp14:anchorId="6A1E8BC9" wp14:editId="30E599CE">
          <wp:extent cx="798946" cy="449408"/>
          <wp:effectExtent l="0" t="0" r="0" b="0"/>
          <wp:docPr id="445040843" name="Picture 44504084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22990" cy="46293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D93C97" w14:textId="77777777" w:rsidR="00377491" w:rsidRDefault="00E635FE" w:rsidP="00790E27">
    <w:pPr>
      <w:pStyle w:val="Header"/>
      <w:tabs>
        <w:tab w:val="left" w:pos="0"/>
      </w:tabs>
      <w:ind w:firstLine="6946"/>
      <w:jc w:val="left"/>
    </w:pPr>
    <w:r>
      <w:rPr>
        <w:noProof/>
      </w:rPr>
      <w:drawing>
        <wp:inline distT="0" distB="0" distL="0" distR="0" wp14:anchorId="734A3864" wp14:editId="01625C41">
          <wp:extent cx="798946" cy="449408"/>
          <wp:effectExtent l="0" t="0" r="0" b="0"/>
          <wp:docPr id="1444912917" name="Picture 14449129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22990" cy="46293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1.9pt;height:11.9pt" o:bullet="t">
        <v:imagedata r:id="rId1" o:title="mso2168"/>
      </v:shape>
    </w:pict>
  </w:numPicBullet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" w15:restartNumberingAfterBreak="0">
    <w:nsid w:val="01F53E97"/>
    <w:multiLevelType w:val="multilevel"/>
    <w:tmpl w:val="BEFA25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066048DA"/>
    <w:multiLevelType w:val="multilevel"/>
    <w:tmpl w:val="258A9F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08072F9B"/>
    <w:multiLevelType w:val="hybridMultilevel"/>
    <w:tmpl w:val="018EFFB4"/>
    <w:lvl w:ilvl="0" w:tplc="5B1CB75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FFFF0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91A6D16"/>
    <w:multiLevelType w:val="multilevel"/>
    <w:tmpl w:val="478AFF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105F2FDA"/>
    <w:multiLevelType w:val="hybridMultilevel"/>
    <w:tmpl w:val="D4DC87C0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A4C0933"/>
    <w:multiLevelType w:val="multilevel"/>
    <w:tmpl w:val="1B48F5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1B0F4922"/>
    <w:multiLevelType w:val="hybridMultilevel"/>
    <w:tmpl w:val="B3BE029C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E5D7FD7"/>
    <w:multiLevelType w:val="multilevel"/>
    <w:tmpl w:val="66320A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21713291"/>
    <w:multiLevelType w:val="hybridMultilevel"/>
    <w:tmpl w:val="504281E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20551C3"/>
    <w:multiLevelType w:val="hybridMultilevel"/>
    <w:tmpl w:val="5FEA28FE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15BE8D88">
      <w:numFmt w:val="bullet"/>
      <w:lvlText w:val="•"/>
      <w:lvlJc w:val="left"/>
      <w:pPr>
        <w:ind w:left="1440" w:hanging="360"/>
      </w:pPr>
      <w:rPr>
        <w:rFonts w:ascii="Calibri" w:eastAsiaTheme="minorEastAsia" w:hAnsi="Calibri" w:cs="Calibri" w:hint="default"/>
      </w:rPr>
    </w:lvl>
    <w:lvl w:ilvl="2" w:tplc="E99ED80A">
      <w:numFmt w:val="bullet"/>
      <w:lvlText w:val="-"/>
      <w:lvlJc w:val="left"/>
      <w:pPr>
        <w:ind w:left="2160" w:hanging="360"/>
      </w:pPr>
      <w:rPr>
        <w:rFonts w:ascii="Calibri" w:eastAsiaTheme="minorEastAsia" w:hAnsi="Calibri" w:cs="Calibri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46F5F11"/>
    <w:multiLevelType w:val="multilevel"/>
    <w:tmpl w:val="B86444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274253D4"/>
    <w:multiLevelType w:val="hybridMultilevel"/>
    <w:tmpl w:val="8A184CC0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753436D"/>
    <w:multiLevelType w:val="hybridMultilevel"/>
    <w:tmpl w:val="C4AEEF72"/>
    <w:lvl w:ilvl="0" w:tplc="394A2640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2AC6350C"/>
    <w:multiLevelType w:val="hybridMultilevel"/>
    <w:tmpl w:val="9BEACD5E"/>
    <w:lvl w:ilvl="0" w:tplc="5B1CB75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FFFF0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3B01404"/>
    <w:multiLevelType w:val="multilevel"/>
    <w:tmpl w:val="0FD01D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35496509"/>
    <w:multiLevelType w:val="hybridMultilevel"/>
    <w:tmpl w:val="BA142338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6261525"/>
    <w:multiLevelType w:val="hybridMultilevel"/>
    <w:tmpl w:val="B94411A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0F">
      <w:start w:val="1"/>
      <w:numFmt w:val="decimal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762702E"/>
    <w:multiLevelType w:val="hybridMultilevel"/>
    <w:tmpl w:val="A2E6F5D4"/>
    <w:lvl w:ilvl="0" w:tplc="8902A796">
      <w:start w:val="1"/>
      <w:numFmt w:val="bullet"/>
      <w:lvlText w:val=""/>
      <w:lvlJc w:val="left"/>
      <w:pPr>
        <w:ind w:left="720" w:hanging="360"/>
      </w:pPr>
      <w:rPr>
        <w:rFonts w:ascii="Wingdings" w:hAnsi="Wingdings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902A796">
      <w:start w:val="1"/>
      <w:numFmt w:val="bullet"/>
      <w:lvlText w:val="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1947EF4"/>
    <w:multiLevelType w:val="hybridMultilevel"/>
    <w:tmpl w:val="335C9C4C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6B4290D"/>
    <w:multiLevelType w:val="hybridMultilevel"/>
    <w:tmpl w:val="4016E5A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B262E77"/>
    <w:multiLevelType w:val="multilevel"/>
    <w:tmpl w:val="B37C43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4D4E6A2C"/>
    <w:multiLevelType w:val="multilevel"/>
    <w:tmpl w:val="EB6080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4E5024C5"/>
    <w:multiLevelType w:val="hybridMultilevel"/>
    <w:tmpl w:val="10F256B8"/>
    <w:lvl w:ilvl="0" w:tplc="22B00E5E">
      <w:start w:val="1"/>
      <mc:AlternateContent>
        <mc:Choice Requires="w14">
          <w:numFmt w:val="custom" w:format="а, й, к, ..."/>
        </mc:Choice>
        <mc:Fallback>
          <w:numFmt w:val="decimal"/>
        </mc:Fallback>
      </mc:AlternateContent>
      <w:lvlText w:val="%1)"/>
      <w:lvlJc w:val="left"/>
      <w:pPr>
        <w:ind w:left="1440" w:hanging="360"/>
      </w:pPr>
      <w:rPr>
        <w:rFonts w:hint="default"/>
        <w:b w:val="0"/>
        <w:bCs/>
        <w:i w:val="0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2" w15:restartNumberingAfterBreak="0">
    <w:nsid w:val="586E3031"/>
    <w:multiLevelType w:val="hybridMultilevel"/>
    <w:tmpl w:val="19E23D72"/>
    <w:lvl w:ilvl="0" w:tplc="CCA2E1F6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auto"/>
        <w:sz w:val="28"/>
        <w:szCs w:val="28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F114BA8"/>
    <w:multiLevelType w:val="hybridMultilevel"/>
    <w:tmpl w:val="48125CC2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902A796">
      <w:start w:val="1"/>
      <w:numFmt w:val="bullet"/>
      <w:lvlText w:val="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14132E4"/>
    <w:multiLevelType w:val="hybridMultilevel"/>
    <w:tmpl w:val="0ECC10AA"/>
    <w:lvl w:ilvl="0" w:tplc="8902A796">
      <w:start w:val="1"/>
      <w:numFmt w:val="bullet"/>
      <w:lvlText w:val=""/>
      <w:lvlJc w:val="left"/>
      <w:pPr>
        <w:ind w:left="720" w:hanging="360"/>
      </w:pPr>
      <w:rPr>
        <w:rFonts w:ascii="Wingdings" w:hAnsi="Wingdings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41C5DE6"/>
    <w:multiLevelType w:val="hybridMultilevel"/>
    <w:tmpl w:val="0A22FFE4"/>
    <w:lvl w:ilvl="0" w:tplc="5B1CB75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FFFF0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DC14698"/>
    <w:multiLevelType w:val="hybridMultilevel"/>
    <w:tmpl w:val="CD0036F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6EC1873"/>
    <w:multiLevelType w:val="hybridMultilevel"/>
    <w:tmpl w:val="5C8CE726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8D30573"/>
    <w:multiLevelType w:val="hybridMultilevel"/>
    <w:tmpl w:val="59F4682A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  <w:num w:numId="10">
    <w:abstractNumId w:val="38"/>
  </w:num>
  <w:num w:numId="11">
    <w:abstractNumId w:val="27"/>
  </w:num>
  <w:num w:numId="12">
    <w:abstractNumId w:val="13"/>
  </w:num>
  <w:num w:numId="13">
    <w:abstractNumId w:val="24"/>
  </w:num>
  <w:num w:numId="14">
    <w:abstractNumId w:val="37"/>
  </w:num>
  <w:num w:numId="15">
    <w:abstractNumId w:val="18"/>
  </w:num>
  <w:num w:numId="16">
    <w:abstractNumId w:val="15"/>
  </w:num>
  <w:num w:numId="17">
    <w:abstractNumId w:val="36"/>
  </w:num>
  <w:num w:numId="18">
    <w:abstractNumId w:val="28"/>
  </w:num>
  <w:num w:numId="19">
    <w:abstractNumId w:val="17"/>
  </w:num>
  <w:num w:numId="20">
    <w:abstractNumId w:val="25"/>
  </w:num>
  <w:num w:numId="21">
    <w:abstractNumId w:val="20"/>
  </w:num>
  <w:num w:numId="22">
    <w:abstractNumId w:val="33"/>
  </w:num>
  <w:num w:numId="23">
    <w:abstractNumId w:val="26"/>
  </w:num>
  <w:num w:numId="24">
    <w:abstractNumId w:val="34"/>
  </w:num>
  <w:num w:numId="25">
    <w:abstractNumId w:val="35"/>
  </w:num>
  <w:num w:numId="26">
    <w:abstractNumId w:val="11"/>
  </w:num>
  <w:num w:numId="27">
    <w:abstractNumId w:val="22"/>
  </w:num>
  <w:num w:numId="28">
    <w:abstractNumId w:val="32"/>
  </w:num>
  <w:num w:numId="29">
    <w:abstractNumId w:val="16"/>
  </w:num>
  <w:num w:numId="30">
    <w:abstractNumId w:val="10"/>
  </w:num>
  <w:num w:numId="31">
    <w:abstractNumId w:val="29"/>
  </w:num>
  <w:num w:numId="32">
    <w:abstractNumId w:val="14"/>
  </w:num>
  <w:num w:numId="33">
    <w:abstractNumId w:val="23"/>
  </w:num>
  <w:num w:numId="34">
    <w:abstractNumId w:val="12"/>
  </w:num>
  <w:num w:numId="35">
    <w:abstractNumId w:val="19"/>
  </w:num>
  <w:num w:numId="36">
    <w:abstractNumId w:val="9"/>
  </w:num>
  <w:num w:numId="37">
    <w:abstractNumId w:val="30"/>
  </w:num>
  <w:num w:numId="38">
    <w:abstractNumId w:val="31"/>
  </w:num>
  <w:num w:numId="39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removePersonalInformation/>
  <w:proofState w:grammar="clean"/>
  <w:stylePaneFormatFilter w:val="1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47730"/>
    <w:rsid w:val="00003F50"/>
    <w:rsid w:val="000227D1"/>
    <w:rsid w:val="00032691"/>
    <w:rsid w:val="00034616"/>
    <w:rsid w:val="00040631"/>
    <w:rsid w:val="0005582C"/>
    <w:rsid w:val="0006063C"/>
    <w:rsid w:val="00071C5D"/>
    <w:rsid w:val="00073760"/>
    <w:rsid w:val="000959AC"/>
    <w:rsid w:val="000A1336"/>
    <w:rsid w:val="000A1439"/>
    <w:rsid w:val="000A40BA"/>
    <w:rsid w:val="000A78B2"/>
    <w:rsid w:val="000B226A"/>
    <w:rsid w:val="000B7AFE"/>
    <w:rsid w:val="000D0896"/>
    <w:rsid w:val="000D1F93"/>
    <w:rsid w:val="000F7804"/>
    <w:rsid w:val="00100BF1"/>
    <w:rsid w:val="0012224A"/>
    <w:rsid w:val="0015074B"/>
    <w:rsid w:val="00174798"/>
    <w:rsid w:val="001945D2"/>
    <w:rsid w:val="0019521B"/>
    <w:rsid w:val="00196133"/>
    <w:rsid w:val="00197AF0"/>
    <w:rsid w:val="001D4E87"/>
    <w:rsid w:val="001E6584"/>
    <w:rsid w:val="001F7814"/>
    <w:rsid w:val="002026B5"/>
    <w:rsid w:val="002600C6"/>
    <w:rsid w:val="00266ED3"/>
    <w:rsid w:val="00267838"/>
    <w:rsid w:val="00273113"/>
    <w:rsid w:val="002900C1"/>
    <w:rsid w:val="0029639D"/>
    <w:rsid w:val="002A310D"/>
    <w:rsid w:val="002A4E46"/>
    <w:rsid w:val="002A798E"/>
    <w:rsid w:val="002B65D3"/>
    <w:rsid w:val="002B7516"/>
    <w:rsid w:val="002E2530"/>
    <w:rsid w:val="0030215B"/>
    <w:rsid w:val="00305A69"/>
    <w:rsid w:val="00326F90"/>
    <w:rsid w:val="003733F7"/>
    <w:rsid w:val="00376058"/>
    <w:rsid w:val="00377491"/>
    <w:rsid w:val="003851AF"/>
    <w:rsid w:val="003A0792"/>
    <w:rsid w:val="003C6C95"/>
    <w:rsid w:val="003D12C6"/>
    <w:rsid w:val="003D19DA"/>
    <w:rsid w:val="003D567D"/>
    <w:rsid w:val="003D5954"/>
    <w:rsid w:val="003E6EF1"/>
    <w:rsid w:val="00445334"/>
    <w:rsid w:val="00447EE0"/>
    <w:rsid w:val="00454A41"/>
    <w:rsid w:val="00461D41"/>
    <w:rsid w:val="004655B4"/>
    <w:rsid w:val="00474E9B"/>
    <w:rsid w:val="00491458"/>
    <w:rsid w:val="004C17DE"/>
    <w:rsid w:val="004D10C9"/>
    <w:rsid w:val="004F5173"/>
    <w:rsid w:val="00506F42"/>
    <w:rsid w:val="00507752"/>
    <w:rsid w:val="00530464"/>
    <w:rsid w:val="00540FCF"/>
    <w:rsid w:val="00593B48"/>
    <w:rsid w:val="005A2026"/>
    <w:rsid w:val="005D05CB"/>
    <w:rsid w:val="006106A5"/>
    <w:rsid w:val="006244D3"/>
    <w:rsid w:val="00646124"/>
    <w:rsid w:val="00654B6F"/>
    <w:rsid w:val="00674E1E"/>
    <w:rsid w:val="00683FBA"/>
    <w:rsid w:val="00691AE7"/>
    <w:rsid w:val="00696A75"/>
    <w:rsid w:val="006A5279"/>
    <w:rsid w:val="006C2CA7"/>
    <w:rsid w:val="006D01A8"/>
    <w:rsid w:val="00710144"/>
    <w:rsid w:val="007243B4"/>
    <w:rsid w:val="007262BB"/>
    <w:rsid w:val="00735E38"/>
    <w:rsid w:val="007457A7"/>
    <w:rsid w:val="007618F4"/>
    <w:rsid w:val="0077280A"/>
    <w:rsid w:val="007834CB"/>
    <w:rsid w:val="00790E27"/>
    <w:rsid w:val="007B4A5A"/>
    <w:rsid w:val="007C62F2"/>
    <w:rsid w:val="007C7736"/>
    <w:rsid w:val="007D251D"/>
    <w:rsid w:val="007D7CFE"/>
    <w:rsid w:val="007F15E5"/>
    <w:rsid w:val="00803583"/>
    <w:rsid w:val="008164F6"/>
    <w:rsid w:val="008224B3"/>
    <w:rsid w:val="00833239"/>
    <w:rsid w:val="00840026"/>
    <w:rsid w:val="0086494D"/>
    <w:rsid w:val="008949B7"/>
    <w:rsid w:val="008A3DBC"/>
    <w:rsid w:val="008A6698"/>
    <w:rsid w:val="008D28DC"/>
    <w:rsid w:val="008E5E6C"/>
    <w:rsid w:val="008F2AC9"/>
    <w:rsid w:val="008F3180"/>
    <w:rsid w:val="00904000"/>
    <w:rsid w:val="00914F22"/>
    <w:rsid w:val="00923FD5"/>
    <w:rsid w:val="0093446A"/>
    <w:rsid w:val="00936EE8"/>
    <w:rsid w:val="00941221"/>
    <w:rsid w:val="0095619D"/>
    <w:rsid w:val="00960F91"/>
    <w:rsid w:val="00962E88"/>
    <w:rsid w:val="009830A2"/>
    <w:rsid w:val="009951AE"/>
    <w:rsid w:val="00995394"/>
    <w:rsid w:val="009A5508"/>
    <w:rsid w:val="009B4230"/>
    <w:rsid w:val="009D1F44"/>
    <w:rsid w:val="009F38F7"/>
    <w:rsid w:val="009F4F12"/>
    <w:rsid w:val="00A24C28"/>
    <w:rsid w:val="00A467A7"/>
    <w:rsid w:val="00A50A6B"/>
    <w:rsid w:val="00A844C9"/>
    <w:rsid w:val="00AA1D8D"/>
    <w:rsid w:val="00AA3111"/>
    <w:rsid w:val="00AB2BEA"/>
    <w:rsid w:val="00AB5E0A"/>
    <w:rsid w:val="00AC3B03"/>
    <w:rsid w:val="00AF2FB9"/>
    <w:rsid w:val="00B47730"/>
    <w:rsid w:val="00B525C0"/>
    <w:rsid w:val="00B84936"/>
    <w:rsid w:val="00B87CD7"/>
    <w:rsid w:val="00B90963"/>
    <w:rsid w:val="00BA2C67"/>
    <w:rsid w:val="00BD1A79"/>
    <w:rsid w:val="00BD35C9"/>
    <w:rsid w:val="00BD3906"/>
    <w:rsid w:val="00BE544F"/>
    <w:rsid w:val="00C27688"/>
    <w:rsid w:val="00C46C6D"/>
    <w:rsid w:val="00C91FA3"/>
    <w:rsid w:val="00CA2DED"/>
    <w:rsid w:val="00CB0664"/>
    <w:rsid w:val="00CC726D"/>
    <w:rsid w:val="00CD2D39"/>
    <w:rsid w:val="00CE386B"/>
    <w:rsid w:val="00CE50D3"/>
    <w:rsid w:val="00CF0604"/>
    <w:rsid w:val="00CF7081"/>
    <w:rsid w:val="00D20348"/>
    <w:rsid w:val="00D20D14"/>
    <w:rsid w:val="00D420DA"/>
    <w:rsid w:val="00D5196C"/>
    <w:rsid w:val="00D64C5C"/>
    <w:rsid w:val="00D80E97"/>
    <w:rsid w:val="00DA02CD"/>
    <w:rsid w:val="00DB4B67"/>
    <w:rsid w:val="00E253A2"/>
    <w:rsid w:val="00E30867"/>
    <w:rsid w:val="00E32A38"/>
    <w:rsid w:val="00E612E2"/>
    <w:rsid w:val="00E62B26"/>
    <w:rsid w:val="00E635FE"/>
    <w:rsid w:val="00E71E8E"/>
    <w:rsid w:val="00E72C05"/>
    <w:rsid w:val="00E75339"/>
    <w:rsid w:val="00EC07B0"/>
    <w:rsid w:val="00F10967"/>
    <w:rsid w:val="00F33908"/>
    <w:rsid w:val="00F33B35"/>
    <w:rsid w:val="00F3611E"/>
    <w:rsid w:val="00F40965"/>
    <w:rsid w:val="00F66C9E"/>
    <w:rsid w:val="00F66EDD"/>
    <w:rsid w:val="00FA2AEB"/>
    <w:rsid w:val="00FC005A"/>
    <w:rsid w:val="00FC693F"/>
    <w:rsid w:val="00FE0BC6"/>
    <w:rsid w:val="00FF1798"/>
    <w:rsid w:val="00FF78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6E63FA5B"/>
  <w14:defaultImageDpi w14:val="33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618BF"/>
    <w:pPr>
      <w:spacing w:after="0" w:line="288" w:lineRule="auto"/>
      <w:jc w:val="both"/>
    </w:pPr>
    <w:rPr>
      <w:rFonts w:ascii="Times New Roman" w:hAnsi="Times New Roman" w:cs="Times New Roman"/>
    </w:rPr>
  </w:style>
  <w:style w:type="character" w:customStyle="1" w:styleId="HeaderChar">
    <w:name w:val="Header Char"/>
    <w:basedOn w:val="DefaultParagraphFont"/>
    <w:link w:val="Header"/>
    <w:uiPriority w:val="99"/>
    <w:rsid w:val="00E618BF"/>
    <w:rPr>
      <w:rFonts w:ascii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E618BF"/>
    <w:pPr>
      <w:spacing w:after="0" w:line="288" w:lineRule="auto"/>
      <w:jc w:val="both"/>
    </w:pPr>
    <w:rPr>
      <w:rFonts w:ascii="Times New Roman" w:hAnsi="Times New Roman" w:cs="Times New Roman"/>
    </w:rPr>
  </w:style>
  <w:style w:type="character" w:customStyle="1" w:styleId="FooterChar">
    <w:name w:val="Footer Char"/>
    <w:basedOn w:val="DefaultParagraphFont"/>
    <w:link w:val="Footer"/>
    <w:uiPriority w:val="99"/>
    <w:rsid w:val="00E618BF"/>
    <w:rPr>
      <w:rFonts w:ascii="Times New Roman" w:hAnsi="Times New Roman" w:cs="Times New Roman"/>
    </w:rPr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paragraph" w:styleId="NormalWeb">
    <w:name w:val="Normal (Web)"/>
    <w:basedOn w:val="Normal"/>
    <w:uiPriority w:val="99"/>
    <w:semiHidden/>
    <w:unhideWhenUsed/>
    <w:rsid w:val="000B7AF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Revision">
    <w:name w:val="Revision"/>
    <w:hidden/>
    <w:uiPriority w:val="99"/>
    <w:semiHidden/>
    <w:rsid w:val="00936EE8"/>
    <w:pPr>
      <w:spacing w:after="0" w:line="240" w:lineRule="auto"/>
    </w:pPr>
  </w:style>
  <w:style w:type="paragraph" w:styleId="CommentText">
    <w:name w:val="annotation text"/>
    <w:basedOn w:val="Normal"/>
    <w:uiPriority w:val="99"/>
    <w:semiHidden/>
    <w:unhideWhenUsed/>
    <w:pPr>
      <w:spacing w:line="240" w:lineRule="auto"/>
    </w:pPr>
    <w:rPr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95658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572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34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" Type="http://schemas.openxmlformats.org/officeDocument/2006/relationships/styles" Target="styles.xml"/><Relationship Id="rId21" Type="http://schemas.openxmlformats.org/officeDocument/2006/relationships/customXml" Target="../customXml/item2.xml"/><Relationship Id="rId7" Type="http://schemas.openxmlformats.org/officeDocument/2006/relationships/endnotes" Target="endnotes.xml"/><Relationship Id="rId12" Type="http://schemas.openxmlformats.org/officeDocument/2006/relationships/image" Target="media/image6.jpg"/><Relationship Id="rId17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g"/><Relationship Id="rId24" Type="http://schemas.openxmlformats.org/officeDocument/2006/relationships/customXml" Target="../customXml/item5.xm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23" Type="http://schemas.openxmlformats.org/officeDocument/2006/relationships/customXml" Target="../customXml/item4.xml"/><Relationship Id="rId10" Type="http://schemas.openxmlformats.org/officeDocument/2006/relationships/image" Target="media/image4.jp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jpg"/><Relationship Id="rId14" Type="http://schemas.openxmlformats.org/officeDocument/2006/relationships/header" Target="header2.xml"/><Relationship Id="rId22" Type="http://schemas.openxmlformats.org/officeDocument/2006/relationships/customXml" Target="../customXml/item3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M Document" ma:contentTypeID="0x010100EA97B91038054C99906057A708A1480A009A20C32A3A8BD84BAB55EF874378F5AC" ma:contentTypeVersion="4" ma:contentTypeDescription="Defines the documents for Document Manager V2" ma:contentTypeScope="" ma:versionID="5f81c7e1b89e1bddd23406bcf7ba5f8b">
  <xsd:schema xmlns:xsd="http://www.w3.org/2001/XMLSchema" xmlns:xs="http://www.w3.org/2001/XMLSchema" xmlns:p="http://schemas.microsoft.com/office/2006/metadata/properties" xmlns:ns2="9a374663-1dfe-4dc2-a588-c58c3844eeda" xmlns:ns3="http://schemas.microsoft.com/sharepoint/v3/fields" xmlns:ns4="2e448c8d-2e8c-4b0b-9046-cd67a24c27db" targetNamespace="http://schemas.microsoft.com/office/2006/metadata/properties" ma:root="true" ma:fieldsID="7c111dc54813f8293a3f19657abf9893" ns2:_="" ns3:_="" ns4:_="">
    <xsd:import namespace="9a374663-1dfe-4dc2-a588-c58c3844eeda"/>
    <xsd:import namespace="http://schemas.microsoft.com/sharepoint/v3/fields"/>
    <xsd:import namespace="2e448c8d-2e8c-4b0b-9046-cd67a24c27db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ProductionDate" minOccurs="0"/>
                <xsd:element ref="ns2:OriginalSender" minOccurs="0"/>
                <xsd:element ref="ns3:DocumentLanguage_0" minOccurs="0"/>
                <xsd:element ref="ns2:DossierNumber" minOccurs="0"/>
                <xsd:element ref="ns4:MeetingNumber" minOccurs="0"/>
                <xsd:element ref="ns2:Rapporteur" minOccurs="0"/>
                <xsd:element ref="ns2:AdoptionDate" minOccurs="0"/>
                <xsd:element ref="ns3:Confidentiality_0" minOccurs="0"/>
                <xsd:element ref="ns2:TaxCatchAll" minOccurs="0"/>
                <xsd:element ref="ns2:TaxCatchAllLabel" minOccurs="0"/>
                <xsd:element ref="ns3:DocumentSource_0" minOccurs="0"/>
                <xsd:element ref="ns4:DocumentNumber" minOccurs="0"/>
                <xsd:element ref="ns2:MeetingDate" minOccurs="0"/>
                <xsd:element ref="ns3:OriginalLanguage_0" minOccurs="0"/>
                <xsd:element ref="ns2:Procedure" minOccurs="0"/>
                <xsd:element ref="ns3:VersionStatus_0" minOccurs="0"/>
                <xsd:element ref="ns3:DocumentStatus_0" minOccurs="0"/>
                <xsd:element ref="ns2:DocumentYear"/>
                <xsd:element ref="ns3:DocumentType_0" minOccurs="0"/>
                <xsd:element ref="ns2:DocumentPart" minOccurs="0"/>
                <xsd:element ref="ns3:MeetingName_0" minOccurs="0"/>
                <xsd:element ref="ns3:AvailableTranslations_0" minOccurs="0"/>
                <xsd:element ref="ns2:FicheYear" minOccurs="0"/>
                <xsd:element ref="ns2:RequestingService" minOccurs="0"/>
                <xsd:element ref="ns2:FicheNumber" minOccurs="0"/>
                <xsd:element ref="ns3:DossierName_0" minOccurs="0"/>
                <xsd:element ref="ns2:DocumentVers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a374663-1dfe-4dc2-a588-c58c3844eeda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ProductionDate" ma:index="12" nillable="true" ma:displayName="Production Date" ma:format="DateOnly" ma:internalName="ProductionDate">
      <xsd:simpleType>
        <xsd:restriction base="dms:DateTime"/>
      </xsd:simpleType>
    </xsd:element>
    <xsd:element name="OriginalSender" ma:index="13" nillable="true" ma:displayName="Original Sender" ma:internalName="OriginalSender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DossierNumber" ma:index="15" nillable="true" ma:displayName="Dossier Number" ma:decimals="0" ma:internalName="DossierNumber">
      <xsd:simpleType>
        <xsd:restriction base="dms:Unknown"/>
      </xsd:simpleType>
    </xsd:element>
    <xsd:element name="Rapporteur" ma:index="17" nillable="true" ma:displayName="Rapporteur" ma:internalName="Rapporteur">
      <xsd:simpleType>
        <xsd:restriction base="dms:Text"/>
      </xsd:simpleType>
    </xsd:element>
    <xsd:element name="AdoptionDate" ma:index="18" nillable="true" ma:displayName="Adoption Date" ma:format="DateOnly" ma:internalName="AdoptionDate">
      <xsd:simpleType>
        <xsd:restriction base="dms:DateTime"/>
      </xsd:simpleType>
    </xsd:element>
    <xsd:element name="TaxCatchAll" ma:index="20" nillable="true" ma:displayName="Taxonomy Catch All Column" ma:hidden="true" ma:list="{2e134b8f-48ae-44ea-99f5-ad3e1f81c02d}" ma:internalName="TaxCatchAll" ma:showField="CatchAllData" ma:web="9a374663-1dfe-4dc2-a588-c58c3844eed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21" nillable="true" ma:displayName="Taxonomy Catch All Column1" ma:hidden="true" ma:list="{2e134b8f-48ae-44ea-99f5-ad3e1f81c02d}" ma:internalName="TaxCatchAllLabel" ma:readOnly="true" ma:showField="CatchAllDataLabel" ma:web="9a374663-1dfe-4dc2-a588-c58c3844eed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MeetingDate" ma:index="26" nillable="true" ma:displayName="Meeting Date" ma:format="DateOnly" ma:internalName="MeetingDate">
      <xsd:simpleType>
        <xsd:restriction base="dms:DateTime"/>
      </xsd:simpleType>
    </xsd:element>
    <xsd:element name="Procedure" ma:index="29" nillable="true" ma:displayName="Procedure" ma:internalName="Procedure">
      <xsd:simpleType>
        <xsd:restriction base="dms:Text"/>
      </xsd:simpleType>
    </xsd:element>
    <xsd:element name="DocumentYear" ma:index="34" ma:displayName="Document Year" ma:decimals="0" ma:internalName="DocumentYear">
      <xsd:simpleType>
        <xsd:restriction base="dms:Unknown"/>
      </xsd:simpleType>
    </xsd:element>
    <xsd:element name="DocumentPart" ma:index="37" nillable="true" ma:displayName="Document Part" ma:decimals="0" ma:internalName="DocumentPart">
      <xsd:simpleType>
        <xsd:restriction base="dms:Unknown"/>
      </xsd:simpleType>
    </xsd:element>
    <xsd:element name="FicheYear" ma:index="42" nillable="true" ma:displayName="Fiche Year" ma:decimals="0" ma:internalName="FicheYear">
      <xsd:simpleType>
        <xsd:restriction base="dms:Unknown"/>
      </xsd:simpleType>
    </xsd:element>
    <xsd:element name="RequestingService" ma:index="43" nillable="true" ma:displayName="Requesting Service" ma:internalName="RequestingService">
      <xsd:simpleType>
        <xsd:restriction base="dms:Text"/>
      </xsd:simpleType>
    </xsd:element>
    <xsd:element name="FicheNumber" ma:index="44" nillable="true" ma:displayName="Fiche Number" ma:decimals="0" ma:internalName="FicheNumber">
      <xsd:simpleType>
        <xsd:restriction base="dms:Unknown"/>
      </xsd:simpleType>
    </xsd:element>
    <xsd:element name="DocumentVersion" ma:index="47" nillable="true" ma:displayName="Document Version" ma:decimals="0" ma:internalName="DocumentVersion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/fields" elementFormDefault="qualified">
    <xsd:import namespace="http://schemas.microsoft.com/office/2006/documentManagement/types"/>
    <xsd:import namespace="http://schemas.microsoft.com/office/infopath/2007/PartnerControls"/>
    <xsd:element name="DocumentLanguage_0" ma:index="14" nillable="true" ma:taxonomy="true" ma:internalName="DocumentLanguage_0" ma:taxonomyFieldName="DocumentLanguage" ma:displayName="Document Language" ma:fieldId="{ee5c55ab-e8dd-441f-8840-fdce66906fe3}" ma:sspId="5004ddca-ed1a-45fa-b2df-508b3c5dfc98" ma:termSetId="3e8d1f59-71f7-428c-bd68-e1e655ad5441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Confidentiality_0" ma:index="19" nillable="true" ma:taxonomy="true" ma:internalName="Confidentiality_0" ma:taxonomyFieldName="Confidentiality" ma:displayName="Confidentiality" ma:fieldId="{ee5c4bfe-2b62-4831-9131-22edf8f3665c}" ma:sspId="5004ddca-ed1a-45fa-b2df-508b3c5dfc98" ma:termSetId="11d040ac-3a9a-4d4c-b9cf-922342a701d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DocumentSource_0" ma:index="23" ma:taxonomy="true" ma:internalName="DocumentSource_0" ma:taxonomyFieldName="DocumentSource" ma:displayName="Document Source" ma:fieldId="{ee5c1c29-f257-4aae-8e5e-529c0040e17a}" ma:sspId="5004ddca-ed1a-45fa-b2df-508b3c5dfc98" ma:termSetId="ca143256-a90d-4d26-b249-02646b17c0c5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OriginalLanguage_0" ma:index="27" nillable="true" ma:taxonomy="true" ma:internalName="OriginalLanguage_0" ma:taxonomyFieldName="OriginalLanguage" ma:displayName="Original Language" ma:fieldId="{ee5ce750-ff6c-4875-8192-ef11fb51efba}" ma:taxonomyMulti="true" ma:sspId="5004ddca-ed1a-45fa-b2df-508b3c5dfc98" ma:termSetId="3e8d1f59-71f7-428c-bd68-e1e655ad5441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VersionStatus_0" ma:index="30" ma:taxonomy="true" ma:internalName="VersionStatus_0" ma:taxonomyFieldName="VersionStatus" ma:displayName="Version Status" ma:indexed="true" ma:fieldId="{ee5cb94b-3df1-4df3-b49b-6e47ce2a7e87}" ma:sspId="5004ddca-ed1a-45fa-b2df-508b3c5dfc98" ma:termSetId="adeca67b-2bdd-4d0f-b3af-a690b4c6d95d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DocumentStatus_0" ma:index="32" nillable="true" ma:taxonomy="true" ma:internalName="DocumentStatus_0" ma:taxonomyFieldName="DocumentStatus" ma:displayName="Document Status" ma:fieldId="{ee5cab93-ac4d-4e2f-b298-e5342324388c}" ma:sspId="5004ddca-ed1a-45fa-b2df-508b3c5dfc98" ma:termSetId="54b85ca4-9023-4cbf-8e96-81af7735228f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DocumentType_0" ma:index="35" nillable="true" ma:taxonomy="true" ma:internalName="DocumentType_0" ma:taxonomyFieldName="DocumentType" ma:displayName="Document Type" ma:indexed="true" ma:fieldId="{ee5cf431-2d10-41e6-bd88-1b6bd5b84f5f}" ma:sspId="5004ddca-ed1a-45fa-b2df-508b3c5dfc98" ma:termSetId="67a76952-94e0-437b-9a60-5085083dde02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MeetingName_0" ma:index="38" nillable="true" ma:taxonomy="true" ma:internalName="MeetingName_0" ma:taxonomyFieldName="MeetingName" ma:displayName="Meeting Name" ma:indexed="true" ma:fieldId="{ee5c9b55-8403-4f9e-a156-b6ce5b7b9456}" ma:sspId="5004ddca-ed1a-45fa-b2df-508b3c5dfc98" ma:termSetId="a04e9634-de73-4a41-8cb5-e1efdb89060c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AvailableTranslations_0" ma:index="40" nillable="true" ma:taxonomy="true" ma:internalName="AvailableTranslations_0" ma:taxonomyFieldName="AvailableTranslations" ma:displayName="Available Translations" ma:fieldId="{ee5c7c01-1a65-4138-aa64-80e01e34d799}" ma:taxonomyMulti="true" ma:sspId="5004ddca-ed1a-45fa-b2df-508b3c5dfc98" ma:termSetId="3e8d1f59-71f7-428c-bd68-e1e655ad5441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DossierName_0" ma:index="45" nillable="true" ma:taxonomy="true" ma:internalName="DossierName_0" ma:taxonomyFieldName="DossierName" ma:displayName="Dossier Name" ma:fieldId="{ee5cf7da-503b-4593-8db2-4f0e09c901fd}" ma:sspId="5004ddca-ed1a-45fa-b2df-508b3c5dfc98" ma:termSetId="2b392f04-1222-4352-87c1-6fd60ec33b64" ma:anchorId="00000000-0000-0000-0000-000000000000" ma:open="fals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e448c8d-2e8c-4b0b-9046-cd67a24c27db" elementFormDefault="qualified">
    <xsd:import namespace="http://schemas.microsoft.com/office/2006/documentManagement/types"/>
    <xsd:import namespace="http://schemas.microsoft.com/office/infopath/2007/PartnerControls"/>
    <xsd:element name="MeetingNumber" ma:index="16" nillable="true" ma:displayName="Meeting Number" ma:decimals="0" ma:indexed="true" ma:internalName="MeetingNumber">
      <xsd:simpleType>
        <xsd:restriction base="dms:Unknown"/>
      </xsd:simpleType>
    </xsd:element>
    <xsd:element name="DocumentNumber" ma:index="25" nillable="true" ma:displayName="Document Number" ma:decimals="0" ma:indexed="true" ma:internalName="DocumentNumber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9a374663-1dfe-4dc2-a588-c58c3844eeda">VAQWXHKVTXAD-1275017477-4171</_dlc_DocId>
    <_dlc_DocIdUrl xmlns="9a374663-1dfe-4dc2-a588-c58c3844eeda">
      <Url>http://dm/cor/2026/_layouts/15/DocIdRedir.aspx?ID=VAQWXHKVTXAD-1275017477-4171</Url>
      <Description>VAQWXHKVTXAD-1275017477-4171</Description>
    </_dlc_DocIdUrl>
    <DocumentType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TCD</TermName>
          <TermId xmlns="http://schemas.microsoft.com/office/infopath/2007/PartnerControls">cd9d6eb6-3f4f-424a-b2d1-57c9d450eaaf</TermId>
        </TermInfo>
      </Terms>
    </DocumentType_0>
    <Procedure xmlns="9a374663-1dfe-4dc2-a588-c58c3844eeda" xsi:nil="true"/>
    <DocumentSource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CoR</TermName>
          <TermId xmlns="http://schemas.microsoft.com/office/infopath/2007/PartnerControls">cb2d75ef-4a7d-4393-b797-49ed6298a5ea</TermId>
        </TermInfo>
      </Terms>
    </DocumentSource_0>
    <ProductionDate xmlns="9a374663-1dfe-4dc2-a588-c58c3844eeda">2026-03-31T12:00:00+00:00</ProductionDate>
    <DocumentNumber xmlns="2e448c8d-2e8c-4b0b-9046-cd67a24c27db">897</DocumentNumber>
    <FicheYear xmlns="9a374663-1dfe-4dc2-a588-c58c3844eeda" xsi:nil="true"/>
    <DossierNumber xmlns="9a374663-1dfe-4dc2-a588-c58c3844eeda" xsi:nil="true"/>
    <Confidentiality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Protected</TermName>
          <TermId xmlns="http://schemas.microsoft.com/office/infopath/2007/PartnerControls">57ddab83-4635-4615-a38a-314020a42ea1</TermId>
        </TermInfo>
      </Terms>
    </Confidentiality_0>
    <MeetingDate xmlns="9a374663-1dfe-4dc2-a588-c58c3844eeda" xsi:nil="true"/>
    <TaxCatchAll xmlns="9a374663-1dfe-4dc2-a588-c58c3844eeda">
      <Value>32</Value>
      <Value>12</Value>
      <Value>8</Value>
      <Value>7</Value>
      <Value>4</Value>
      <Value>3</Value>
      <Value>1</Value>
    </TaxCatchAll>
    <DocumentLanguage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BG</TermName>
          <TermId xmlns="http://schemas.microsoft.com/office/infopath/2007/PartnerControls">1a1b3951-7821-4e6a-85f5-5673fc08bd2c</TermId>
        </TermInfo>
      </Terms>
    </DocumentLanguage_0>
    <VersionStatus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Final</TermName>
          <TermId xmlns="http://schemas.microsoft.com/office/infopath/2007/PartnerControls">ea5e6674-7b27-4bac-b091-73adbb394efe</TermId>
        </TermInfo>
      </Terms>
    </VersionStatus_0>
    <Rapporteur xmlns="9a374663-1dfe-4dc2-a588-c58c3844eeda" xsi:nil="true"/>
    <DocumentYear xmlns="9a374663-1dfe-4dc2-a588-c58c3844eeda">2026</DocumentYear>
    <FicheNumber xmlns="9a374663-1dfe-4dc2-a588-c58c3844eeda">301358</FicheNumber>
    <OriginalSender xmlns="9a374663-1dfe-4dc2-a588-c58c3844eeda">
      <UserInfo>
        <DisplayName>Ilieva Albena</DisplayName>
        <AccountId>1362</AccountId>
        <AccountType/>
      </UserInfo>
    </OriginalSender>
    <DocumentPart xmlns="9a374663-1dfe-4dc2-a588-c58c3844eeda">0</DocumentPart>
    <AdoptionDate xmlns="9a374663-1dfe-4dc2-a588-c58c3844eeda" xsi:nil="true"/>
    <RequestingService xmlns="9a374663-1dfe-4dc2-a588-c58c3844eeda">Renew Europe</RequestingService>
    <MeetingName_0 xmlns="http://schemas.microsoft.com/sharepoint/v3/fields">
      <Terms xmlns="http://schemas.microsoft.com/office/infopath/2007/PartnerControls"/>
    </MeetingName_0>
    <AvailableTranslations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EN</TermName>
          <TermId xmlns="http://schemas.microsoft.com/office/infopath/2007/PartnerControls">f2175f21-25d7-44a3-96da-d6a61b075e1b</TermId>
        </TermInfo>
      </Terms>
    </AvailableTranslations_0>
    <DocumentStatus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TRA</TermName>
          <TermId xmlns="http://schemas.microsoft.com/office/infopath/2007/PartnerControls">150d2a88-1431-44e6-a8ca-0bb753ab8672</TermId>
        </TermInfo>
      </Terms>
    </DocumentStatus_0>
    <OriginalLanguage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EN</TermName>
          <TermId xmlns="http://schemas.microsoft.com/office/infopath/2007/PartnerControls">f2175f21-25d7-44a3-96da-d6a61b075e1b</TermId>
        </TermInfo>
      </Terms>
    </OriginalLanguage_0>
    <MeetingNumber xmlns="2e448c8d-2e8c-4b0b-9046-cd67a24c27db" xsi:nil="true"/>
    <DossierName_0 xmlns="http://schemas.microsoft.com/sharepoint/v3/fields">
      <Terms xmlns="http://schemas.microsoft.com/office/infopath/2007/PartnerControls"/>
    </DossierName_0>
    <DocumentVersion xmlns="9a374663-1dfe-4dc2-a588-c58c3844eeda">0</DocumentVersion>
  </documentManagement>
</p:properties>
</file>

<file path=customXml/itemProps1.xml><?xml version="1.0" encoding="utf-8"?>
<ds:datastoreItem xmlns:ds="http://schemas.openxmlformats.org/officeDocument/2006/customXml" ds:itemID="{1D1D625D-7000-441B-B15D-E785E40BC22D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8742483-1EFC-4CF7-8CA4-FC69BB9786CF}"/>
</file>

<file path=customXml/itemProps3.xml><?xml version="1.0" encoding="utf-8"?>
<ds:datastoreItem xmlns:ds="http://schemas.openxmlformats.org/officeDocument/2006/customXml" ds:itemID="{BE8C5587-ACCB-4B9D-802B-A8BE46D773DE}"/>
</file>

<file path=customXml/itemProps4.xml><?xml version="1.0" encoding="utf-8"?>
<ds:datastoreItem xmlns:ds="http://schemas.openxmlformats.org/officeDocument/2006/customXml" ds:itemID="{85E329F5-C27D-4814-A87F-98AB5BE8D8B5}"/>
</file>

<file path=customXml/itemProps5.xml><?xml version="1.0" encoding="utf-8"?>
<ds:datastoreItem xmlns:ds="http://schemas.openxmlformats.org/officeDocument/2006/customXml" ds:itemID="{6F1F10C9-3ED0-4680-9A6B-A1A2F2BDDB06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2606</Words>
  <Characters>14859</Characters>
  <Application>Microsoft Office Word</Application>
  <DocSecurity>0</DocSecurity>
  <Lines>123</Lines>
  <Paragraphs>34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17431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Насоки от група Renew Europe на КР за успешна интеграция на имигрантите и бежанците, легално пребиваващи в ЕС</dc:title>
  <dc:subject/>
  <dc:creator/>
  <cp:keywords/>
  <dc:description>generated by python-docx</dc:description>
  <cp:lastModifiedBy/>
  <cp:revision>11</cp:revision>
  <cp:lastPrinted>2026-03-19T09:22:00Z</cp:lastPrinted>
  <dcterms:created xsi:type="dcterms:W3CDTF">2026-03-30T14:33:00Z</dcterms:created>
  <dcterms:modified xsi:type="dcterms:W3CDTF">2026-03-31T09:35:00Z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ref_formatted">
    <vt:bool>true</vt:bool>
  </property>
  <property fmtid="{D5CDD505-2E9C-101B-9397-08002B2CF9AE}" pid="3" name="Pref_Date">
    <vt:lpwstr>19/03/2026</vt:lpwstr>
  </property>
  <property fmtid="{D5CDD505-2E9C-101B-9397-08002B2CF9AE}" pid="4" name="Pref_Time">
    <vt:lpwstr>11:38:10</vt:lpwstr>
  </property>
  <property fmtid="{D5CDD505-2E9C-101B-9397-08002B2CF9AE}" pid="5" name="Pref_User">
    <vt:lpwstr>jhvi</vt:lpwstr>
  </property>
  <property fmtid="{D5CDD505-2E9C-101B-9397-08002B2CF9AE}" pid="6" name="Pref_FileName">
    <vt:lpwstr>COR-2026-00897-00-00-TCD-TRA-EN-CRR.docx</vt:lpwstr>
  </property>
  <property fmtid="{D5CDD505-2E9C-101B-9397-08002B2CF9AE}" pid="7" name="ContentTypeId">
    <vt:lpwstr>0x010100EA97B91038054C99906057A708A1480A009A20C32A3A8BD84BAB55EF874378F5AC</vt:lpwstr>
  </property>
  <property fmtid="{D5CDD505-2E9C-101B-9397-08002B2CF9AE}" pid="8" name="_dlc_DocIdItemGuid">
    <vt:lpwstr>a66b22e0-4934-4a2a-b778-ab49371cf8d9</vt:lpwstr>
  </property>
  <property fmtid="{D5CDD505-2E9C-101B-9397-08002B2CF9AE}" pid="9" name="AvailableTranslations">
    <vt:lpwstr>4;#EN|f2175f21-25d7-44a3-96da-d6a61b075e1b</vt:lpwstr>
  </property>
  <property fmtid="{D5CDD505-2E9C-101B-9397-08002B2CF9AE}" pid="10" name="DocumentType_0">
    <vt:lpwstr>TCD|cd9d6eb6-3f4f-424a-b2d1-57c9d450eaaf</vt:lpwstr>
  </property>
  <property fmtid="{D5CDD505-2E9C-101B-9397-08002B2CF9AE}" pid="11" name="DossierName_0">
    <vt:lpwstr/>
  </property>
  <property fmtid="{D5CDD505-2E9C-101B-9397-08002B2CF9AE}" pid="12" name="DocumentSource_0">
    <vt:lpwstr>CoR|cb2d75ef-4a7d-4393-b797-49ed6298a5ea</vt:lpwstr>
  </property>
  <property fmtid="{D5CDD505-2E9C-101B-9397-08002B2CF9AE}" pid="13" name="DocumentNumber">
    <vt:i4>897</vt:i4>
  </property>
  <property fmtid="{D5CDD505-2E9C-101B-9397-08002B2CF9AE}" pid="14" name="DocumentVersion">
    <vt:i4>0</vt:i4>
  </property>
  <property fmtid="{D5CDD505-2E9C-101B-9397-08002B2CF9AE}" pid="15" name="DocumentStatus">
    <vt:lpwstr>8;#TRA|150d2a88-1431-44e6-a8ca-0bb753ab8672</vt:lpwstr>
  </property>
  <property fmtid="{D5CDD505-2E9C-101B-9397-08002B2CF9AE}" pid="16" name="DocumentPart">
    <vt:i4>0</vt:i4>
  </property>
  <property fmtid="{D5CDD505-2E9C-101B-9397-08002B2CF9AE}" pid="17" name="DossierName">
    <vt:lpwstr/>
  </property>
  <property fmtid="{D5CDD505-2E9C-101B-9397-08002B2CF9AE}" pid="18" name="DocumentSource">
    <vt:lpwstr>1;#CoR|cb2d75ef-4a7d-4393-b797-49ed6298a5ea</vt:lpwstr>
  </property>
  <property fmtid="{D5CDD505-2E9C-101B-9397-08002B2CF9AE}" pid="20" name="DocumentType">
    <vt:lpwstr>3;#TCD|cd9d6eb6-3f4f-424a-b2d1-57c9d450eaaf</vt:lpwstr>
  </property>
  <property fmtid="{D5CDD505-2E9C-101B-9397-08002B2CF9AE}" pid="21" name="RequestingService">
    <vt:lpwstr>Renew Europe</vt:lpwstr>
  </property>
  <property fmtid="{D5CDD505-2E9C-101B-9397-08002B2CF9AE}" pid="22" name="Confidentiality">
    <vt:lpwstr>12;#Protected|57ddab83-4635-4615-a38a-314020a42ea1</vt:lpwstr>
  </property>
  <property fmtid="{D5CDD505-2E9C-101B-9397-08002B2CF9AE}" pid="23" name="MeetingName_0">
    <vt:lpwstr/>
  </property>
  <property fmtid="{D5CDD505-2E9C-101B-9397-08002B2CF9AE}" pid="24" name="Confidentiality_0">
    <vt:lpwstr>Protected|57ddab83-4635-4615-a38a-314020a42ea1</vt:lpwstr>
  </property>
  <property fmtid="{D5CDD505-2E9C-101B-9397-08002B2CF9AE}" pid="25" name="OriginalLanguage">
    <vt:lpwstr>4;#EN|f2175f21-25d7-44a3-96da-d6a61b075e1b</vt:lpwstr>
  </property>
  <property fmtid="{D5CDD505-2E9C-101B-9397-08002B2CF9AE}" pid="26" name="MeetingName">
    <vt:lpwstr/>
  </property>
  <property fmtid="{D5CDD505-2E9C-101B-9397-08002B2CF9AE}" pid="28" name="AvailableTranslations_0">
    <vt:lpwstr>EN|f2175f21-25d7-44a3-96da-d6a61b075e1b</vt:lpwstr>
  </property>
  <property fmtid="{D5CDD505-2E9C-101B-9397-08002B2CF9AE}" pid="29" name="DocumentStatus_0">
    <vt:lpwstr>TRA|150d2a88-1431-44e6-a8ca-0bb753ab8672</vt:lpwstr>
  </property>
  <property fmtid="{D5CDD505-2E9C-101B-9397-08002B2CF9AE}" pid="30" name="OriginalLanguage_0">
    <vt:lpwstr>EN|f2175f21-25d7-44a3-96da-d6a61b075e1b</vt:lpwstr>
  </property>
  <property fmtid="{D5CDD505-2E9C-101B-9397-08002B2CF9AE}" pid="31" name="TaxCatchAll">
    <vt:lpwstr>12;#Protected|57ddab83-4635-4615-a38a-314020a42ea1;#8;#TRA|150d2a88-1431-44e6-a8ca-0bb753ab8672;#7;#Final|ea5e6674-7b27-4bac-b091-73adbb394efe;#4;#EN|f2175f21-25d7-44a3-96da-d6a61b075e1b;#3;#TCD|cd9d6eb6-3f4f-424a-b2d1-57c9d450eaaf;#1;#CoR|cb2d75ef-4a7d-4393-b797-49ed6298a5ea</vt:lpwstr>
  </property>
  <property fmtid="{D5CDD505-2E9C-101B-9397-08002B2CF9AE}" pid="32" name="VersionStatus_0">
    <vt:lpwstr>Final|ea5e6674-7b27-4bac-b091-73adbb394efe</vt:lpwstr>
  </property>
  <property fmtid="{D5CDD505-2E9C-101B-9397-08002B2CF9AE}" pid="33" name="VersionStatus">
    <vt:lpwstr>7;#Final|ea5e6674-7b27-4bac-b091-73adbb394efe</vt:lpwstr>
  </property>
  <property fmtid="{D5CDD505-2E9C-101B-9397-08002B2CF9AE}" pid="34" name="DocumentYear">
    <vt:i4>2026</vt:i4>
  </property>
  <property fmtid="{D5CDD505-2E9C-101B-9397-08002B2CF9AE}" pid="35" name="FicheNumber">
    <vt:i4>301358</vt:i4>
  </property>
  <property fmtid="{D5CDD505-2E9C-101B-9397-08002B2CF9AE}" pid="36" name="DocumentLanguage">
    <vt:lpwstr>32;#BG|1a1b3951-7821-4e6a-85f5-5673fc08bd2c</vt:lpwstr>
  </property>
</Properties>
</file>